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D908A" w14:textId="77777777" w:rsidR="00D25ABA" w:rsidRDefault="00000000">
      <w:pPr>
        <w:spacing w:before="1600"/>
        <w:jc w:val="center"/>
      </w:pPr>
      <w:r>
        <w:rPr>
          <w:b/>
          <w:color w:val="17365D"/>
          <w:sz w:val="58"/>
        </w:rPr>
        <w:t>AWS CERTIFIED DEVOPS ENGINEER</w:t>
      </w:r>
      <w:r>
        <w:rPr>
          <w:b/>
          <w:color w:val="17365D"/>
          <w:sz w:val="58"/>
        </w:rPr>
        <w:br/>
        <w:t>PROFESSIONAL (DOP-C02)</w:t>
      </w:r>
    </w:p>
    <w:p w14:paraId="545EAE89" w14:textId="77777777" w:rsidR="00D25ABA" w:rsidRDefault="00000000">
      <w:pPr>
        <w:jc w:val="center"/>
      </w:pPr>
      <w:r>
        <w:rPr>
          <w:b/>
          <w:color w:val="ED7D31"/>
          <w:sz w:val="36"/>
        </w:rPr>
        <w:t>TÀI LIỆU LÝ THUYẾT ÔN THI TOÀN DIỆN</w:t>
      </w:r>
    </w:p>
    <w:p w14:paraId="4F5AA4A5" w14:textId="77777777" w:rsidR="00D25ABA" w:rsidRDefault="00000000">
      <w:pPr>
        <w:spacing w:before="440"/>
        <w:jc w:val="center"/>
      </w:pPr>
      <w:proofErr w:type="spellStart"/>
      <w:r>
        <w:rPr>
          <w:b/>
        </w:rPr>
        <w:t>Bám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theo</w:t>
      </w:r>
      <w:proofErr w:type="spellEnd"/>
      <w:r>
        <w:rPr>
          <w:b/>
        </w:rPr>
        <w:t xml:space="preserve"> Exam Guide DOP-C02 </w:t>
      </w:r>
      <w:proofErr w:type="spellStart"/>
      <w:r>
        <w:rPr>
          <w:b/>
        </w:rPr>
        <w:t>phiên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bản</w:t>
      </w:r>
      <w:proofErr w:type="spellEnd"/>
      <w:r>
        <w:rPr>
          <w:b/>
        </w:rPr>
        <w:t xml:space="preserve"> 2026</w:t>
      </w:r>
      <w:r>
        <w:rPr>
          <w:b/>
        </w:rPr>
        <w:br/>
      </w:r>
      <w:r>
        <w:t xml:space="preserve">Bao </w:t>
      </w:r>
      <w:proofErr w:type="spellStart"/>
      <w:r>
        <w:t>gồm</w:t>
      </w:r>
      <w:proofErr w:type="spellEnd"/>
      <w:r>
        <w:t xml:space="preserve">: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, </w:t>
      </w:r>
      <w:proofErr w:type="spellStart"/>
      <w:r>
        <w:t>mô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, </w:t>
      </w:r>
      <w:proofErr w:type="spellStart"/>
      <w:r>
        <w:t>bảng</w:t>
      </w:r>
      <w:proofErr w:type="spellEnd"/>
      <w:r>
        <w:t xml:space="preserve"> so </w:t>
      </w:r>
      <w:proofErr w:type="spellStart"/>
      <w:r>
        <w:t>sánh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, checklist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hoạch</w:t>
      </w:r>
      <w:proofErr w:type="spellEnd"/>
      <w:r>
        <w:t xml:space="preserve"> </w:t>
      </w:r>
      <w:proofErr w:type="spellStart"/>
      <w:r>
        <w:t>học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2323BB56" w14:textId="77777777">
        <w:trPr>
          <w:jc w:val="center"/>
        </w:trPr>
        <w:tc>
          <w:tcPr>
            <w:tcW w:w="10166" w:type="dxa"/>
            <w:shd w:val="clear" w:color="auto" w:fill="FFF2CC"/>
          </w:tcPr>
          <w:p w14:paraId="09640E5E" w14:textId="5DEF4DD4" w:rsidR="00AF3FCF" w:rsidRDefault="00000000">
            <w:r>
              <w:rPr>
                <w:b/>
                <w:color w:val="C55A11"/>
              </w:rPr>
              <w:t xml:space="preserve">Lưu ý </w:t>
            </w:r>
            <w:proofErr w:type="spellStart"/>
            <w:r>
              <w:rPr>
                <w:b/>
                <w:color w:val="C55A11"/>
              </w:rPr>
              <w:t>về</w:t>
            </w:r>
            <w:proofErr w:type="spellEnd"/>
            <w:r>
              <w:rPr>
                <w:b/>
                <w:color w:val="C55A11"/>
              </w:rPr>
              <w:t xml:space="preserve"> </w:t>
            </w:r>
            <w:r w:rsidR="00AF3FCF">
              <w:rPr>
                <w:b/>
                <w:color w:val="C55A11"/>
              </w:rPr>
              <w:t xml:space="preserve">file </w:t>
            </w:r>
            <w:proofErr w:type="spellStart"/>
            <w:r w:rsidR="00AF3FCF">
              <w:rPr>
                <w:b/>
                <w:color w:val="C55A11"/>
              </w:rPr>
              <w:t>ôn</w:t>
            </w:r>
            <w:proofErr w:type="spellEnd"/>
            <w:r w:rsidR="00AF3FCF">
              <w:rPr>
                <w:b/>
                <w:color w:val="C55A11"/>
              </w:rPr>
              <w:t xml:space="preserve"> </w:t>
            </w:r>
            <w:proofErr w:type="spellStart"/>
            <w:r w:rsidR="00AF3FCF">
              <w:rPr>
                <w:b/>
                <w:color w:val="C55A11"/>
              </w:rPr>
              <w:t>tập</w:t>
            </w:r>
            <w:proofErr w:type="spellEnd"/>
            <w:r>
              <w:br/>
            </w:r>
            <w:proofErr w:type="spellStart"/>
            <w:r w:rsidR="00AF3FCF">
              <w:t>Đây</w:t>
            </w:r>
            <w:proofErr w:type="spellEnd"/>
            <w:r w:rsidR="00AF3FCF">
              <w:t xml:space="preserve"> </w:t>
            </w:r>
            <w:proofErr w:type="spellStart"/>
            <w:r w:rsidR="00AF3FCF">
              <w:t>là</w:t>
            </w:r>
            <w:proofErr w:type="spellEnd"/>
            <w:r w:rsidR="00AF3FCF">
              <w:t xml:space="preserve"> </w:t>
            </w:r>
            <w:proofErr w:type="spellStart"/>
            <w:r w:rsidR="00AF3FCF">
              <w:t>bộ</w:t>
            </w:r>
            <w:proofErr w:type="spellEnd"/>
            <w:r w:rsidR="00AF3FCF">
              <w:t xml:space="preserve"> file </w:t>
            </w:r>
            <w:proofErr w:type="spellStart"/>
            <w:r w:rsidR="00AF3FCF">
              <w:t>dùng</w:t>
            </w:r>
            <w:proofErr w:type="spellEnd"/>
            <w:r w:rsidR="00AF3FCF">
              <w:t xml:space="preserve"> </w:t>
            </w:r>
            <w:proofErr w:type="spellStart"/>
            <w:r w:rsidR="00AF3FCF">
              <w:t>để</w:t>
            </w:r>
            <w:proofErr w:type="spellEnd"/>
            <w:r w:rsidR="00AF3FCF">
              <w:t xml:space="preserve"> </w:t>
            </w:r>
            <w:proofErr w:type="spellStart"/>
            <w:r w:rsidR="00AF3FCF">
              <w:t>ôn</w:t>
            </w:r>
            <w:proofErr w:type="spellEnd"/>
            <w:r w:rsidR="00AF3FCF">
              <w:t xml:space="preserve"> </w:t>
            </w:r>
            <w:proofErr w:type="spellStart"/>
            <w:r w:rsidR="00AF3FCF">
              <w:t>tập</w:t>
            </w:r>
            <w:proofErr w:type="spellEnd"/>
            <w:r w:rsidR="00AF3FCF">
              <w:t xml:space="preserve"> </w:t>
            </w:r>
            <w:proofErr w:type="spellStart"/>
            <w:r w:rsidR="00AF3FCF">
              <w:t>cho</w:t>
            </w:r>
            <w:proofErr w:type="spellEnd"/>
            <w:r w:rsidR="00AF3FCF">
              <w:t xml:space="preserve"> </w:t>
            </w:r>
            <w:proofErr w:type="spellStart"/>
            <w:r w:rsidR="00AF3FCF">
              <w:t>kỳ</w:t>
            </w:r>
            <w:proofErr w:type="spellEnd"/>
            <w:r w:rsidR="00AF3FCF">
              <w:t xml:space="preserve"> </w:t>
            </w:r>
            <w:proofErr w:type="spellStart"/>
            <w:r w:rsidR="00AF3FCF">
              <w:t>thi</w:t>
            </w:r>
            <w:proofErr w:type="spellEnd"/>
            <w:r w:rsidR="00AF3FCF">
              <w:t xml:space="preserve"> </w:t>
            </w:r>
            <w:proofErr w:type="gramStart"/>
            <w:r w:rsidR="0012479C">
              <w:t xml:space="preserve">- </w:t>
            </w:r>
            <w:r w:rsidR="00AF3FCF">
              <w:t xml:space="preserve"> </w:t>
            </w:r>
            <w:proofErr w:type="spellStart"/>
            <w:r w:rsidR="00AF3FCF">
              <w:t>đã</w:t>
            </w:r>
            <w:proofErr w:type="spellEnd"/>
            <w:proofErr w:type="gramEnd"/>
            <w:r w:rsidR="00AF3FCF">
              <w:t xml:space="preserve"> so </w:t>
            </w:r>
            <w:proofErr w:type="spellStart"/>
            <w:r w:rsidR="00AF3FCF">
              <w:t>sánh</w:t>
            </w:r>
            <w:proofErr w:type="spellEnd"/>
            <w:r w:rsidR="00AF3FCF">
              <w:t xml:space="preserve"> </w:t>
            </w:r>
            <w:proofErr w:type="spellStart"/>
            <w:r w:rsidR="00AF3FCF">
              <w:t>và</w:t>
            </w:r>
            <w:proofErr w:type="spellEnd"/>
            <w:r w:rsidR="00AF3FCF">
              <w:t xml:space="preserve"> </w:t>
            </w:r>
            <w:proofErr w:type="spellStart"/>
            <w:r w:rsidR="00AF3FCF">
              <w:t>đối</w:t>
            </w:r>
            <w:proofErr w:type="spellEnd"/>
            <w:r w:rsidR="00AF3FCF">
              <w:t xml:space="preserve"> </w:t>
            </w:r>
            <w:proofErr w:type="spellStart"/>
            <w:r w:rsidR="00AF3FCF">
              <w:t>chiếu</w:t>
            </w:r>
            <w:proofErr w:type="spellEnd"/>
            <w:r w:rsidR="00AF3FCF">
              <w:t xml:space="preserve"> </w:t>
            </w:r>
            <w:proofErr w:type="spellStart"/>
            <w:r w:rsidR="00AF3FCF">
              <w:t>với</w:t>
            </w:r>
            <w:proofErr w:type="spellEnd"/>
            <w:r w:rsidR="00AF3FCF">
              <w:t xml:space="preserve"> </w:t>
            </w:r>
            <w:proofErr w:type="spellStart"/>
            <w:r w:rsidR="00AF3FCF">
              <w:t>đề</w:t>
            </w:r>
            <w:proofErr w:type="spellEnd"/>
            <w:r w:rsidR="00AF3FCF">
              <w:t xml:space="preserve"> </w:t>
            </w:r>
            <w:proofErr w:type="spellStart"/>
            <w:r w:rsidR="00AF3FCF">
              <w:t>ôn</w:t>
            </w:r>
            <w:proofErr w:type="spellEnd"/>
            <w:r w:rsidR="00AF3FCF">
              <w:t xml:space="preserve"> </w:t>
            </w:r>
            <w:proofErr w:type="spellStart"/>
            <w:r w:rsidR="00AF3FCF">
              <w:t>của</w:t>
            </w:r>
            <w:proofErr w:type="spellEnd"/>
            <w:r w:rsidR="00AF3FCF">
              <w:t xml:space="preserve"> AWS </w:t>
            </w:r>
            <w:proofErr w:type="spellStart"/>
            <w:r w:rsidR="00AF3FCF">
              <w:t>đưa</w:t>
            </w:r>
            <w:proofErr w:type="spellEnd"/>
            <w:r w:rsidR="00AF3FCF">
              <w:t xml:space="preserve"> </w:t>
            </w:r>
            <w:proofErr w:type="spellStart"/>
            <w:r w:rsidR="00AF3FCF">
              <w:t>ra.</w:t>
            </w:r>
            <w:proofErr w:type="spellEnd"/>
            <w:r w:rsidR="00AF3FCF">
              <w:t xml:space="preserve"> </w:t>
            </w:r>
            <w:proofErr w:type="spellStart"/>
            <w:r w:rsidR="00AF3FCF">
              <w:t>Tỷ</w:t>
            </w:r>
            <w:proofErr w:type="spellEnd"/>
            <w:r w:rsidR="00AF3FCF">
              <w:t xml:space="preserve"> </w:t>
            </w:r>
            <w:proofErr w:type="spellStart"/>
            <w:r w:rsidR="00AF3FCF">
              <w:t>lệ</w:t>
            </w:r>
            <w:proofErr w:type="spellEnd"/>
            <w:r w:rsidR="00AF3FCF">
              <w:t xml:space="preserve"> </w:t>
            </w:r>
            <w:proofErr w:type="spellStart"/>
            <w:r w:rsidR="00AF3FCF">
              <w:t>ra</w:t>
            </w:r>
            <w:proofErr w:type="spellEnd"/>
            <w:r w:rsidR="00AF3FCF">
              <w:t xml:space="preserve"> </w:t>
            </w:r>
            <w:proofErr w:type="spellStart"/>
            <w:r w:rsidR="00AF3FCF">
              <w:t>đề</w:t>
            </w:r>
            <w:proofErr w:type="spellEnd"/>
            <w:r w:rsidR="00AF3FCF">
              <w:t xml:space="preserve"> </w:t>
            </w:r>
            <w:proofErr w:type="spellStart"/>
            <w:r w:rsidR="00AF3FCF">
              <w:t>không</w:t>
            </w:r>
            <w:proofErr w:type="spellEnd"/>
            <w:r w:rsidR="00AF3FCF">
              <w:t xml:space="preserve"> </w:t>
            </w:r>
            <w:proofErr w:type="spellStart"/>
            <w:r w:rsidR="00AF3FCF">
              <w:t>thể</w:t>
            </w:r>
            <w:proofErr w:type="spellEnd"/>
            <w:r w:rsidR="00AF3FCF">
              <w:t xml:space="preserve"> </w:t>
            </w:r>
            <w:proofErr w:type="spellStart"/>
            <w:r w:rsidR="00AF3FCF">
              <w:t>nói</w:t>
            </w:r>
            <w:proofErr w:type="spellEnd"/>
            <w:r w:rsidR="00AF3FCF">
              <w:t xml:space="preserve"> </w:t>
            </w:r>
            <w:proofErr w:type="spellStart"/>
            <w:r w:rsidR="00AF3FCF">
              <w:t>trước</w:t>
            </w:r>
            <w:proofErr w:type="spellEnd"/>
            <w:r w:rsidR="00AF3FCF">
              <w:t xml:space="preserve"> </w:t>
            </w:r>
            <w:proofErr w:type="spellStart"/>
            <w:proofErr w:type="gramStart"/>
            <w:r w:rsidR="00AF3FCF">
              <w:t>được</w:t>
            </w:r>
            <w:proofErr w:type="spellEnd"/>
            <w:r w:rsidR="00AF3FCF">
              <w:t xml:space="preserve"> ,</w:t>
            </w:r>
            <w:proofErr w:type="gramEnd"/>
            <w:r w:rsidR="00AF3FCF">
              <w:t xml:space="preserve"> </w:t>
            </w:r>
            <w:proofErr w:type="spellStart"/>
            <w:r w:rsidR="00AF3FCF">
              <w:t>kiến</w:t>
            </w:r>
            <w:proofErr w:type="spellEnd"/>
            <w:r w:rsidR="00AF3FCF">
              <w:t xml:space="preserve"> </w:t>
            </w:r>
            <w:proofErr w:type="spellStart"/>
            <w:r w:rsidR="00AF3FCF">
              <w:t>thức</w:t>
            </w:r>
            <w:proofErr w:type="spellEnd"/>
            <w:r w:rsidR="00AF3FCF">
              <w:t xml:space="preserve"> </w:t>
            </w:r>
            <w:proofErr w:type="spellStart"/>
            <w:r w:rsidR="00AF3FCF">
              <w:t>rộng</w:t>
            </w:r>
            <w:proofErr w:type="spellEnd"/>
            <w:r w:rsidR="00AF3FCF">
              <w:t xml:space="preserve">. </w:t>
            </w:r>
            <w:proofErr w:type="spellStart"/>
            <w:r w:rsidR="00AF3FCF">
              <w:t>Cần</w:t>
            </w:r>
            <w:proofErr w:type="spellEnd"/>
            <w:r w:rsidR="00AF3FCF">
              <w:t xml:space="preserve"> </w:t>
            </w:r>
            <w:proofErr w:type="spellStart"/>
            <w:r w:rsidR="00AF3FCF">
              <w:t>phải</w:t>
            </w:r>
            <w:proofErr w:type="spellEnd"/>
            <w:r w:rsidR="00AF3FCF">
              <w:t xml:space="preserve"> </w:t>
            </w:r>
            <w:proofErr w:type="spellStart"/>
            <w:r w:rsidR="00AF3FCF">
              <w:t>có</w:t>
            </w:r>
            <w:proofErr w:type="spellEnd"/>
            <w:r w:rsidR="00AF3FCF">
              <w:t xml:space="preserve"> </w:t>
            </w:r>
            <w:proofErr w:type="spellStart"/>
            <w:r w:rsidR="00AF3FCF">
              <w:t>sự</w:t>
            </w:r>
            <w:proofErr w:type="spellEnd"/>
            <w:r w:rsidR="00AF3FCF">
              <w:t xml:space="preserve"> </w:t>
            </w:r>
            <w:proofErr w:type="spellStart"/>
            <w:r w:rsidR="00AF3FCF">
              <w:t>chú</w:t>
            </w:r>
            <w:proofErr w:type="spellEnd"/>
            <w:r w:rsidR="00AF3FCF">
              <w:t xml:space="preserve"> ý </w:t>
            </w:r>
            <w:proofErr w:type="spellStart"/>
            <w:r w:rsidR="00AF3FCF">
              <w:t>về</w:t>
            </w:r>
            <w:proofErr w:type="spellEnd"/>
            <w:r w:rsidR="00AF3FCF">
              <w:t xml:space="preserve"> </w:t>
            </w:r>
            <w:proofErr w:type="spellStart"/>
            <w:r w:rsidR="00AF3FCF">
              <w:t>vấn</w:t>
            </w:r>
            <w:proofErr w:type="spellEnd"/>
            <w:r w:rsidR="00AF3FCF">
              <w:t xml:space="preserve"> </w:t>
            </w:r>
            <w:proofErr w:type="spellStart"/>
            <w:r w:rsidR="00AF3FCF">
              <w:t>đề</w:t>
            </w:r>
            <w:proofErr w:type="spellEnd"/>
            <w:r w:rsidR="00AF3FCF">
              <w:t xml:space="preserve"> </w:t>
            </w:r>
            <w:proofErr w:type="spellStart"/>
            <w:r w:rsidR="00AF3FCF">
              <w:t>kết</w:t>
            </w:r>
            <w:proofErr w:type="spellEnd"/>
            <w:r w:rsidR="00AF3FCF">
              <w:t xml:space="preserve"> </w:t>
            </w:r>
            <w:proofErr w:type="spellStart"/>
            <w:r w:rsidR="00AF3FCF">
              <w:t>hợp</w:t>
            </w:r>
            <w:proofErr w:type="spellEnd"/>
            <w:r w:rsidR="00AF3FCF">
              <w:t xml:space="preserve"> </w:t>
            </w:r>
            <w:proofErr w:type="spellStart"/>
            <w:r w:rsidR="00AF3FCF">
              <w:t>dịch</w:t>
            </w:r>
            <w:proofErr w:type="spellEnd"/>
            <w:r w:rsidR="00AF3FCF">
              <w:t xml:space="preserve"> </w:t>
            </w:r>
            <w:proofErr w:type="spellStart"/>
            <w:r w:rsidR="00AF3FCF">
              <w:t>vụ</w:t>
            </w:r>
            <w:proofErr w:type="spellEnd"/>
            <w:r w:rsidR="00AF3FCF">
              <w:t>.</w:t>
            </w:r>
          </w:p>
          <w:p w14:paraId="636B36D7" w14:textId="3B9B9881" w:rsidR="00D25ABA" w:rsidRDefault="00AF3FCF">
            <w:proofErr w:type="spellStart"/>
            <w:r>
              <w:t>Vì</w:t>
            </w:r>
            <w:proofErr w:type="spellEnd"/>
            <w:r>
              <w:t xml:space="preserve"> </w:t>
            </w:r>
            <w:proofErr w:type="spellStart"/>
            <w:r>
              <w:t>đây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section </w:t>
            </w:r>
            <w:proofErr w:type="spellStart"/>
            <w:r>
              <w:t>ôn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gramStart"/>
            <w:r w:rsidR="0012479C">
              <w:t xml:space="preserve">- </w:t>
            </w:r>
            <w:r>
              <w:t xml:space="preserve"> </w:t>
            </w:r>
            <w:proofErr w:type="spellStart"/>
            <w:r>
              <w:t>nên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sử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dụng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xin</w:t>
            </w:r>
            <w:proofErr w:type="spellEnd"/>
            <w:r>
              <w:t xml:space="preserve"> </w:t>
            </w:r>
            <w:proofErr w:type="spellStart"/>
            <w:r>
              <w:t>hãy</w:t>
            </w:r>
            <w:proofErr w:type="spellEnd"/>
            <w:r>
              <w:t xml:space="preserve"> </w:t>
            </w:r>
            <w:proofErr w:type="spellStart"/>
            <w:r>
              <w:t>xem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 section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tìm</w:t>
            </w:r>
            <w:proofErr w:type="spellEnd"/>
            <w:r>
              <w:t xml:space="preserve">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ôn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về</w:t>
            </w:r>
            <w:proofErr w:type="spellEnd"/>
            <w:r>
              <w:t xml:space="preserve"> </w:t>
            </w:r>
            <w:proofErr w:type="spellStart"/>
            <w:r>
              <w:t>phần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  <w:proofErr w:type="spellStart"/>
            <w:r>
              <w:t>thuyết</w:t>
            </w:r>
            <w:proofErr w:type="spellEnd"/>
            <w:r>
              <w:t xml:space="preserve"> + </w:t>
            </w: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nhớ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dung </w:t>
            </w:r>
            <w:proofErr w:type="spellStart"/>
            <w:r>
              <w:t>rõ</w:t>
            </w:r>
            <w:proofErr w:type="spellEnd"/>
            <w:r>
              <w:t xml:space="preserve"> </w:t>
            </w:r>
            <w:proofErr w:type="spellStart"/>
            <w:r>
              <w:t>vấn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hơn</w:t>
            </w:r>
            <w:proofErr w:type="spellEnd"/>
            <w:r>
              <w:t xml:space="preserve">. </w:t>
            </w:r>
          </w:p>
        </w:tc>
      </w:tr>
    </w:tbl>
    <w:p w14:paraId="2CD694EE" w14:textId="77777777" w:rsidR="00D25ABA" w:rsidRDefault="00D25ABA"/>
    <w:p w14:paraId="3F1C3B43" w14:textId="3732C32E" w:rsidR="00D25ABA" w:rsidRDefault="00000000">
      <w:pPr>
        <w:spacing w:before="2400"/>
        <w:jc w:val="center"/>
      </w:pPr>
      <w:proofErr w:type="spellStart"/>
      <w:r>
        <w:rPr>
          <w:i/>
        </w:rPr>
        <w:t>Biên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mục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luyện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chuyên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sâu</w:t>
      </w:r>
      <w:proofErr w:type="spellEnd"/>
      <w:r>
        <w:rPr>
          <w:i/>
        </w:rPr>
        <w:t xml:space="preserve"> | </w:t>
      </w:r>
      <w:proofErr w:type="spellStart"/>
      <w:r>
        <w:rPr>
          <w:i/>
        </w:rPr>
        <w:t>Cập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nhật</w:t>
      </w:r>
      <w:proofErr w:type="spellEnd"/>
      <w:r>
        <w:rPr>
          <w:i/>
        </w:rPr>
        <w:t>: 0</w:t>
      </w:r>
      <w:r w:rsidR="005F65B2">
        <w:rPr>
          <w:i/>
        </w:rPr>
        <w:t>5</w:t>
      </w:r>
      <w:r>
        <w:rPr>
          <w:i/>
        </w:rPr>
        <w:t>/2026</w:t>
      </w:r>
    </w:p>
    <w:p w14:paraId="391A5A26" w14:textId="77777777" w:rsidR="00D25ABA" w:rsidRDefault="00000000">
      <w:r>
        <w:br w:type="page"/>
      </w:r>
    </w:p>
    <w:p w14:paraId="4301315B" w14:textId="77777777" w:rsidR="00D25ABA" w:rsidRDefault="00000000">
      <w:pPr>
        <w:pStyle w:val="Heading1"/>
      </w:pPr>
      <w:r>
        <w:lastRenderedPageBreak/>
        <w:t>MỤC LỤC HỌC TẬP</w:t>
      </w:r>
    </w:p>
    <w:p w14:paraId="1FCF49D3" w14:textId="77777777" w:rsidR="00D25ABA" w:rsidRDefault="00000000">
      <w:r>
        <w:rPr>
          <w:b/>
        </w:rPr>
        <w:t xml:space="preserve">1. </w:t>
      </w:r>
      <w:proofErr w:type="spellStart"/>
      <w:r>
        <w:rPr>
          <w:b/>
        </w:rPr>
        <w:t>Cấu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trúc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chiến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lược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làm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bài</w:t>
      </w:r>
      <w:proofErr w:type="spellEnd"/>
    </w:p>
    <w:p w14:paraId="6E4FEE5A" w14:textId="77777777" w:rsidR="00D25ABA" w:rsidRDefault="00000000">
      <w:r>
        <w:rPr>
          <w:b/>
        </w:rPr>
        <w:t xml:space="preserve">2. </w:t>
      </w:r>
      <w:proofErr w:type="spellStart"/>
      <w:r>
        <w:rPr>
          <w:b/>
        </w:rPr>
        <w:t>Bản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đồ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ưu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tiên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chủ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thường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gặp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ít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gặp</w:t>
      </w:r>
      <w:proofErr w:type="spellEnd"/>
    </w:p>
    <w:p w14:paraId="0B77F693" w14:textId="77777777" w:rsidR="00D25ABA" w:rsidRDefault="00000000">
      <w:r>
        <w:t>3. Domain 1 - SDLC Automation (22%)</w:t>
      </w:r>
    </w:p>
    <w:p w14:paraId="143B0CE4" w14:textId="77777777" w:rsidR="00D25ABA" w:rsidRDefault="00000000">
      <w:r>
        <w:t xml:space="preserve">4. Domain 2 - Configuration Management and </w:t>
      </w:r>
      <w:proofErr w:type="spellStart"/>
      <w:r>
        <w:t>IaC</w:t>
      </w:r>
      <w:proofErr w:type="spellEnd"/>
      <w:r>
        <w:t xml:space="preserve"> (17%)</w:t>
      </w:r>
    </w:p>
    <w:p w14:paraId="386A561A" w14:textId="77777777" w:rsidR="00D25ABA" w:rsidRDefault="00000000">
      <w:r>
        <w:t>5. Domain 3 - Resilient Cloud Solutions (15%)</w:t>
      </w:r>
    </w:p>
    <w:p w14:paraId="62760407" w14:textId="77777777" w:rsidR="00D25ABA" w:rsidRDefault="00000000">
      <w:r>
        <w:t>6. Domain 4 - Monitoring and Logging (15%)</w:t>
      </w:r>
    </w:p>
    <w:p w14:paraId="64855F8D" w14:textId="77777777" w:rsidR="00D25ABA" w:rsidRDefault="00000000">
      <w:r>
        <w:t>7. Domain 5 - Incident and Event Response (14%)</w:t>
      </w:r>
    </w:p>
    <w:p w14:paraId="6BAF8A59" w14:textId="77777777" w:rsidR="00D25ABA" w:rsidRDefault="00000000">
      <w:r>
        <w:t>8. Domain 6 - Security and Compliance (17%)</w:t>
      </w:r>
    </w:p>
    <w:p w14:paraId="485B6846" w14:textId="77777777" w:rsidR="00D25ABA" w:rsidRDefault="00000000">
      <w:r>
        <w:t xml:space="preserve">9.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AWS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nhầm</w:t>
      </w:r>
      <w:proofErr w:type="spellEnd"/>
    </w:p>
    <w:p w14:paraId="75BC2DA7" w14:textId="77777777" w:rsidR="00D25ABA" w:rsidRDefault="00000000">
      <w:r>
        <w:t xml:space="preserve">10.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</w:p>
    <w:p w14:paraId="4F3052E8" w14:textId="77777777" w:rsidR="00D25ABA" w:rsidRDefault="00000000">
      <w:r>
        <w:t xml:space="preserve">11. Checklist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kỳ</w:t>
      </w:r>
      <w:proofErr w:type="spellEnd"/>
    </w:p>
    <w:p w14:paraId="0BE97636" w14:textId="77777777" w:rsidR="00D25ABA" w:rsidRDefault="00000000">
      <w:r>
        <w:t xml:space="preserve">12. </w:t>
      </w:r>
      <w:proofErr w:type="spellStart"/>
      <w:r>
        <w:t>Lộ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ôn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6 </w:t>
      </w:r>
      <w:proofErr w:type="spellStart"/>
      <w:r>
        <w:t>tuần</w:t>
      </w:r>
      <w:proofErr w:type="spellEnd"/>
    </w:p>
    <w:p w14:paraId="1668A6A0" w14:textId="77777777" w:rsidR="00D25ABA" w:rsidRDefault="00000000">
      <w:r>
        <w:t xml:space="preserve">13.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</w:p>
    <w:p w14:paraId="47CCF3A8" w14:textId="77777777" w:rsidR="00D25ABA" w:rsidRDefault="00000000">
      <w:r>
        <w:t xml:space="preserve">14.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</w:p>
    <w:p w14:paraId="1CAC6254" w14:textId="77777777" w:rsidR="00D25ABA" w:rsidRDefault="00000000">
      <w:r>
        <w:br w:type="page"/>
      </w:r>
    </w:p>
    <w:p w14:paraId="1C44F261" w14:textId="77777777" w:rsidR="00D25ABA" w:rsidRDefault="00000000">
      <w:pPr>
        <w:pStyle w:val="Heading1"/>
      </w:pPr>
      <w:r>
        <w:lastRenderedPageBreak/>
        <w:t xml:space="preserve">1.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bài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298F8050" w14:textId="77777777">
        <w:trPr>
          <w:jc w:val="center"/>
        </w:trPr>
        <w:tc>
          <w:tcPr>
            <w:tcW w:w="10166" w:type="dxa"/>
            <w:shd w:val="clear" w:color="auto" w:fill="E2F0D9"/>
          </w:tcPr>
          <w:p w14:paraId="1C13401E" w14:textId="77777777" w:rsidR="00D25ABA" w:rsidRDefault="00000000">
            <w:r>
              <w:rPr>
                <w:b/>
                <w:color w:val="548235"/>
              </w:rPr>
              <w:t xml:space="preserve">Thông tin </w:t>
            </w:r>
            <w:proofErr w:type="spellStart"/>
            <w:r>
              <w:rPr>
                <w:b/>
                <w:color w:val="548235"/>
              </w:rPr>
              <w:t>chính</w:t>
            </w:r>
            <w:proofErr w:type="spellEnd"/>
            <w:r>
              <w:rPr>
                <w:b/>
                <w:color w:val="548235"/>
              </w:rPr>
              <w:t xml:space="preserve"> </w:t>
            </w:r>
            <w:proofErr w:type="spellStart"/>
            <w:r>
              <w:rPr>
                <w:b/>
                <w:color w:val="548235"/>
              </w:rPr>
              <w:t>thức</w:t>
            </w:r>
            <w:proofErr w:type="spellEnd"/>
            <w:r>
              <w:br/>
            </w:r>
            <w:proofErr w:type="spellStart"/>
            <w:r>
              <w:t>Bài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multiple choice </w:t>
            </w:r>
            <w:proofErr w:type="spellStart"/>
            <w:r>
              <w:t>và</w:t>
            </w:r>
            <w:proofErr w:type="spellEnd"/>
            <w:r>
              <w:t xml:space="preserve"> multiple response. </w:t>
            </w:r>
            <w:proofErr w:type="spellStart"/>
            <w:r>
              <w:t>Có</w:t>
            </w:r>
            <w:proofErr w:type="spellEnd"/>
            <w:r>
              <w:t xml:space="preserve"> 65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10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nhưng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đánh</w:t>
            </w:r>
            <w:proofErr w:type="spellEnd"/>
            <w:r>
              <w:t xml:space="preserve"> </w:t>
            </w:r>
            <w:proofErr w:type="spellStart"/>
            <w:r>
              <w:t>dấu</w:t>
            </w:r>
            <w:proofErr w:type="spellEnd"/>
            <w:r>
              <w:t xml:space="preserve">.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đỗ</w:t>
            </w:r>
            <w:proofErr w:type="spellEnd"/>
            <w:r>
              <w:t xml:space="preserve"> </w:t>
            </w:r>
            <w:proofErr w:type="spellStart"/>
            <w:r>
              <w:t>tối</w:t>
            </w:r>
            <w:proofErr w:type="spellEnd"/>
            <w:r>
              <w:t xml:space="preserve"> </w:t>
            </w:r>
            <w:proofErr w:type="spellStart"/>
            <w:r>
              <w:t>thiểu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750/1000. </w:t>
            </w:r>
            <w:proofErr w:type="spellStart"/>
            <w:r>
              <w:t>Mô</w:t>
            </w:r>
            <w:proofErr w:type="spellEnd"/>
            <w:r>
              <w:t xml:space="preserve">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chấm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mang</w:t>
            </w:r>
            <w:proofErr w:type="spellEnd"/>
            <w:r>
              <w:t xml:space="preserve"> </w:t>
            </w:r>
            <w:proofErr w:type="spellStart"/>
            <w:r>
              <w:t>tính</w:t>
            </w:r>
            <w:proofErr w:type="spellEnd"/>
            <w:r>
              <w:t xml:space="preserve"> </w:t>
            </w:r>
            <w:proofErr w:type="spellStart"/>
            <w:r>
              <w:t>bù</w:t>
            </w:r>
            <w:proofErr w:type="spellEnd"/>
            <w:r>
              <w:t xml:space="preserve"> </w:t>
            </w:r>
            <w:proofErr w:type="spellStart"/>
            <w:r>
              <w:t>trừ</w:t>
            </w:r>
            <w:proofErr w:type="spellEnd"/>
            <w:r>
              <w:t xml:space="preserve">: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đỗ</w:t>
            </w:r>
            <w:proofErr w:type="spellEnd"/>
            <w:r>
              <w:t xml:space="preserve"> </w:t>
            </w:r>
            <w:proofErr w:type="spellStart"/>
            <w:r>
              <w:t>từng</w:t>
            </w:r>
            <w:proofErr w:type="spellEnd"/>
            <w:r>
              <w:t xml:space="preserve"> domain, </w:t>
            </w:r>
            <w:proofErr w:type="spellStart"/>
            <w:r>
              <w:t>nhưng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điểm</w:t>
            </w:r>
            <w:proofErr w:type="spellEnd"/>
            <w:r>
              <w:t>.</w:t>
            </w:r>
          </w:p>
        </w:tc>
      </w:tr>
    </w:tbl>
    <w:p w14:paraId="013A467F" w14:textId="77777777" w:rsidR="00D25ABA" w:rsidRDefault="00D25ABA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44"/>
        <w:gridCol w:w="1440"/>
        <w:gridCol w:w="2304"/>
        <w:gridCol w:w="2016"/>
      </w:tblGrid>
      <w:tr w:rsidR="00D25ABA" w14:paraId="3FF0BE81" w14:textId="77777777">
        <w:trPr>
          <w:tblHeader/>
          <w:jc w:val="center"/>
        </w:trPr>
        <w:tc>
          <w:tcPr>
            <w:tcW w:w="3744" w:type="dxa"/>
            <w:shd w:val="clear" w:color="auto" w:fill="1F4E78"/>
            <w:vAlign w:val="center"/>
          </w:tcPr>
          <w:p w14:paraId="33AF29EA" w14:textId="77777777" w:rsidR="00D25ABA" w:rsidRDefault="00000000">
            <w:r>
              <w:rPr>
                <w:b/>
                <w:color w:val="FFFFFF"/>
                <w:sz w:val="18"/>
              </w:rPr>
              <w:t>Domain</w:t>
            </w:r>
          </w:p>
        </w:tc>
        <w:tc>
          <w:tcPr>
            <w:tcW w:w="1440" w:type="dxa"/>
            <w:shd w:val="clear" w:color="auto" w:fill="1F4E78"/>
            <w:vAlign w:val="center"/>
          </w:tcPr>
          <w:p w14:paraId="61E7BD30" w14:textId="77777777" w:rsidR="00D25ABA" w:rsidRDefault="00000000">
            <w:proofErr w:type="spellStart"/>
            <w:r>
              <w:rPr>
                <w:b/>
                <w:color w:val="FFFFFF"/>
                <w:sz w:val="18"/>
              </w:rPr>
              <w:t>Trọng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số</w:t>
            </w:r>
            <w:proofErr w:type="spellEnd"/>
          </w:p>
        </w:tc>
        <w:tc>
          <w:tcPr>
            <w:tcW w:w="2304" w:type="dxa"/>
            <w:shd w:val="clear" w:color="auto" w:fill="1F4E78"/>
            <w:vAlign w:val="center"/>
          </w:tcPr>
          <w:p w14:paraId="1251D536" w14:textId="77777777" w:rsidR="00D25ABA" w:rsidRDefault="00000000">
            <w:proofErr w:type="spellStart"/>
            <w:r>
              <w:rPr>
                <w:b/>
                <w:color w:val="FFFFFF"/>
                <w:sz w:val="18"/>
              </w:rPr>
              <w:t>Ước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lượng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số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câu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tính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điểm</w:t>
            </w:r>
            <w:proofErr w:type="spellEnd"/>
            <w:r>
              <w:rPr>
                <w:b/>
                <w:color w:val="FFFFFF"/>
                <w:sz w:val="18"/>
              </w:rPr>
              <w:t>*</w:t>
            </w:r>
          </w:p>
        </w:tc>
        <w:tc>
          <w:tcPr>
            <w:tcW w:w="2016" w:type="dxa"/>
            <w:shd w:val="clear" w:color="auto" w:fill="1F4E78"/>
            <w:vAlign w:val="center"/>
          </w:tcPr>
          <w:p w14:paraId="686D30A9" w14:textId="77777777" w:rsidR="00D25ABA" w:rsidRDefault="00000000">
            <w:proofErr w:type="spellStart"/>
            <w:r>
              <w:rPr>
                <w:b/>
                <w:color w:val="FFFFFF"/>
                <w:sz w:val="18"/>
              </w:rPr>
              <w:t>Mức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ưu</w:t>
            </w:r>
            <w:proofErr w:type="spellEnd"/>
            <w:r>
              <w:rPr>
                <w:b/>
                <w:color w:val="FFFFFF"/>
                <w:sz w:val="18"/>
              </w:rPr>
              <w:t xml:space="preserve"> </w:t>
            </w:r>
            <w:proofErr w:type="spellStart"/>
            <w:r>
              <w:rPr>
                <w:b/>
                <w:color w:val="FFFFFF"/>
                <w:sz w:val="18"/>
              </w:rPr>
              <w:t>tiên</w:t>
            </w:r>
            <w:proofErr w:type="spellEnd"/>
          </w:p>
        </w:tc>
      </w:tr>
      <w:tr w:rsidR="00D25ABA" w14:paraId="6EB9A002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11C91F0D" w14:textId="77777777" w:rsidR="00D25ABA" w:rsidRDefault="00000000">
            <w:r>
              <w:rPr>
                <w:sz w:val="18"/>
              </w:rPr>
              <w:t>1. SDLC Automation</w:t>
            </w:r>
          </w:p>
        </w:tc>
        <w:tc>
          <w:tcPr>
            <w:tcW w:w="1440" w:type="dxa"/>
          </w:tcPr>
          <w:p w14:paraId="6BB8F46F" w14:textId="77777777" w:rsidR="00D25ABA" w:rsidRDefault="00000000">
            <w:r>
              <w:rPr>
                <w:sz w:val="18"/>
              </w:rPr>
              <w:t>22%</w:t>
            </w:r>
          </w:p>
        </w:tc>
        <w:tc>
          <w:tcPr>
            <w:tcW w:w="2304" w:type="dxa"/>
          </w:tcPr>
          <w:p w14:paraId="318647CD" w14:textId="77777777" w:rsidR="00D25ABA" w:rsidRDefault="00000000">
            <w:proofErr w:type="spellStart"/>
            <w:r>
              <w:rPr>
                <w:sz w:val="18"/>
              </w:rPr>
              <w:t>Khoảng</w:t>
            </w:r>
            <w:proofErr w:type="spellEnd"/>
            <w:r>
              <w:rPr>
                <w:sz w:val="18"/>
              </w:rPr>
              <w:t xml:space="preserve"> 14</w:t>
            </w:r>
          </w:p>
        </w:tc>
        <w:tc>
          <w:tcPr>
            <w:tcW w:w="2016" w:type="dxa"/>
          </w:tcPr>
          <w:p w14:paraId="077D5885" w14:textId="77777777" w:rsidR="00D25ABA" w:rsidRDefault="00000000">
            <w:proofErr w:type="spellStart"/>
            <w:r>
              <w:rPr>
                <w:sz w:val="18"/>
              </w:rPr>
              <w:t>Rất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cao</w:t>
            </w:r>
            <w:proofErr w:type="spellEnd"/>
          </w:p>
        </w:tc>
      </w:tr>
      <w:tr w:rsidR="00D25ABA" w14:paraId="3B8E6B60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623C67AF" w14:textId="77777777" w:rsidR="00D25ABA" w:rsidRDefault="00000000">
            <w:r>
              <w:rPr>
                <w:sz w:val="18"/>
              </w:rPr>
              <w:t xml:space="preserve">2. Configuration Management and </w:t>
            </w:r>
            <w:proofErr w:type="spellStart"/>
            <w:r>
              <w:rPr>
                <w:sz w:val="18"/>
              </w:rPr>
              <w:t>IaC</w:t>
            </w:r>
            <w:proofErr w:type="spellEnd"/>
          </w:p>
        </w:tc>
        <w:tc>
          <w:tcPr>
            <w:tcW w:w="1440" w:type="dxa"/>
          </w:tcPr>
          <w:p w14:paraId="42628143" w14:textId="77777777" w:rsidR="00D25ABA" w:rsidRDefault="00000000">
            <w:r>
              <w:rPr>
                <w:sz w:val="18"/>
              </w:rPr>
              <w:t>17%</w:t>
            </w:r>
          </w:p>
        </w:tc>
        <w:tc>
          <w:tcPr>
            <w:tcW w:w="2304" w:type="dxa"/>
          </w:tcPr>
          <w:p w14:paraId="5805B544" w14:textId="77777777" w:rsidR="00D25ABA" w:rsidRDefault="00000000">
            <w:proofErr w:type="spellStart"/>
            <w:r>
              <w:rPr>
                <w:sz w:val="18"/>
              </w:rPr>
              <w:t>Khoảng</w:t>
            </w:r>
            <w:proofErr w:type="spellEnd"/>
            <w:r>
              <w:rPr>
                <w:sz w:val="18"/>
              </w:rPr>
              <w:t xml:space="preserve"> 11</w:t>
            </w:r>
          </w:p>
        </w:tc>
        <w:tc>
          <w:tcPr>
            <w:tcW w:w="2016" w:type="dxa"/>
          </w:tcPr>
          <w:p w14:paraId="6E07C7F1" w14:textId="77777777" w:rsidR="00D25ABA" w:rsidRDefault="00000000">
            <w:r>
              <w:rPr>
                <w:sz w:val="18"/>
              </w:rPr>
              <w:t>Cao</w:t>
            </w:r>
          </w:p>
        </w:tc>
      </w:tr>
      <w:tr w:rsidR="00D25ABA" w14:paraId="3C8B8025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61BA2168" w14:textId="77777777" w:rsidR="00D25ABA" w:rsidRDefault="00000000">
            <w:r>
              <w:rPr>
                <w:sz w:val="18"/>
              </w:rPr>
              <w:t>3. Resilient Cloud Solutions</w:t>
            </w:r>
          </w:p>
        </w:tc>
        <w:tc>
          <w:tcPr>
            <w:tcW w:w="1440" w:type="dxa"/>
          </w:tcPr>
          <w:p w14:paraId="3CA08353" w14:textId="77777777" w:rsidR="00D25ABA" w:rsidRDefault="00000000">
            <w:r>
              <w:rPr>
                <w:sz w:val="18"/>
              </w:rPr>
              <w:t>15%</w:t>
            </w:r>
          </w:p>
        </w:tc>
        <w:tc>
          <w:tcPr>
            <w:tcW w:w="2304" w:type="dxa"/>
          </w:tcPr>
          <w:p w14:paraId="74DADA3F" w14:textId="77777777" w:rsidR="00D25ABA" w:rsidRDefault="00000000">
            <w:proofErr w:type="spellStart"/>
            <w:r>
              <w:rPr>
                <w:sz w:val="18"/>
              </w:rPr>
              <w:t>Khoảng</w:t>
            </w:r>
            <w:proofErr w:type="spellEnd"/>
            <w:r>
              <w:rPr>
                <w:sz w:val="18"/>
              </w:rPr>
              <w:t xml:space="preserve"> 10</w:t>
            </w:r>
          </w:p>
        </w:tc>
        <w:tc>
          <w:tcPr>
            <w:tcW w:w="2016" w:type="dxa"/>
          </w:tcPr>
          <w:p w14:paraId="0AF38D97" w14:textId="77777777" w:rsidR="00D25ABA" w:rsidRDefault="00000000">
            <w:r>
              <w:rPr>
                <w:sz w:val="18"/>
              </w:rPr>
              <w:t>Cao</w:t>
            </w:r>
          </w:p>
        </w:tc>
      </w:tr>
      <w:tr w:rsidR="00D25ABA" w14:paraId="44D0392A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4EBFDE50" w14:textId="77777777" w:rsidR="00D25ABA" w:rsidRDefault="00000000">
            <w:r>
              <w:rPr>
                <w:sz w:val="18"/>
              </w:rPr>
              <w:t>4. Monitoring and Logging</w:t>
            </w:r>
          </w:p>
        </w:tc>
        <w:tc>
          <w:tcPr>
            <w:tcW w:w="1440" w:type="dxa"/>
          </w:tcPr>
          <w:p w14:paraId="31C078DB" w14:textId="77777777" w:rsidR="00D25ABA" w:rsidRDefault="00000000">
            <w:r>
              <w:rPr>
                <w:sz w:val="18"/>
              </w:rPr>
              <w:t>15%</w:t>
            </w:r>
          </w:p>
        </w:tc>
        <w:tc>
          <w:tcPr>
            <w:tcW w:w="2304" w:type="dxa"/>
          </w:tcPr>
          <w:p w14:paraId="3FE94293" w14:textId="77777777" w:rsidR="00D25ABA" w:rsidRDefault="00000000">
            <w:proofErr w:type="spellStart"/>
            <w:r>
              <w:rPr>
                <w:sz w:val="18"/>
              </w:rPr>
              <w:t>Khoảng</w:t>
            </w:r>
            <w:proofErr w:type="spellEnd"/>
            <w:r>
              <w:rPr>
                <w:sz w:val="18"/>
              </w:rPr>
              <w:t xml:space="preserve"> 10</w:t>
            </w:r>
          </w:p>
        </w:tc>
        <w:tc>
          <w:tcPr>
            <w:tcW w:w="2016" w:type="dxa"/>
          </w:tcPr>
          <w:p w14:paraId="72ABD325" w14:textId="77777777" w:rsidR="00D25ABA" w:rsidRDefault="00000000">
            <w:r>
              <w:rPr>
                <w:sz w:val="18"/>
              </w:rPr>
              <w:t>Cao</w:t>
            </w:r>
          </w:p>
        </w:tc>
      </w:tr>
      <w:tr w:rsidR="00D25ABA" w14:paraId="73E6E7A7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032DCA84" w14:textId="77777777" w:rsidR="00D25ABA" w:rsidRDefault="00000000">
            <w:r>
              <w:rPr>
                <w:sz w:val="18"/>
              </w:rPr>
              <w:t>5. Incident and Event Response</w:t>
            </w:r>
          </w:p>
        </w:tc>
        <w:tc>
          <w:tcPr>
            <w:tcW w:w="1440" w:type="dxa"/>
          </w:tcPr>
          <w:p w14:paraId="0EBEDDA8" w14:textId="77777777" w:rsidR="00D25ABA" w:rsidRDefault="00000000">
            <w:r>
              <w:rPr>
                <w:sz w:val="18"/>
              </w:rPr>
              <w:t>14%</w:t>
            </w:r>
          </w:p>
        </w:tc>
        <w:tc>
          <w:tcPr>
            <w:tcW w:w="2304" w:type="dxa"/>
          </w:tcPr>
          <w:p w14:paraId="4B4A363F" w14:textId="77777777" w:rsidR="00D25ABA" w:rsidRDefault="00000000">
            <w:proofErr w:type="spellStart"/>
            <w:r>
              <w:rPr>
                <w:sz w:val="18"/>
              </w:rPr>
              <w:t>Khoảng</w:t>
            </w:r>
            <w:proofErr w:type="spellEnd"/>
            <w:r>
              <w:rPr>
                <w:sz w:val="18"/>
              </w:rPr>
              <w:t xml:space="preserve"> 9</w:t>
            </w:r>
          </w:p>
        </w:tc>
        <w:tc>
          <w:tcPr>
            <w:tcW w:w="2016" w:type="dxa"/>
          </w:tcPr>
          <w:p w14:paraId="790FF2EA" w14:textId="77777777" w:rsidR="00D25ABA" w:rsidRDefault="00000000">
            <w:r>
              <w:rPr>
                <w:sz w:val="18"/>
              </w:rPr>
              <w:t xml:space="preserve">Trung </w:t>
            </w:r>
            <w:proofErr w:type="spellStart"/>
            <w:r>
              <w:rPr>
                <w:sz w:val="18"/>
              </w:rPr>
              <w:t>bình-cao</w:t>
            </w:r>
            <w:proofErr w:type="spellEnd"/>
          </w:p>
        </w:tc>
      </w:tr>
      <w:tr w:rsidR="00D25ABA" w14:paraId="6DF7401E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7C51DA31" w14:textId="77777777" w:rsidR="00D25ABA" w:rsidRDefault="00000000">
            <w:r>
              <w:rPr>
                <w:sz w:val="18"/>
              </w:rPr>
              <w:t>6. Security and Compliance</w:t>
            </w:r>
          </w:p>
        </w:tc>
        <w:tc>
          <w:tcPr>
            <w:tcW w:w="1440" w:type="dxa"/>
          </w:tcPr>
          <w:p w14:paraId="6B2C72A0" w14:textId="77777777" w:rsidR="00D25ABA" w:rsidRDefault="00000000">
            <w:r>
              <w:rPr>
                <w:sz w:val="18"/>
              </w:rPr>
              <w:t>17%</w:t>
            </w:r>
          </w:p>
        </w:tc>
        <w:tc>
          <w:tcPr>
            <w:tcW w:w="2304" w:type="dxa"/>
          </w:tcPr>
          <w:p w14:paraId="23364276" w14:textId="77777777" w:rsidR="00D25ABA" w:rsidRDefault="00000000">
            <w:proofErr w:type="spellStart"/>
            <w:r>
              <w:rPr>
                <w:sz w:val="18"/>
              </w:rPr>
              <w:t>Khoảng</w:t>
            </w:r>
            <w:proofErr w:type="spellEnd"/>
            <w:r>
              <w:rPr>
                <w:sz w:val="18"/>
              </w:rPr>
              <w:t xml:space="preserve"> 11</w:t>
            </w:r>
          </w:p>
        </w:tc>
        <w:tc>
          <w:tcPr>
            <w:tcW w:w="2016" w:type="dxa"/>
          </w:tcPr>
          <w:p w14:paraId="73A076B7" w14:textId="77777777" w:rsidR="00D25ABA" w:rsidRDefault="00000000">
            <w:r>
              <w:rPr>
                <w:sz w:val="18"/>
              </w:rPr>
              <w:t>Cao</w:t>
            </w:r>
          </w:p>
        </w:tc>
      </w:tr>
    </w:tbl>
    <w:p w14:paraId="41639FA2" w14:textId="77777777" w:rsidR="00D25ABA" w:rsidRDefault="00D25ABA"/>
    <w:p w14:paraId="25EFD083" w14:textId="77777777" w:rsidR="00D25ABA" w:rsidRDefault="00000000">
      <w:r>
        <w:rPr>
          <w:i/>
        </w:rPr>
        <w:t>*</w:t>
      </w:r>
      <w:proofErr w:type="spellStart"/>
      <w:r>
        <w:rPr>
          <w:i/>
        </w:rPr>
        <w:t>Ước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bằng</w:t>
      </w:r>
      <w:proofErr w:type="spellEnd"/>
      <w:r>
        <w:rPr>
          <w:i/>
        </w:rPr>
        <w:t xml:space="preserve"> 65 </w:t>
      </w:r>
      <w:proofErr w:type="spellStart"/>
      <w:r>
        <w:rPr>
          <w:i/>
        </w:rPr>
        <w:t>câu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tính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điểm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trọng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đề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thể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bổ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đôi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chút</w:t>
      </w:r>
      <w:proofErr w:type="spellEnd"/>
      <w:r>
        <w:rPr>
          <w:i/>
        </w:rPr>
        <w:t>.</w:t>
      </w:r>
    </w:p>
    <w:p w14:paraId="7C1EF014" w14:textId="77777777" w:rsidR="00D25ABA" w:rsidRDefault="00000000">
      <w:pPr>
        <w:pStyle w:val="Heading2"/>
      </w:pPr>
      <w:r>
        <w:t xml:space="preserve">1.1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Professional</w:t>
      </w:r>
    </w:p>
    <w:p w14:paraId="49ED1BD6" w14:textId="77777777" w:rsidR="00D25ABA" w:rsidRDefault="00000000">
      <w:pPr>
        <w:pStyle w:val="ListBullet"/>
      </w:pPr>
      <w:proofErr w:type="spellStart"/>
      <w:r>
        <w:t>Không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“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”, </w:t>
      </w:r>
      <w:proofErr w:type="spellStart"/>
      <w:r>
        <w:t>mà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: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,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,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vận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rộng</w:t>
      </w:r>
      <w:proofErr w:type="spellEnd"/>
      <w:r>
        <w:t>.</w:t>
      </w:r>
    </w:p>
    <w:p w14:paraId="2851C23A" w14:textId="77777777" w:rsidR="00D25ABA" w:rsidRDefault="00000000">
      <w:pPr>
        <w:pStyle w:val="ListBullet"/>
      </w:pP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managed, event-driven, </w:t>
      </w:r>
      <w:proofErr w:type="spellStart"/>
      <w:r>
        <w:t>ít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khả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rollback/remediation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ở </w:t>
      </w:r>
      <w:proofErr w:type="spellStart"/>
      <w:r>
        <w:t>quy</w:t>
      </w:r>
      <w:proofErr w:type="spellEnd"/>
      <w:r>
        <w:t xml:space="preserve"> </w:t>
      </w:r>
      <w:proofErr w:type="spellStart"/>
      <w:r>
        <w:t>mô</w:t>
      </w:r>
      <w:proofErr w:type="spellEnd"/>
      <w:r>
        <w:t xml:space="preserve"> multi-account </w:t>
      </w:r>
      <w:proofErr w:type="spellStart"/>
      <w:r>
        <w:t>hoặc</w:t>
      </w:r>
      <w:proofErr w:type="spellEnd"/>
      <w:r>
        <w:t xml:space="preserve"> multi-Region.</w:t>
      </w:r>
    </w:p>
    <w:p w14:paraId="6394EA9C" w14:textId="77777777" w:rsidR="00D25ABA" w:rsidRDefault="00000000">
      <w:pPr>
        <w:pStyle w:val="ListBullet"/>
      </w:pPr>
      <w:proofErr w:type="spellStart"/>
      <w:r>
        <w:t>Từ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“least operational overhead”, “most secure”, “automatically”, “at scale”, “without downtime”, “minimum changes”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>.</w:t>
      </w:r>
    </w:p>
    <w:p w14:paraId="62F93DB5" w14:textId="77777777" w:rsidR="00D25ABA" w:rsidRDefault="00000000">
      <w:pPr>
        <w:pStyle w:val="ListBullet"/>
      </w:pPr>
      <w:proofErr w:type="spellStart"/>
      <w:r>
        <w:t>Câu</w:t>
      </w:r>
      <w:proofErr w:type="spellEnd"/>
      <w:r>
        <w:t xml:space="preserve"> multiple response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nhau</w:t>
      </w:r>
      <w:proofErr w:type="spellEnd"/>
      <w:r>
        <w:t xml:space="preserve">;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“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”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sai</w:t>
      </w:r>
      <w:proofErr w:type="spellEnd"/>
      <w:r>
        <w:t>.</w:t>
      </w:r>
    </w:p>
    <w:p w14:paraId="0EC13D32" w14:textId="77777777" w:rsidR="00D25ABA" w:rsidRDefault="00000000">
      <w:pPr>
        <w:pStyle w:val="Heading2"/>
      </w:pPr>
      <w:r>
        <w:t xml:space="preserve">1.2 </w:t>
      </w:r>
      <w:proofErr w:type="spellStart"/>
      <w:r>
        <w:t>Chiến</w:t>
      </w:r>
      <w:proofErr w:type="spellEnd"/>
      <w:r>
        <w:t xml:space="preserve"> </w:t>
      </w:r>
      <w:proofErr w:type="spellStart"/>
      <w:r>
        <w:t>lược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</w:p>
    <w:p w14:paraId="265564FB" w14:textId="77777777" w:rsidR="00D25ABA" w:rsidRDefault="00000000">
      <w:pPr>
        <w:pStyle w:val="ListNumber"/>
      </w:pPr>
      <w:proofErr w:type="spellStart"/>
      <w:r>
        <w:t>Vòng</w:t>
      </w:r>
      <w:proofErr w:type="spellEnd"/>
      <w:r>
        <w:t xml:space="preserve"> 1: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chắc</w:t>
      </w:r>
      <w:proofErr w:type="spellEnd"/>
      <w:r>
        <w:t xml:space="preserve"> </w:t>
      </w:r>
      <w:proofErr w:type="spellStart"/>
      <w:r>
        <w:t>chắn</w:t>
      </w:r>
      <w:proofErr w:type="spellEnd"/>
      <w:r>
        <w:t xml:space="preserve">,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dài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buộc</w:t>
      </w:r>
      <w:proofErr w:type="spellEnd"/>
      <w:r>
        <w:t>.</w:t>
      </w:r>
    </w:p>
    <w:p w14:paraId="350FC567" w14:textId="77777777" w:rsidR="00D25ABA" w:rsidRDefault="00000000">
      <w:pPr>
        <w:pStyle w:val="ListNumber"/>
      </w:pPr>
      <w:proofErr w:type="spellStart"/>
      <w:r>
        <w:t>Vòng</w:t>
      </w:r>
      <w:proofErr w:type="spellEnd"/>
      <w:r>
        <w:t xml:space="preserve"> 2: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scale, </w:t>
      </w:r>
      <w:proofErr w:type="spellStart"/>
      <w:r>
        <w:t>dùng</w:t>
      </w:r>
      <w:proofErr w:type="spellEnd"/>
      <w:r>
        <w:t xml:space="preserve"> long-term credentials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phá</w:t>
      </w:r>
      <w:proofErr w:type="spellEnd"/>
      <w:r>
        <w:t xml:space="preserve"> </w:t>
      </w:r>
      <w:proofErr w:type="spellStart"/>
      <w:r>
        <w:t>vỡ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RTO/RPO.</w:t>
      </w:r>
    </w:p>
    <w:p w14:paraId="3914E08D" w14:textId="77777777" w:rsidR="00D25ABA" w:rsidRDefault="00000000">
      <w:pPr>
        <w:pStyle w:val="ListNumber"/>
      </w:pPr>
      <w:proofErr w:type="spellStart"/>
      <w:r>
        <w:t>Vòng</w:t>
      </w:r>
      <w:proofErr w:type="spellEnd"/>
      <w:r>
        <w:t xml:space="preserve"> 3: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“MOST operationally efficient”, “MOST secure” </w:t>
      </w:r>
      <w:proofErr w:type="spellStart"/>
      <w:r>
        <w:t>và</w:t>
      </w:r>
      <w:proofErr w:type="spellEnd"/>
      <w:r>
        <w:t xml:space="preserve"> multiple response.</w:t>
      </w:r>
    </w:p>
    <w:p w14:paraId="70F75CC8" w14:textId="77777777" w:rsidR="00D25ABA" w:rsidRDefault="00000000">
      <w:pPr>
        <w:pStyle w:val="ListNumber"/>
      </w:pPr>
      <w:proofErr w:type="spellStart"/>
      <w:r>
        <w:t>Không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trống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phạt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đoán</w:t>
      </w:r>
      <w:proofErr w:type="spellEnd"/>
      <w:r>
        <w:t>.</w:t>
      </w:r>
    </w:p>
    <w:p w14:paraId="0E05BB1A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2AE008B1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543E2EFD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64AAC88A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4C90026F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410A82F3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1B43ADDA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2A4EBDB1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2821B39F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564631B5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0791F3C1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265F3A95" w14:textId="77777777" w:rsidR="00D3763B" w:rsidRDefault="00D3763B" w:rsidP="00D3763B">
      <w:pPr>
        <w:pStyle w:val="ListNumber"/>
        <w:numPr>
          <w:ilvl w:val="0"/>
          <w:numId w:val="0"/>
        </w:numPr>
        <w:ind w:left="360" w:hanging="360"/>
      </w:pPr>
    </w:p>
    <w:p w14:paraId="5CAF6382" w14:textId="77777777" w:rsidR="00D25ABA" w:rsidRDefault="00000000">
      <w:pPr>
        <w:pStyle w:val="Heading1"/>
      </w:pPr>
      <w:r>
        <w:lastRenderedPageBreak/>
        <w:t xml:space="preserve">2.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: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gặp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64349772" w14:textId="77777777">
        <w:trPr>
          <w:jc w:val="center"/>
        </w:trPr>
        <w:tc>
          <w:tcPr>
            <w:tcW w:w="10166" w:type="dxa"/>
            <w:shd w:val="clear" w:color="auto" w:fill="DDEBF7"/>
          </w:tcPr>
          <w:p w14:paraId="4F895FFF" w14:textId="77777777" w:rsidR="00D25ABA" w:rsidRDefault="00000000">
            <w:proofErr w:type="spellStart"/>
            <w:r>
              <w:rPr>
                <w:b/>
                <w:color w:val="2F75B5"/>
              </w:rPr>
              <w:t>Cách</w:t>
            </w:r>
            <w:proofErr w:type="spellEnd"/>
            <w:r>
              <w:rPr>
                <w:b/>
                <w:color w:val="2F75B5"/>
              </w:rPr>
              <w:t xml:space="preserve"> </w:t>
            </w:r>
            <w:proofErr w:type="spellStart"/>
            <w:r>
              <w:rPr>
                <w:b/>
                <w:color w:val="2F75B5"/>
              </w:rPr>
              <w:t>đọc</w:t>
            </w:r>
            <w:proofErr w:type="spellEnd"/>
            <w:r>
              <w:rPr>
                <w:b/>
                <w:color w:val="2F75B5"/>
              </w:rPr>
              <w:t xml:space="preserve"> </w:t>
            </w:r>
            <w:proofErr w:type="spellStart"/>
            <w:r>
              <w:rPr>
                <w:b/>
                <w:color w:val="2F75B5"/>
              </w:rPr>
              <w:t>bảng</w:t>
            </w:r>
            <w:proofErr w:type="spellEnd"/>
            <w:r>
              <w:br/>
              <w:t>“</w:t>
            </w:r>
            <w:proofErr w:type="spellStart"/>
            <w:r>
              <w:t>Rất</w:t>
            </w:r>
            <w:proofErr w:type="spellEnd"/>
            <w:r>
              <w:t xml:space="preserve"> hay </w:t>
            </w:r>
            <w:proofErr w:type="spellStart"/>
            <w:r>
              <w:t>gặp</w:t>
            </w:r>
            <w:proofErr w:type="spellEnd"/>
            <w:r>
              <w:t xml:space="preserve">” = </w:t>
            </w:r>
            <w:proofErr w:type="spellStart"/>
            <w:r>
              <w:t>nội</w:t>
            </w:r>
            <w:proofErr w:type="spellEnd"/>
            <w:r>
              <w:t xml:space="preserve"> dung </w:t>
            </w:r>
            <w:proofErr w:type="spellStart"/>
            <w:r>
              <w:t>lõi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, </w:t>
            </w:r>
            <w:proofErr w:type="spellStart"/>
            <w:r>
              <w:t>nhiều</w:t>
            </w:r>
            <w:proofErr w:type="spellEnd"/>
            <w:r>
              <w:t xml:space="preserve"> task statement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dưới</w:t>
            </w:r>
            <w:proofErr w:type="spellEnd"/>
            <w:r>
              <w:t xml:space="preserve"> </w:t>
            </w:r>
            <w:proofErr w:type="spellStart"/>
            <w:r>
              <w:t>dạng</w:t>
            </w:r>
            <w:proofErr w:type="spellEnd"/>
            <w:r>
              <w:t xml:space="preserve"> scenario. “</w:t>
            </w:r>
            <w:proofErr w:type="spellStart"/>
            <w:r>
              <w:t>Ít</w:t>
            </w:r>
            <w:proofErr w:type="spellEnd"/>
            <w:r>
              <w:t xml:space="preserve"> </w:t>
            </w:r>
            <w:proofErr w:type="spellStart"/>
            <w:r>
              <w:t>gặp</w:t>
            </w:r>
            <w:proofErr w:type="spellEnd"/>
            <w:r>
              <w:t xml:space="preserve">”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nghĩa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bỏ</w:t>
            </w:r>
            <w:proofErr w:type="spellEnd"/>
            <w:r>
              <w:t xml:space="preserve"> qua; </w:t>
            </w:r>
            <w:proofErr w:type="spellStart"/>
            <w:r>
              <w:t>đó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đáp</w:t>
            </w:r>
            <w:proofErr w:type="spellEnd"/>
            <w:r>
              <w:t xml:space="preserve"> </w:t>
            </w:r>
            <w:proofErr w:type="spellStart"/>
            <w:r>
              <w:t>án</w:t>
            </w:r>
            <w:proofErr w:type="spellEnd"/>
            <w:r>
              <w:t xml:space="preserve"> </w:t>
            </w:r>
            <w:proofErr w:type="spellStart"/>
            <w:r>
              <w:t>phụ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một</w:t>
            </w:r>
            <w:proofErr w:type="spellEnd"/>
            <w:r>
              <w:t xml:space="preserve"> </w:t>
            </w: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huống</w:t>
            </w:r>
            <w:proofErr w:type="spellEnd"/>
            <w:r>
              <w:t xml:space="preserve"> </w:t>
            </w:r>
            <w:proofErr w:type="spellStart"/>
            <w:r>
              <w:t>lớn</w:t>
            </w:r>
            <w:proofErr w:type="spellEnd"/>
            <w:r>
              <w:t>.</w:t>
            </w:r>
          </w:p>
        </w:tc>
      </w:tr>
    </w:tbl>
    <w:p w14:paraId="50A2DA23" w14:textId="77777777" w:rsidR="00D25ABA" w:rsidRDefault="00D25ABA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48"/>
        <w:gridCol w:w="2575"/>
        <w:gridCol w:w="5959"/>
      </w:tblGrid>
      <w:tr w:rsidR="00D25ABA" w14:paraId="726DEEFD" w14:textId="77777777">
        <w:trPr>
          <w:tblHeader/>
          <w:jc w:val="center"/>
        </w:trPr>
        <w:tc>
          <w:tcPr>
            <w:tcW w:w="1872" w:type="dxa"/>
            <w:shd w:val="clear" w:color="auto" w:fill="1F4E78"/>
            <w:vAlign w:val="center"/>
          </w:tcPr>
          <w:p w14:paraId="129755DF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Tần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suất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suy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luận</w:t>
            </w:r>
            <w:proofErr w:type="spellEnd"/>
          </w:p>
        </w:tc>
        <w:tc>
          <w:tcPr>
            <w:tcW w:w="2592" w:type="dxa"/>
            <w:shd w:val="clear" w:color="auto" w:fill="1F4E78"/>
            <w:vAlign w:val="center"/>
          </w:tcPr>
          <w:p w14:paraId="52C607BB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Nhóm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chủ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đề</w:t>
            </w:r>
            <w:proofErr w:type="spellEnd"/>
          </w:p>
        </w:tc>
        <w:tc>
          <w:tcPr>
            <w:tcW w:w="6048" w:type="dxa"/>
            <w:shd w:val="clear" w:color="auto" w:fill="1F4E78"/>
            <w:vAlign w:val="center"/>
          </w:tcPr>
          <w:p w14:paraId="122361DC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Cần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học</w:t>
            </w:r>
            <w:proofErr w:type="spellEnd"/>
          </w:p>
        </w:tc>
      </w:tr>
      <w:tr w:rsidR="00D25ABA" w14:paraId="3829D018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7E765758" w14:textId="77777777" w:rsidR="00D25ABA" w:rsidRDefault="00000000">
            <w:proofErr w:type="spellStart"/>
            <w:r>
              <w:rPr>
                <w:sz w:val="17"/>
              </w:rPr>
              <w:t>Rất</w:t>
            </w:r>
            <w:proofErr w:type="spellEnd"/>
            <w:r>
              <w:rPr>
                <w:sz w:val="17"/>
              </w:rPr>
              <w:t xml:space="preserve"> hay </w:t>
            </w:r>
            <w:proofErr w:type="spellStart"/>
            <w:r>
              <w:rPr>
                <w:sz w:val="17"/>
              </w:rPr>
              <w:t>gặp</w:t>
            </w:r>
            <w:proofErr w:type="spellEnd"/>
          </w:p>
        </w:tc>
        <w:tc>
          <w:tcPr>
            <w:tcW w:w="2592" w:type="dxa"/>
          </w:tcPr>
          <w:p w14:paraId="1D01B97E" w14:textId="77777777" w:rsidR="00D25ABA" w:rsidRDefault="00000000">
            <w:r>
              <w:rPr>
                <w:sz w:val="17"/>
              </w:rPr>
              <w:t>CI/CD end-to-end</w:t>
            </w:r>
          </w:p>
        </w:tc>
        <w:tc>
          <w:tcPr>
            <w:tcW w:w="6048" w:type="dxa"/>
          </w:tcPr>
          <w:p w14:paraId="6635C740" w14:textId="77777777" w:rsidR="00D25ABA" w:rsidRDefault="00000000">
            <w:proofErr w:type="spellStart"/>
            <w:r>
              <w:rPr>
                <w:sz w:val="17"/>
              </w:rPr>
              <w:t>CodePipeline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CodeBuild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CodeDeploy</w:t>
            </w:r>
            <w:proofErr w:type="spellEnd"/>
            <w:r>
              <w:rPr>
                <w:sz w:val="17"/>
              </w:rPr>
              <w:t>, approvals, cross-account, rollback, artifacts</w:t>
            </w:r>
          </w:p>
        </w:tc>
      </w:tr>
      <w:tr w:rsidR="00D25ABA" w14:paraId="6534BDFF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37210D80" w14:textId="77777777" w:rsidR="00D25ABA" w:rsidRDefault="00000000">
            <w:proofErr w:type="spellStart"/>
            <w:r>
              <w:rPr>
                <w:sz w:val="17"/>
              </w:rPr>
              <w:t>Rất</w:t>
            </w:r>
            <w:proofErr w:type="spellEnd"/>
            <w:r>
              <w:rPr>
                <w:sz w:val="17"/>
              </w:rPr>
              <w:t xml:space="preserve"> hay </w:t>
            </w:r>
            <w:proofErr w:type="spellStart"/>
            <w:r>
              <w:rPr>
                <w:sz w:val="17"/>
              </w:rPr>
              <w:t>gặp</w:t>
            </w:r>
            <w:proofErr w:type="spellEnd"/>
          </w:p>
        </w:tc>
        <w:tc>
          <w:tcPr>
            <w:tcW w:w="2592" w:type="dxa"/>
          </w:tcPr>
          <w:p w14:paraId="0A0FA6BE" w14:textId="77777777" w:rsidR="00D25ABA" w:rsidRDefault="00000000">
            <w:r>
              <w:rPr>
                <w:sz w:val="17"/>
              </w:rPr>
              <w:t>Deployment strategies</w:t>
            </w:r>
          </w:p>
        </w:tc>
        <w:tc>
          <w:tcPr>
            <w:tcW w:w="6048" w:type="dxa"/>
          </w:tcPr>
          <w:p w14:paraId="157C8631" w14:textId="77777777" w:rsidR="00D25ABA" w:rsidRDefault="00000000">
            <w:r>
              <w:rPr>
                <w:sz w:val="17"/>
              </w:rPr>
              <w:t>Blue/green, canary, rolling, immutable, Lambda aliases, ECS deployment controller</w:t>
            </w:r>
          </w:p>
        </w:tc>
      </w:tr>
      <w:tr w:rsidR="00D25ABA" w14:paraId="0CE022FD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3369C252" w14:textId="77777777" w:rsidR="00D25ABA" w:rsidRDefault="00000000">
            <w:proofErr w:type="spellStart"/>
            <w:r>
              <w:rPr>
                <w:sz w:val="17"/>
              </w:rPr>
              <w:t>Rất</w:t>
            </w:r>
            <w:proofErr w:type="spellEnd"/>
            <w:r>
              <w:rPr>
                <w:sz w:val="17"/>
              </w:rPr>
              <w:t xml:space="preserve"> hay </w:t>
            </w:r>
            <w:proofErr w:type="spellStart"/>
            <w:r>
              <w:rPr>
                <w:sz w:val="17"/>
              </w:rPr>
              <w:t>gặp</w:t>
            </w:r>
            <w:proofErr w:type="spellEnd"/>
          </w:p>
        </w:tc>
        <w:tc>
          <w:tcPr>
            <w:tcW w:w="2592" w:type="dxa"/>
          </w:tcPr>
          <w:p w14:paraId="7B507FBA" w14:textId="77777777" w:rsidR="00D25ABA" w:rsidRDefault="00000000">
            <w:r>
              <w:rPr>
                <w:sz w:val="17"/>
              </w:rPr>
              <w:t>CloudFormation/</w:t>
            </w:r>
            <w:proofErr w:type="spellStart"/>
            <w:r>
              <w:rPr>
                <w:sz w:val="17"/>
              </w:rPr>
              <w:t>IaC</w:t>
            </w:r>
            <w:proofErr w:type="spellEnd"/>
          </w:p>
        </w:tc>
        <w:tc>
          <w:tcPr>
            <w:tcW w:w="6048" w:type="dxa"/>
          </w:tcPr>
          <w:p w14:paraId="5A410EC3" w14:textId="77777777" w:rsidR="00D25ABA" w:rsidRDefault="00000000">
            <w:proofErr w:type="spellStart"/>
            <w:r>
              <w:rPr>
                <w:sz w:val="17"/>
              </w:rPr>
              <w:t>StackSets</w:t>
            </w:r>
            <w:proofErr w:type="spellEnd"/>
            <w:r>
              <w:rPr>
                <w:sz w:val="17"/>
              </w:rPr>
              <w:t>, change sets, drift, nested stacks/modules, rollback, cross-account</w:t>
            </w:r>
          </w:p>
        </w:tc>
      </w:tr>
      <w:tr w:rsidR="00D25ABA" w14:paraId="18B396B6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0DAAF6B7" w14:textId="77777777" w:rsidR="00D25ABA" w:rsidRDefault="00000000">
            <w:proofErr w:type="spellStart"/>
            <w:r>
              <w:rPr>
                <w:sz w:val="17"/>
              </w:rPr>
              <w:t>Rất</w:t>
            </w:r>
            <w:proofErr w:type="spellEnd"/>
            <w:r>
              <w:rPr>
                <w:sz w:val="17"/>
              </w:rPr>
              <w:t xml:space="preserve"> hay </w:t>
            </w:r>
            <w:proofErr w:type="spellStart"/>
            <w:r>
              <w:rPr>
                <w:sz w:val="17"/>
              </w:rPr>
              <w:t>gặp</w:t>
            </w:r>
            <w:proofErr w:type="spellEnd"/>
          </w:p>
        </w:tc>
        <w:tc>
          <w:tcPr>
            <w:tcW w:w="2592" w:type="dxa"/>
          </w:tcPr>
          <w:p w14:paraId="72C783CC" w14:textId="77777777" w:rsidR="00D25ABA" w:rsidRDefault="00000000">
            <w:r>
              <w:rPr>
                <w:sz w:val="17"/>
              </w:rPr>
              <w:t>Monitoring/event-driven automation</w:t>
            </w:r>
          </w:p>
        </w:tc>
        <w:tc>
          <w:tcPr>
            <w:tcW w:w="6048" w:type="dxa"/>
          </w:tcPr>
          <w:p w14:paraId="6B182796" w14:textId="77777777" w:rsidR="00D25ABA" w:rsidRDefault="00000000">
            <w:r>
              <w:rPr>
                <w:sz w:val="17"/>
              </w:rPr>
              <w:t xml:space="preserve">CloudWatch, </w:t>
            </w:r>
            <w:proofErr w:type="spellStart"/>
            <w:r>
              <w:rPr>
                <w:sz w:val="17"/>
              </w:rPr>
              <w:t>EventBridge</w:t>
            </w:r>
            <w:proofErr w:type="spellEnd"/>
            <w:r>
              <w:rPr>
                <w:sz w:val="17"/>
              </w:rPr>
              <w:t>, SNS/SQS/Lambda, metric filters, Logs Insights, remediation</w:t>
            </w:r>
          </w:p>
        </w:tc>
      </w:tr>
      <w:tr w:rsidR="00D25ABA" w14:paraId="278D416C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3CA98947" w14:textId="77777777" w:rsidR="00D25ABA" w:rsidRDefault="00000000">
            <w:proofErr w:type="spellStart"/>
            <w:r>
              <w:rPr>
                <w:sz w:val="17"/>
              </w:rPr>
              <w:t>Rất</w:t>
            </w:r>
            <w:proofErr w:type="spellEnd"/>
            <w:r>
              <w:rPr>
                <w:sz w:val="17"/>
              </w:rPr>
              <w:t xml:space="preserve"> hay </w:t>
            </w:r>
            <w:proofErr w:type="spellStart"/>
            <w:r>
              <w:rPr>
                <w:sz w:val="17"/>
              </w:rPr>
              <w:t>gặp</w:t>
            </w:r>
            <w:proofErr w:type="spellEnd"/>
          </w:p>
        </w:tc>
        <w:tc>
          <w:tcPr>
            <w:tcW w:w="2592" w:type="dxa"/>
          </w:tcPr>
          <w:p w14:paraId="4F04355E" w14:textId="77777777" w:rsidR="00D25ABA" w:rsidRDefault="00000000">
            <w:r>
              <w:rPr>
                <w:sz w:val="17"/>
              </w:rPr>
              <w:t>IAM at scale</w:t>
            </w:r>
          </w:p>
        </w:tc>
        <w:tc>
          <w:tcPr>
            <w:tcW w:w="6048" w:type="dxa"/>
          </w:tcPr>
          <w:p w14:paraId="6F804969" w14:textId="77777777" w:rsidR="00D25ABA" w:rsidRDefault="00000000">
            <w:r>
              <w:rPr>
                <w:sz w:val="17"/>
              </w:rPr>
              <w:t>Roles, STS, federation, SCP, permission boundaries, resource policies, least privilege</w:t>
            </w:r>
          </w:p>
        </w:tc>
      </w:tr>
      <w:tr w:rsidR="00D25ABA" w14:paraId="76380E77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7113A4DF" w14:textId="77777777" w:rsidR="00D25ABA" w:rsidRDefault="00000000">
            <w:r>
              <w:rPr>
                <w:sz w:val="17"/>
              </w:rPr>
              <w:t xml:space="preserve">Hay </w:t>
            </w:r>
            <w:proofErr w:type="spellStart"/>
            <w:r>
              <w:rPr>
                <w:sz w:val="17"/>
              </w:rPr>
              <w:t>gặp</w:t>
            </w:r>
            <w:proofErr w:type="spellEnd"/>
          </w:p>
        </w:tc>
        <w:tc>
          <w:tcPr>
            <w:tcW w:w="2592" w:type="dxa"/>
          </w:tcPr>
          <w:p w14:paraId="19A8FAA5" w14:textId="77777777" w:rsidR="00D25ABA" w:rsidRDefault="00000000">
            <w:r>
              <w:rPr>
                <w:sz w:val="17"/>
              </w:rPr>
              <w:t>Multi-account governance</w:t>
            </w:r>
          </w:p>
        </w:tc>
        <w:tc>
          <w:tcPr>
            <w:tcW w:w="6048" w:type="dxa"/>
          </w:tcPr>
          <w:p w14:paraId="02A45AB2" w14:textId="77777777" w:rsidR="00D25ABA" w:rsidRDefault="00000000">
            <w:r>
              <w:rPr>
                <w:sz w:val="17"/>
              </w:rPr>
              <w:t>Organizations, Control Tower, Config aggregators, Security Hub delegated admin</w:t>
            </w:r>
          </w:p>
        </w:tc>
      </w:tr>
      <w:tr w:rsidR="00D25ABA" w14:paraId="638F5D70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5F8FE716" w14:textId="77777777" w:rsidR="00D25ABA" w:rsidRDefault="00000000">
            <w:r>
              <w:rPr>
                <w:sz w:val="17"/>
              </w:rPr>
              <w:t xml:space="preserve">Hay </w:t>
            </w:r>
            <w:proofErr w:type="spellStart"/>
            <w:r>
              <w:rPr>
                <w:sz w:val="17"/>
              </w:rPr>
              <w:t>gặp</w:t>
            </w:r>
            <w:proofErr w:type="spellEnd"/>
          </w:p>
        </w:tc>
        <w:tc>
          <w:tcPr>
            <w:tcW w:w="2592" w:type="dxa"/>
          </w:tcPr>
          <w:p w14:paraId="2EA13180" w14:textId="77777777" w:rsidR="00D25ABA" w:rsidRDefault="00000000">
            <w:r>
              <w:rPr>
                <w:sz w:val="17"/>
              </w:rPr>
              <w:t>Resilience &amp; DR</w:t>
            </w:r>
          </w:p>
        </w:tc>
        <w:tc>
          <w:tcPr>
            <w:tcW w:w="6048" w:type="dxa"/>
          </w:tcPr>
          <w:p w14:paraId="78F4D4A9" w14:textId="77777777" w:rsidR="00D25ABA" w:rsidRDefault="00000000">
            <w:r>
              <w:rPr>
                <w:sz w:val="17"/>
              </w:rPr>
              <w:t>RTO/RPO, Multi-AZ vs multi-Region, backup, pilot light, warm standby, Route 53</w:t>
            </w:r>
          </w:p>
        </w:tc>
      </w:tr>
      <w:tr w:rsidR="00D25ABA" w14:paraId="34875098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0E00903F" w14:textId="77777777" w:rsidR="00D25ABA" w:rsidRDefault="00000000">
            <w:r>
              <w:rPr>
                <w:sz w:val="17"/>
              </w:rPr>
              <w:t xml:space="preserve">Hay </w:t>
            </w:r>
            <w:proofErr w:type="spellStart"/>
            <w:r>
              <w:rPr>
                <w:sz w:val="17"/>
              </w:rPr>
              <w:t>gặp</w:t>
            </w:r>
            <w:proofErr w:type="spellEnd"/>
          </w:p>
        </w:tc>
        <w:tc>
          <w:tcPr>
            <w:tcW w:w="2592" w:type="dxa"/>
          </w:tcPr>
          <w:p w14:paraId="46AA6C58" w14:textId="77777777" w:rsidR="00D25ABA" w:rsidRDefault="00000000">
            <w:r>
              <w:rPr>
                <w:sz w:val="17"/>
              </w:rPr>
              <w:t>Systems Manager</w:t>
            </w:r>
          </w:p>
        </w:tc>
        <w:tc>
          <w:tcPr>
            <w:tcW w:w="6048" w:type="dxa"/>
          </w:tcPr>
          <w:p w14:paraId="130B534C" w14:textId="77777777" w:rsidR="00D25ABA" w:rsidRDefault="00000000">
            <w:r>
              <w:rPr>
                <w:sz w:val="17"/>
              </w:rPr>
              <w:t>Patch Manager, State Manager, Automation, Run Command, OpsCenter, Parameter Store</w:t>
            </w:r>
          </w:p>
        </w:tc>
      </w:tr>
      <w:tr w:rsidR="00D25ABA" w14:paraId="2FA8A4CD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462BA3B8" w14:textId="77777777" w:rsidR="00D25ABA" w:rsidRDefault="00000000">
            <w:r>
              <w:rPr>
                <w:sz w:val="17"/>
              </w:rPr>
              <w:t xml:space="preserve">Hay </w:t>
            </w:r>
            <w:proofErr w:type="spellStart"/>
            <w:r>
              <w:rPr>
                <w:sz w:val="17"/>
              </w:rPr>
              <w:t>gặp</w:t>
            </w:r>
            <w:proofErr w:type="spellEnd"/>
          </w:p>
        </w:tc>
        <w:tc>
          <w:tcPr>
            <w:tcW w:w="2592" w:type="dxa"/>
          </w:tcPr>
          <w:p w14:paraId="1334B525" w14:textId="77777777" w:rsidR="00D25ABA" w:rsidRDefault="00000000">
            <w:r>
              <w:rPr>
                <w:sz w:val="17"/>
              </w:rPr>
              <w:t>Security automation</w:t>
            </w:r>
          </w:p>
        </w:tc>
        <w:tc>
          <w:tcPr>
            <w:tcW w:w="6048" w:type="dxa"/>
          </w:tcPr>
          <w:p w14:paraId="6816041C" w14:textId="77777777" w:rsidR="00D25ABA" w:rsidRDefault="00000000">
            <w:proofErr w:type="spellStart"/>
            <w:r>
              <w:rPr>
                <w:sz w:val="17"/>
              </w:rPr>
              <w:t>GuardDuty</w:t>
            </w:r>
            <w:proofErr w:type="spellEnd"/>
            <w:r>
              <w:rPr>
                <w:sz w:val="17"/>
              </w:rPr>
              <w:t>, Security Hub, Inspector, Macie, Config remediation, KMS</w:t>
            </w:r>
          </w:p>
        </w:tc>
      </w:tr>
      <w:tr w:rsidR="00D25ABA" w14:paraId="54C31853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73C72543" w14:textId="77777777" w:rsidR="00D25ABA" w:rsidRDefault="00000000">
            <w:r>
              <w:rPr>
                <w:sz w:val="17"/>
              </w:rPr>
              <w:t xml:space="preserve">Trung </w:t>
            </w:r>
            <w:proofErr w:type="spellStart"/>
            <w:r>
              <w:rPr>
                <w:sz w:val="17"/>
              </w:rPr>
              <w:t>bình</w:t>
            </w:r>
            <w:proofErr w:type="spellEnd"/>
          </w:p>
        </w:tc>
        <w:tc>
          <w:tcPr>
            <w:tcW w:w="2592" w:type="dxa"/>
          </w:tcPr>
          <w:p w14:paraId="39ED5E8C" w14:textId="77777777" w:rsidR="00D25ABA" w:rsidRDefault="00000000">
            <w:r>
              <w:rPr>
                <w:sz w:val="17"/>
              </w:rPr>
              <w:t>Containers</w:t>
            </w:r>
          </w:p>
        </w:tc>
        <w:tc>
          <w:tcPr>
            <w:tcW w:w="6048" w:type="dxa"/>
          </w:tcPr>
          <w:p w14:paraId="6250E737" w14:textId="77777777" w:rsidR="00D25ABA" w:rsidRDefault="00000000">
            <w:r>
              <w:rPr>
                <w:sz w:val="17"/>
              </w:rPr>
              <w:t>ECS/EKS/Fargate, ECR, autoscaling, deployment troubleshooting</w:t>
            </w:r>
          </w:p>
        </w:tc>
      </w:tr>
      <w:tr w:rsidR="00D25ABA" w14:paraId="2B3D8D0C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5B88FED8" w14:textId="77777777" w:rsidR="00D25ABA" w:rsidRDefault="00000000">
            <w:r>
              <w:rPr>
                <w:sz w:val="17"/>
              </w:rPr>
              <w:t xml:space="preserve">Trung </w:t>
            </w:r>
            <w:proofErr w:type="spellStart"/>
            <w:r>
              <w:rPr>
                <w:sz w:val="17"/>
              </w:rPr>
              <w:t>bình</w:t>
            </w:r>
            <w:proofErr w:type="spellEnd"/>
          </w:p>
        </w:tc>
        <w:tc>
          <w:tcPr>
            <w:tcW w:w="2592" w:type="dxa"/>
          </w:tcPr>
          <w:p w14:paraId="31A58461" w14:textId="77777777" w:rsidR="00D25ABA" w:rsidRDefault="00000000">
            <w:r>
              <w:rPr>
                <w:sz w:val="17"/>
              </w:rPr>
              <w:t>Observability tracing</w:t>
            </w:r>
          </w:p>
        </w:tc>
        <w:tc>
          <w:tcPr>
            <w:tcW w:w="6048" w:type="dxa"/>
          </w:tcPr>
          <w:p w14:paraId="35D443E6" w14:textId="77777777" w:rsidR="00D25ABA" w:rsidRDefault="00000000">
            <w:r>
              <w:rPr>
                <w:sz w:val="17"/>
              </w:rPr>
              <w:t>X-Ray, synthetic canaries, custom metrics, anomaly detection</w:t>
            </w:r>
          </w:p>
        </w:tc>
      </w:tr>
      <w:tr w:rsidR="00D25ABA" w14:paraId="00385A7A" w14:textId="77777777">
        <w:trPr>
          <w:jc w:val="center"/>
        </w:trPr>
        <w:tc>
          <w:tcPr>
            <w:tcW w:w="1872" w:type="dxa"/>
            <w:shd w:val="clear" w:color="auto" w:fill="D9EAF7"/>
          </w:tcPr>
          <w:p w14:paraId="7358CB90" w14:textId="77777777" w:rsidR="00D25ABA" w:rsidRDefault="00000000">
            <w:proofErr w:type="spellStart"/>
            <w:r>
              <w:rPr>
                <w:sz w:val="17"/>
              </w:rPr>
              <w:t>Ít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hơn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nhưng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vẫn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cần</w:t>
            </w:r>
            <w:proofErr w:type="spellEnd"/>
          </w:p>
        </w:tc>
        <w:tc>
          <w:tcPr>
            <w:tcW w:w="2592" w:type="dxa"/>
          </w:tcPr>
          <w:p w14:paraId="30865B15" w14:textId="77777777" w:rsidR="00D25ABA" w:rsidRDefault="00000000">
            <w:r>
              <w:rPr>
                <w:sz w:val="17"/>
              </w:rPr>
              <w:t>Niche services</w:t>
            </w:r>
          </w:p>
        </w:tc>
        <w:tc>
          <w:tcPr>
            <w:tcW w:w="6048" w:type="dxa"/>
          </w:tcPr>
          <w:p w14:paraId="2D611391" w14:textId="77777777" w:rsidR="00D25ABA" w:rsidRDefault="00000000">
            <w:proofErr w:type="spellStart"/>
            <w:r>
              <w:rPr>
                <w:sz w:val="17"/>
              </w:rPr>
              <w:t>AppFlow</w:t>
            </w:r>
            <w:proofErr w:type="spellEnd"/>
            <w:r>
              <w:rPr>
                <w:sz w:val="17"/>
              </w:rPr>
              <w:t xml:space="preserve">, EMR, ROSA, EKS Distro, </w:t>
            </w:r>
            <w:proofErr w:type="spellStart"/>
            <w:r>
              <w:rPr>
                <w:sz w:val="17"/>
              </w:rPr>
              <w:t>FSx</w:t>
            </w:r>
            <w:proofErr w:type="spellEnd"/>
            <w:r>
              <w:rPr>
                <w:sz w:val="17"/>
              </w:rPr>
              <w:t xml:space="preserve"> variants, App2Container, License Manager</w:t>
            </w:r>
          </w:p>
        </w:tc>
      </w:tr>
    </w:tbl>
    <w:p w14:paraId="0CF3A1A9" w14:textId="77777777" w:rsidR="00D25ABA" w:rsidRDefault="00D25ABA"/>
    <w:p w14:paraId="2041531A" w14:textId="77777777" w:rsidR="00222393" w:rsidRDefault="00222393"/>
    <w:p w14:paraId="614FF2CB" w14:textId="77777777" w:rsidR="00222393" w:rsidRDefault="00222393"/>
    <w:p w14:paraId="63516A99" w14:textId="77777777" w:rsidR="00222393" w:rsidRDefault="00222393"/>
    <w:p w14:paraId="780D29C4" w14:textId="77777777" w:rsidR="00222393" w:rsidRDefault="00222393"/>
    <w:p w14:paraId="546BB925" w14:textId="77777777" w:rsidR="00222393" w:rsidRDefault="00222393"/>
    <w:p w14:paraId="04B69945" w14:textId="77777777" w:rsidR="00222393" w:rsidRDefault="00222393"/>
    <w:p w14:paraId="06C84F40" w14:textId="77777777" w:rsidR="00222393" w:rsidRDefault="00222393"/>
    <w:p w14:paraId="681017A7" w14:textId="77777777" w:rsidR="00222393" w:rsidRDefault="00222393"/>
    <w:p w14:paraId="5A93C449" w14:textId="77777777" w:rsidR="00222393" w:rsidRDefault="00222393"/>
    <w:p w14:paraId="7108AC53" w14:textId="77777777" w:rsidR="00222393" w:rsidRDefault="00222393"/>
    <w:p w14:paraId="585F74B4" w14:textId="77777777" w:rsidR="00222393" w:rsidRDefault="00222393"/>
    <w:p w14:paraId="4BFF06E1" w14:textId="77777777" w:rsidR="00222393" w:rsidRDefault="00222393"/>
    <w:p w14:paraId="798D91BB" w14:textId="77777777" w:rsidR="00D25ABA" w:rsidRDefault="00000000">
      <w:pPr>
        <w:pStyle w:val="Heading1"/>
      </w:pPr>
      <w:r>
        <w:lastRenderedPageBreak/>
        <w:t>3. Domain 1 - SDLC Automation (22%)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31B7CAF8" w14:textId="77777777">
        <w:trPr>
          <w:jc w:val="center"/>
        </w:trPr>
        <w:tc>
          <w:tcPr>
            <w:tcW w:w="10166" w:type="dxa"/>
            <w:shd w:val="clear" w:color="auto" w:fill="FCE4D6"/>
          </w:tcPr>
          <w:p w14:paraId="471CAA23" w14:textId="77777777" w:rsidR="00D25ABA" w:rsidRDefault="00000000">
            <w:proofErr w:type="spellStart"/>
            <w:r>
              <w:rPr>
                <w:b/>
                <w:color w:val="C55A11"/>
              </w:rPr>
              <w:t>Mức</w:t>
            </w:r>
            <w:proofErr w:type="spellEnd"/>
            <w:r>
              <w:rPr>
                <w:b/>
                <w:color w:val="C55A11"/>
              </w:rPr>
              <w:t xml:space="preserve"> </w:t>
            </w:r>
            <w:proofErr w:type="spellStart"/>
            <w:r>
              <w:rPr>
                <w:b/>
                <w:color w:val="C55A11"/>
              </w:rPr>
              <w:t>độ</w:t>
            </w:r>
            <w:proofErr w:type="spellEnd"/>
            <w:r>
              <w:rPr>
                <w:b/>
                <w:color w:val="C55A11"/>
              </w:rPr>
              <w:t xml:space="preserve"> </w:t>
            </w:r>
            <w:proofErr w:type="spellStart"/>
            <w:r>
              <w:rPr>
                <w:b/>
                <w:color w:val="C55A11"/>
              </w:rPr>
              <w:t>xuất</w:t>
            </w:r>
            <w:proofErr w:type="spellEnd"/>
            <w:r>
              <w:rPr>
                <w:b/>
                <w:color w:val="C55A11"/>
              </w:rPr>
              <w:t xml:space="preserve"> </w:t>
            </w:r>
            <w:proofErr w:type="spellStart"/>
            <w:r>
              <w:rPr>
                <w:b/>
                <w:color w:val="C55A11"/>
              </w:rPr>
              <w:t>hiện</w:t>
            </w:r>
            <w:proofErr w:type="spellEnd"/>
            <w:r>
              <w:br/>
              <w:t xml:space="preserve">Domain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 </w:t>
            </w:r>
            <w:proofErr w:type="spellStart"/>
            <w:r>
              <w:t>nhất</w:t>
            </w:r>
            <w:proofErr w:type="spellEnd"/>
            <w:r>
              <w:t xml:space="preserve">. </w:t>
            </w:r>
            <w:proofErr w:type="spellStart"/>
            <w:r>
              <w:t>Cần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</w:t>
            </w:r>
            <w:proofErr w:type="spellStart"/>
            <w:r>
              <w:t>sâu</w:t>
            </w:r>
            <w:proofErr w:type="spellEnd"/>
            <w:r>
              <w:t xml:space="preserve"> </w:t>
            </w:r>
            <w:proofErr w:type="spellStart"/>
            <w:r>
              <w:t>luồng</w:t>
            </w:r>
            <w:proofErr w:type="spellEnd"/>
            <w:r>
              <w:t xml:space="preserve"> CI/CD, </w:t>
            </w:r>
            <w:proofErr w:type="spellStart"/>
            <w:r>
              <w:t>kiểm</w:t>
            </w:r>
            <w:proofErr w:type="spellEnd"/>
            <w:r>
              <w:t xml:space="preserve"> </w:t>
            </w:r>
            <w:proofErr w:type="spellStart"/>
            <w:r>
              <w:t>thử</w:t>
            </w:r>
            <w:proofErr w:type="spellEnd"/>
            <w:r>
              <w:t xml:space="preserve"> 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động</w:t>
            </w:r>
            <w:proofErr w:type="spellEnd"/>
            <w:r>
              <w:t xml:space="preserve">, </w:t>
            </w:r>
            <w:proofErr w:type="spellStart"/>
            <w:r>
              <w:t>quản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artifact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chiến</w:t>
            </w:r>
            <w:proofErr w:type="spellEnd"/>
            <w:r>
              <w:t xml:space="preserve"> </w:t>
            </w:r>
            <w:proofErr w:type="spellStart"/>
            <w:r>
              <w:t>lược</w:t>
            </w:r>
            <w:proofErr w:type="spellEnd"/>
            <w:r>
              <w:t xml:space="preserve">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khai</w:t>
            </w:r>
            <w:proofErr w:type="spellEnd"/>
            <w:r>
              <w:t xml:space="preserve"> </w:t>
            </w:r>
            <w:proofErr w:type="spellStart"/>
            <w:r>
              <w:t>trên</w:t>
            </w:r>
            <w:proofErr w:type="spellEnd"/>
            <w:r>
              <w:t xml:space="preserve"> EC2, container </w:t>
            </w:r>
            <w:proofErr w:type="spellStart"/>
            <w:r>
              <w:t>và</w:t>
            </w:r>
            <w:proofErr w:type="spellEnd"/>
            <w:r>
              <w:t xml:space="preserve"> serverless.</w:t>
            </w:r>
          </w:p>
        </w:tc>
      </w:tr>
    </w:tbl>
    <w:p w14:paraId="72F26628" w14:textId="77777777" w:rsidR="00D25ABA" w:rsidRDefault="00D25ABA"/>
    <w:p w14:paraId="5845F31B" w14:textId="77777777" w:rsidR="00D25ABA" w:rsidRDefault="00000000">
      <w:pPr>
        <w:pStyle w:val="Heading2"/>
      </w:pPr>
      <w:r>
        <w:t>3.1 CI/CD pipeline</w:t>
      </w:r>
    </w:p>
    <w:p w14:paraId="0E8C4647" w14:textId="77777777" w:rsidR="00D25ABA" w:rsidRDefault="00000000">
      <w:pPr>
        <w:pStyle w:val="ListBullet"/>
      </w:pPr>
      <w:proofErr w:type="spellStart"/>
      <w:r>
        <w:t>CodePipeline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stage; </w:t>
      </w:r>
      <w:proofErr w:type="spellStart"/>
      <w:r>
        <w:t>CodeBuild</w:t>
      </w:r>
      <w:proofErr w:type="spellEnd"/>
      <w:r>
        <w:t xml:space="preserve"> build/test; </w:t>
      </w:r>
      <w:proofErr w:type="spellStart"/>
      <w:r>
        <w:t>CodeDeploy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>; ECR/</w:t>
      </w:r>
      <w:proofErr w:type="spellStart"/>
      <w:r>
        <w:t>CodeArtifact</w:t>
      </w:r>
      <w:proofErr w:type="spellEnd"/>
      <w:r>
        <w:t xml:space="preserve">/S3 </w:t>
      </w:r>
      <w:proofErr w:type="spellStart"/>
      <w:r>
        <w:t>lưu</w:t>
      </w:r>
      <w:proofErr w:type="spellEnd"/>
      <w:r>
        <w:t xml:space="preserve"> artifact; </w:t>
      </w:r>
      <w:proofErr w:type="spellStart"/>
      <w:r>
        <w:t>EventBridge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kích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pipeline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>.</w:t>
      </w:r>
    </w:p>
    <w:p w14:paraId="3670C1BF" w14:textId="77777777" w:rsidR="00D25ABA" w:rsidRDefault="00000000">
      <w:pPr>
        <w:pStyle w:val="ListBullet"/>
      </w:pPr>
      <w:r>
        <w:t xml:space="preserve">Cross-account deployment: artifact store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S3 + KMS key policy; pipeline role ở account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assume deployment role </w:t>
      </w:r>
      <w:proofErr w:type="spellStart"/>
      <w:r>
        <w:t>tại</w:t>
      </w:r>
      <w:proofErr w:type="spellEnd"/>
      <w:r>
        <w:t xml:space="preserve"> target account.</w:t>
      </w:r>
    </w:p>
    <w:p w14:paraId="1EC59FD2" w14:textId="77777777" w:rsidR="00D25ABA" w:rsidRDefault="00000000">
      <w:pPr>
        <w:pStyle w:val="ListBullet"/>
      </w:pPr>
      <w:proofErr w:type="spellStart"/>
      <w:r>
        <w:t>Không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secret qua environment variable </w:t>
      </w:r>
      <w:proofErr w:type="spellStart"/>
      <w:r>
        <w:t>dạng</w:t>
      </w:r>
      <w:proofErr w:type="spellEnd"/>
      <w:r>
        <w:t xml:space="preserve"> plaintext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buildspec</w:t>
      </w:r>
      <w:proofErr w:type="spellEnd"/>
      <w:r>
        <w:t xml:space="preserve">. </w:t>
      </w:r>
      <w:proofErr w:type="spellStart"/>
      <w:r>
        <w:t>Dùng</w:t>
      </w:r>
      <w:proofErr w:type="spellEnd"/>
      <w:r>
        <w:t xml:space="preserve"> Secrets Manager </w:t>
      </w:r>
      <w:proofErr w:type="spellStart"/>
      <w:r>
        <w:t>hoặc</w:t>
      </w:r>
      <w:proofErr w:type="spellEnd"/>
      <w:r>
        <w:t xml:space="preserve"> SSM Parameter Store </w:t>
      </w:r>
      <w:proofErr w:type="spellStart"/>
      <w:r>
        <w:t>SecureString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IAM role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thiểu</w:t>
      </w:r>
      <w:proofErr w:type="spellEnd"/>
      <w:r>
        <w:t>.</w:t>
      </w:r>
    </w:p>
    <w:p w14:paraId="1E90F031" w14:textId="77777777" w:rsidR="00D25ABA" w:rsidRDefault="00000000">
      <w:pPr>
        <w:pStyle w:val="ListBullet"/>
      </w:pPr>
      <w:r>
        <w:t xml:space="preserve">Approval gate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production; test </w:t>
      </w:r>
      <w:proofErr w:type="spellStart"/>
      <w:r>
        <w:t>và</w:t>
      </w:r>
      <w:proofErr w:type="spellEnd"/>
      <w:r>
        <w:t xml:space="preserve"> security scan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sớm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pipeline.</w:t>
      </w:r>
    </w:p>
    <w:p w14:paraId="395B446B" w14:textId="77777777" w:rsidR="00D25ABA" w:rsidRDefault="00000000">
      <w:pPr>
        <w:pStyle w:val="ListBullet"/>
      </w:pPr>
      <w:r>
        <w:t xml:space="preserve">Artifact </w:t>
      </w:r>
      <w:proofErr w:type="spellStart"/>
      <w:r>
        <w:t>phải</w:t>
      </w:r>
      <w:proofErr w:type="spellEnd"/>
      <w:r>
        <w:t xml:space="preserve"> immutable/versioned, </w:t>
      </w:r>
      <w:proofErr w:type="spellStart"/>
      <w:r>
        <w:t>có</w:t>
      </w:r>
      <w:proofErr w:type="spellEnd"/>
      <w:r>
        <w:t xml:space="preserve"> checksum, encryption, retention/lifecycle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truy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biệt</w:t>
      </w:r>
      <w:proofErr w:type="spellEnd"/>
      <w:r>
        <w:t>.</w:t>
      </w:r>
    </w:p>
    <w:p w14:paraId="7D5C94AF" w14:textId="77777777" w:rsidR="00D25ABA" w:rsidRDefault="00000000">
      <w:pPr>
        <w:pStyle w:val="Heading2"/>
      </w:pPr>
      <w:r>
        <w:t xml:space="preserve">3.2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pipeline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3456"/>
        <w:gridCol w:w="4608"/>
      </w:tblGrid>
      <w:tr w:rsidR="00D25ABA" w14:paraId="369E465D" w14:textId="77777777">
        <w:trPr>
          <w:tblHeader/>
          <w:jc w:val="center"/>
        </w:trPr>
        <w:tc>
          <w:tcPr>
            <w:tcW w:w="2304" w:type="dxa"/>
            <w:shd w:val="clear" w:color="auto" w:fill="1F4E78"/>
            <w:vAlign w:val="center"/>
          </w:tcPr>
          <w:p w14:paraId="63C0F947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Loại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kiểm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thử</w:t>
            </w:r>
            <w:proofErr w:type="spellEnd"/>
          </w:p>
        </w:tc>
        <w:tc>
          <w:tcPr>
            <w:tcW w:w="3456" w:type="dxa"/>
            <w:shd w:val="clear" w:color="auto" w:fill="1F4E78"/>
            <w:vAlign w:val="center"/>
          </w:tcPr>
          <w:p w14:paraId="7D2814CC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Vị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trí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hợp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lý</w:t>
            </w:r>
            <w:proofErr w:type="spellEnd"/>
          </w:p>
        </w:tc>
        <w:tc>
          <w:tcPr>
            <w:tcW w:w="4608" w:type="dxa"/>
            <w:shd w:val="clear" w:color="auto" w:fill="1F4E78"/>
            <w:vAlign w:val="center"/>
          </w:tcPr>
          <w:p w14:paraId="05B2C78E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Mục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tiêu</w:t>
            </w:r>
            <w:proofErr w:type="spellEnd"/>
          </w:p>
        </w:tc>
      </w:tr>
      <w:tr w:rsidR="00D25ABA" w14:paraId="4A422F1B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70FE24F7" w14:textId="77777777" w:rsidR="00D25ABA" w:rsidRDefault="00000000">
            <w:r>
              <w:rPr>
                <w:sz w:val="17"/>
              </w:rPr>
              <w:t>Unit test</w:t>
            </w:r>
          </w:p>
        </w:tc>
        <w:tc>
          <w:tcPr>
            <w:tcW w:w="3456" w:type="dxa"/>
          </w:tcPr>
          <w:p w14:paraId="60DD06FF" w14:textId="77777777" w:rsidR="00D25ABA" w:rsidRDefault="00000000">
            <w:r>
              <w:rPr>
                <w:sz w:val="17"/>
              </w:rPr>
              <w:t xml:space="preserve">Ngay </w:t>
            </w:r>
            <w:proofErr w:type="spellStart"/>
            <w:r>
              <w:rPr>
                <w:sz w:val="17"/>
              </w:rPr>
              <w:t>sau</w:t>
            </w:r>
            <w:proofErr w:type="spellEnd"/>
            <w:r>
              <w:rPr>
                <w:sz w:val="17"/>
              </w:rPr>
              <w:t xml:space="preserve"> build</w:t>
            </w:r>
          </w:p>
        </w:tc>
        <w:tc>
          <w:tcPr>
            <w:tcW w:w="4608" w:type="dxa"/>
          </w:tcPr>
          <w:p w14:paraId="1A625ACD" w14:textId="77777777" w:rsidR="00D25ABA" w:rsidRDefault="00000000">
            <w:proofErr w:type="spellStart"/>
            <w:r>
              <w:rPr>
                <w:sz w:val="17"/>
              </w:rPr>
              <w:t>Phản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hồi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nhanh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cô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lập</w:t>
            </w:r>
            <w:proofErr w:type="spellEnd"/>
            <w:r>
              <w:rPr>
                <w:sz w:val="17"/>
              </w:rPr>
              <w:t xml:space="preserve"> logic</w:t>
            </w:r>
          </w:p>
        </w:tc>
      </w:tr>
      <w:tr w:rsidR="00D25ABA" w14:paraId="481C2E96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68160755" w14:textId="77777777" w:rsidR="00D25ABA" w:rsidRDefault="00000000">
            <w:r>
              <w:rPr>
                <w:sz w:val="17"/>
              </w:rPr>
              <w:t>Static analysis / security scan</w:t>
            </w:r>
          </w:p>
        </w:tc>
        <w:tc>
          <w:tcPr>
            <w:tcW w:w="3456" w:type="dxa"/>
          </w:tcPr>
          <w:p w14:paraId="302430A1" w14:textId="77777777" w:rsidR="00D25ABA" w:rsidRDefault="00000000">
            <w:proofErr w:type="spellStart"/>
            <w:r>
              <w:rPr>
                <w:sz w:val="17"/>
              </w:rPr>
              <w:t>Sớm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trong</w:t>
            </w:r>
            <w:proofErr w:type="spellEnd"/>
            <w:r>
              <w:rPr>
                <w:sz w:val="17"/>
              </w:rPr>
              <w:t xml:space="preserve"> pipeline</w:t>
            </w:r>
          </w:p>
        </w:tc>
        <w:tc>
          <w:tcPr>
            <w:tcW w:w="4608" w:type="dxa"/>
          </w:tcPr>
          <w:p w14:paraId="776A67C7" w14:textId="77777777" w:rsidR="00D25ABA" w:rsidRDefault="00000000">
            <w:proofErr w:type="spellStart"/>
            <w:r>
              <w:rPr>
                <w:sz w:val="17"/>
              </w:rPr>
              <w:t>Phát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hiện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lỗi</w:t>
            </w:r>
            <w:proofErr w:type="spellEnd"/>
            <w:r>
              <w:rPr>
                <w:sz w:val="17"/>
              </w:rPr>
              <w:t xml:space="preserve"> code, dependency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policy</w:t>
            </w:r>
          </w:p>
        </w:tc>
      </w:tr>
      <w:tr w:rsidR="00D25ABA" w14:paraId="0C7EF1C5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7C33FC8B" w14:textId="77777777" w:rsidR="00D25ABA" w:rsidRDefault="00000000">
            <w:r>
              <w:rPr>
                <w:sz w:val="17"/>
              </w:rPr>
              <w:t>Integration test</w:t>
            </w:r>
          </w:p>
        </w:tc>
        <w:tc>
          <w:tcPr>
            <w:tcW w:w="3456" w:type="dxa"/>
          </w:tcPr>
          <w:p w14:paraId="716C4858" w14:textId="77777777" w:rsidR="00D25ABA" w:rsidRDefault="00000000">
            <w:r>
              <w:rPr>
                <w:sz w:val="17"/>
              </w:rPr>
              <w:t xml:space="preserve">Sau </w:t>
            </w:r>
            <w:proofErr w:type="spellStart"/>
            <w:r>
              <w:rPr>
                <w:sz w:val="17"/>
              </w:rPr>
              <w:t>khi</w:t>
            </w:r>
            <w:proofErr w:type="spellEnd"/>
            <w:r>
              <w:rPr>
                <w:sz w:val="17"/>
              </w:rPr>
              <w:t xml:space="preserve"> deploy </w:t>
            </w:r>
            <w:proofErr w:type="spellStart"/>
            <w:r>
              <w:rPr>
                <w:sz w:val="17"/>
              </w:rPr>
              <w:t>môi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trường</w:t>
            </w:r>
            <w:proofErr w:type="spellEnd"/>
            <w:r>
              <w:rPr>
                <w:sz w:val="17"/>
              </w:rPr>
              <w:t xml:space="preserve"> test</w:t>
            </w:r>
          </w:p>
        </w:tc>
        <w:tc>
          <w:tcPr>
            <w:tcW w:w="4608" w:type="dxa"/>
          </w:tcPr>
          <w:p w14:paraId="62204EE1" w14:textId="77777777" w:rsidR="00D25ABA" w:rsidRDefault="00000000">
            <w:proofErr w:type="spellStart"/>
            <w:r>
              <w:rPr>
                <w:sz w:val="17"/>
              </w:rPr>
              <w:t>Kiểm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tương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tác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dịch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vụ</w:t>
            </w:r>
            <w:proofErr w:type="spellEnd"/>
          </w:p>
        </w:tc>
      </w:tr>
      <w:tr w:rsidR="00D25ABA" w14:paraId="05113495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7D0DD8D9" w14:textId="77777777" w:rsidR="00D25ABA" w:rsidRDefault="00000000">
            <w:r>
              <w:rPr>
                <w:sz w:val="17"/>
              </w:rPr>
              <w:t>Acceptance/UI test</w:t>
            </w:r>
          </w:p>
        </w:tc>
        <w:tc>
          <w:tcPr>
            <w:tcW w:w="3456" w:type="dxa"/>
          </w:tcPr>
          <w:p w14:paraId="1744E536" w14:textId="77777777" w:rsidR="00D25ABA" w:rsidRDefault="00000000">
            <w:r>
              <w:rPr>
                <w:sz w:val="17"/>
              </w:rPr>
              <w:t>Staging/pre-production</w:t>
            </w:r>
          </w:p>
        </w:tc>
        <w:tc>
          <w:tcPr>
            <w:tcW w:w="4608" w:type="dxa"/>
          </w:tcPr>
          <w:p w14:paraId="4919FD24" w14:textId="77777777" w:rsidR="00D25ABA" w:rsidRDefault="00000000">
            <w:proofErr w:type="spellStart"/>
            <w:r>
              <w:rPr>
                <w:sz w:val="17"/>
              </w:rPr>
              <w:t>Xác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nhận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hành</w:t>
            </w:r>
            <w:proofErr w:type="spellEnd"/>
            <w:r>
              <w:rPr>
                <w:sz w:val="17"/>
              </w:rPr>
              <w:t xml:space="preserve"> vi </w:t>
            </w:r>
            <w:proofErr w:type="spellStart"/>
            <w:r>
              <w:rPr>
                <w:sz w:val="17"/>
              </w:rPr>
              <w:t>người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dùng</w:t>
            </w:r>
            <w:proofErr w:type="spellEnd"/>
          </w:p>
        </w:tc>
      </w:tr>
      <w:tr w:rsidR="00D25ABA" w14:paraId="0573AE4E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001AFE31" w14:textId="77777777" w:rsidR="00D25ABA" w:rsidRDefault="00000000">
            <w:r>
              <w:rPr>
                <w:sz w:val="17"/>
              </w:rPr>
              <w:t>Load/stress test</w:t>
            </w:r>
          </w:p>
        </w:tc>
        <w:tc>
          <w:tcPr>
            <w:tcW w:w="3456" w:type="dxa"/>
          </w:tcPr>
          <w:p w14:paraId="26964AE9" w14:textId="77777777" w:rsidR="00D25ABA" w:rsidRDefault="00000000">
            <w:proofErr w:type="spellStart"/>
            <w:r>
              <w:rPr>
                <w:sz w:val="17"/>
              </w:rPr>
              <w:t>Môi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trường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gần</w:t>
            </w:r>
            <w:proofErr w:type="spellEnd"/>
            <w:r>
              <w:rPr>
                <w:sz w:val="17"/>
              </w:rPr>
              <w:t xml:space="preserve"> production</w:t>
            </w:r>
          </w:p>
        </w:tc>
        <w:tc>
          <w:tcPr>
            <w:tcW w:w="4608" w:type="dxa"/>
          </w:tcPr>
          <w:p w14:paraId="6EC48D75" w14:textId="77777777" w:rsidR="00D25ABA" w:rsidRDefault="00000000">
            <w:proofErr w:type="spellStart"/>
            <w:r>
              <w:rPr>
                <w:sz w:val="17"/>
              </w:rPr>
              <w:t>Đo</w:t>
            </w:r>
            <w:proofErr w:type="spellEnd"/>
            <w:r>
              <w:rPr>
                <w:sz w:val="17"/>
              </w:rPr>
              <w:t xml:space="preserve"> throughput, latency, </w:t>
            </w:r>
            <w:proofErr w:type="spellStart"/>
            <w:r>
              <w:rPr>
                <w:sz w:val="17"/>
              </w:rPr>
              <w:t>giới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hạn</w:t>
            </w:r>
            <w:proofErr w:type="spellEnd"/>
            <w:r>
              <w:rPr>
                <w:sz w:val="17"/>
              </w:rPr>
              <w:t xml:space="preserve"> scale</w:t>
            </w:r>
          </w:p>
        </w:tc>
      </w:tr>
      <w:tr w:rsidR="00D25ABA" w14:paraId="7B2B61E5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41F28FEC" w14:textId="77777777" w:rsidR="00D25ABA" w:rsidRDefault="00000000">
            <w:r>
              <w:rPr>
                <w:sz w:val="17"/>
              </w:rPr>
              <w:t>Smoke test</w:t>
            </w:r>
          </w:p>
        </w:tc>
        <w:tc>
          <w:tcPr>
            <w:tcW w:w="3456" w:type="dxa"/>
          </w:tcPr>
          <w:p w14:paraId="1188234F" w14:textId="77777777" w:rsidR="00D25ABA" w:rsidRDefault="00000000">
            <w:r>
              <w:rPr>
                <w:sz w:val="17"/>
              </w:rPr>
              <w:t>Sau deployment</w:t>
            </w:r>
          </w:p>
        </w:tc>
        <w:tc>
          <w:tcPr>
            <w:tcW w:w="4608" w:type="dxa"/>
          </w:tcPr>
          <w:p w14:paraId="2EBF479F" w14:textId="77777777" w:rsidR="00D25ABA" w:rsidRDefault="00000000">
            <w:proofErr w:type="spellStart"/>
            <w:r>
              <w:rPr>
                <w:sz w:val="17"/>
              </w:rPr>
              <w:t>Quyết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định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tiếp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tục</w:t>
            </w:r>
            <w:proofErr w:type="spellEnd"/>
            <w:r>
              <w:rPr>
                <w:sz w:val="17"/>
              </w:rPr>
              <w:t xml:space="preserve"> hay rollback</w:t>
            </w:r>
          </w:p>
        </w:tc>
      </w:tr>
    </w:tbl>
    <w:p w14:paraId="4A5784CD" w14:textId="77777777" w:rsidR="00D25ABA" w:rsidRDefault="00D25ABA"/>
    <w:p w14:paraId="1A8E9AFF" w14:textId="77777777" w:rsidR="00D25ABA" w:rsidRDefault="00000000">
      <w:pPr>
        <w:pStyle w:val="Heading2"/>
      </w:pPr>
      <w:r>
        <w:t>3.3 Artifact management</w:t>
      </w:r>
    </w:p>
    <w:p w14:paraId="6BDCD90A" w14:textId="77777777" w:rsidR="00D25ABA" w:rsidRDefault="00000000">
      <w:pPr>
        <w:pStyle w:val="ListBullet"/>
      </w:pPr>
      <w:proofErr w:type="spellStart"/>
      <w:r>
        <w:t>CodeArtifact</w:t>
      </w:r>
      <w:proofErr w:type="spellEnd"/>
      <w:r>
        <w:t xml:space="preserve">: package repository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npm</w:t>
      </w:r>
      <w:proofErr w:type="spellEnd"/>
      <w:r>
        <w:t xml:space="preserve">, Maven, </w:t>
      </w:r>
      <w:proofErr w:type="spellStart"/>
      <w:r>
        <w:t>PyPI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package manager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thích</w:t>
      </w:r>
      <w:proofErr w:type="spellEnd"/>
      <w:r>
        <w:t>.</w:t>
      </w:r>
    </w:p>
    <w:p w14:paraId="127F3B83" w14:textId="77777777" w:rsidR="00D25ABA" w:rsidRDefault="00000000">
      <w:pPr>
        <w:pStyle w:val="ListBullet"/>
      </w:pPr>
      <w:r>
        <w:t xml:space="preserve">ECR: container image; </w:t>
      </w:r>
      <w:proofErr w:type="spellStart"/>
      <w:r>
        <w:t>cần</w:t>
      </w:r>
      <w:proofErr w:type="spellEnd"/>
      <w:r>
        <w:t xml:space="preserve"> lifecycle policy, scan, image tag immutability </w:t>
      </w:r>
      <w:proofErr w:type="spellStart"/>
      <w:r>
        <w:t>và</w:t>
      </w:r>
      <w:proofErr w:type="spellEnd"/>
      <w:r>
        <w:t xml:space="preserve"> replication </w:t>
      </w:r>
      <w:proofErr w:type="spellStart"/>
      <w:r>
        <w:t>khi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>.</w:t>
      </w:r>
    </w:p>
    <w:p w14:paraId="361AD334" w14:textId="77777777" w:rsidR="00D25ABA" w:rsidRDefault="00000000">
      <w:pPr>
        <w:pStyle w:val="ListBullet"/>
      </w:pPr>
      <w:r>
        <w:t xml:space="preserve">S3: generic build artifact; </w:t>
      </w:r>
      <w:proofErr w:type="spellStart"/>
      <w:r>
        <w:t>nên</w:t>
      </w:r>
      <w:proofErr w:type="spellEnd"/>
      <w:r>
        <w:t xml:space="preserve"> versioning, encryption, bucket policy </w:t>
      </w:r>
      <w:proofErr w:type="spellStart"/>
      <w:r>
        <w:t>và</w:t>
      </w:r>
      <w:proofErr w:type="spellEnd"/>
      <w:r>
        <w:t xml:space="preserve"> lifecycle.</w:t>
      </w:r>
    </w:p>
    <w:p w14:paraId="6B35CBD6" w14:textId="47171B96" w:rsidR="007737B9" w:rsidRDefault="00000000" w:rsidP="00D3763B">
      <w:pPr>
        <w:pStyle w:val="ListBullet"/>
      </w:pPr>
      <w:r>
        <w:t xml:space="preserve">EC2 Image Builder: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xây</w:t>
      </w:r>
      <w:proofErr w:type="spellEnd"/>
      <w:r>
        <w:t xml:space="preserve">,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AMI/container image;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immutable infrastructure</w:t>
      </w:r>
    </w:p>
    <w:p w14:paraId="3832BFCE" w14:textId="77777777" w:rsidR="00D3763B" w:rsidRDefault="00D3763B" w:rsidP="00D3763B">
      <w:pPr>
        <w:pStyle w:val="ListBullet"/>
        <w:numPr>
          <w:ilvl w:val="0"/>
          <w:numId w:val="0"/>
        </w:numPr>
        <w:ind w:left="360"/>
      </w:pPr>
    </w:p>
    <w:p w14:paraId="34D79923" w14:textId="77777777" w:rsidR="00D25ABA" w:rsidRDefault="00000000">
      <w:pPr>
        <w:pStyle w:val="Heading2"/>
      </w:pPr>
      <w:r>
        <w:t xml:space="preserve">3.4 Deployment strategies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thuộc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2880"/>
        <w:gridCol w:w="2880"/>
        <w:gridCol w:w="2880"/>
      </w:tblGrid>
      <w:tr w:rsidR="00D25ABA" w14:paraId="0881F445" w14:textId="77777777">
        <w:trPr>
          <w:tblHeader/>
          <w:jc w:val="center"/>
        </w:trPr>
        <w:tc>
          <w:tcPr>
            <w:tcW w:w="1728" w:type="dxa"/>
            <w:shd w:val="clear" w:color="auto" w:fill="1F4E78"/>
            <w:vAlign w:val="center"/>
          </w:tcPr>
          <w:p w14:paraId="4E1AA0E4" w14:textId="77777777" w:rsidR="00D25ABA" w:rsidRDefault="00000000">
            <w:proofErr w:type="spellStart"/>
            <w:r>
              <w:rPr>
                <w:b/>
                <w:color w:val="FFFFFF"/>
                <w:sz w:val="16"/>
              </w:rPr>
              <w:t>Chiến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lược</w:t>
            </w:r>
            <w:proofErr w:type="spellEnd"/>
          </w:p>
        </w:tc>
        <w:tc>
          <w:tcPr>
            <w:tcW w:w="2880" w:type="dxa"/>
            <w:shd w:val="clear" w:color="auto" w:fill="1F4E78"/>
            <w:vAlign w:val="center"/>
          </w:tcPr>
          <w:p w14:paraId="6E9B281D" w14:textId="77777777" w:rsidR="00D25ABA" w:rsidRDefault="00000000">
            <w:proofErr w:type="spellStart"/>
            <w:r>
              <w:rPr>
                <w:b/>
                <w:color w:val="FFFFFF"/>
                <w:sz w:val="16"/>
              </w:rPr>
              <w:t>Ưu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điểm</w:t>
            </w:r>
            <w:proofErr w:type="spellEnd"/>
          </w:p>
        </w:tc>
        <w:tc>
          <w:tcPr>
            <w:tcW w:w="2880" w:type="dxa"/>
            <w:shd w:val="clear" w:color="auto" w:fill="1F4E78"/>
            <w:vAlign w:val="center"/>
          </w:tcPr>
          <w:p w14:paraId="515EBFD8" w14:textId="77777777" w:rsidR="00D25ABA" w:rsidRDefault="00000000">
            <w:proofErr w:type="spellStart"/>
            <w:r>
              <w:rPr>
                <w:b/>
                <w:color w:val="FFFFFF"/>
                <w:sz w:val="16"/>
              </w:rPr>
              <w:t>Nhược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điểm</w:t>
            </w:r>
            <w:proofErr w:type="spellEnd"/>
            <w:r>
              <w:rPr>
                <w:b/>
                <w:color w:val="FFFFFF"/>
                <w:sz w:val="16"/>
              </w:rPr>
              <w:t xml:space="preserve"> / </w:t>
            </w:r>
            <w:proofErr w:type="spellStart"/>
            <w:r>
              <w:rPr>
                <w:b/>
                <w:color w:val="FFFFFF"/>
                <w:sz w:val="16"/>
              </w:rPr>
              <w:t>khi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tránh</w:t>
            </w:r>
            <w:proofErr w:type="spellEnd"/>
          </w:p>
        </w:tc>
        <w:tc>
          <w:tcPr>
            <w:tcW w:w="2880" w:type="dxa"/>
            <w:shd w:val="clear" w:color="auto" w:fill="1F4E78"/>
            <w:vAlign w:val="center"/>
          </w:tcPr>
          <w:p w14:paraId="3AF29D1B" w14:textId="77777777" w:rsidR="00D25ABA" w:rsidRDefault="00000000">
            <w:proofErr w:type="spellStart"/>
            <w:r>
              <w:rPr>
                <w:b/>
                <w:color w:val="FFFFFF"/>
                <w:sz w:val="16"/>
              </w:rPr>
              <w:t>Dấu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hiệu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trong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đề</w:t>
            </w:r>
            <w:proofErr w:type="spellEnd"/>
          </w:p>
        </w:tc>
      </w:tr>
      <w:tr w:rsidR="00D25ABA" w14:paraId="39B166D1" w14:textId="77777777">
        <w:trPr>
          <w:jc w:val="center"/>
        </w:trPr>
        <w:tc>
          <w:tcPr>
            <w:tcW w:w="1728" w:type="dxa"/>
            <w:shd w:val="clear" w:color="auto" w:fill="D9EAF7"/>
          </w:tcPr>
          <w:p w14:paraId="7C84BE46" w14:textId="77777777" w:rsidR="00D25ABA" w:rsidRDefault="00000000">
            <w:r>
              <w:rPr>
                <w:sz w:val="16"/>
              </w:rPr>
              <w:t>All-at-once</w:t>
            </w:r>
          </w:p>
        </w:tc>
        <w:tc>
          <w:tcPr>
            <w:tcW w:w="2880" w:type="dxa"/>
          </w:tcPr>
          <w:p w14:paraId="0B848103" w14:textId="77777777" w:rsidR="00D25ABA" w:rsidRDefault="00000000">
            <w:r>
              <w:rPr>
                <w:sz w:val="16"/>
              </w:rPr>
              <w:t xml:space="preserve">Nhanh, </w:t>
            </w:r>
            <w:proofErr w:type="spellStart"/>
            <w:r>
              <w:rPr>
                <w:sz w:val="16"/>
              </w:rPr>
              <w:t>đơn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giản</w:t>
            </w:r>
            <w:proofErr w:type="spellEnd"/>
          </w:p>
        </w:tc>
        <w:tc>
          <w:tcPr>
            <w:tcW w:w="2880" w:type="dxa"/>
          </w:tcPr>
          <w:p w14:paraId="7556140C" w14:textId="77777777" w:rsidR="00D25ABA" w:rsidRDefault="00000000">
            <w:r>
              <w:rPr>
                <w:sz w:val="16"/>
              </w:rPr>
              <w:t>Downtime/</w:t>
            </w:r>
            <w:proofErr w:type="spellStart"/>
            <w:r>
              <w:rPr>
                <w:sz w:val="16"/>
              </w:rPr>
              <w:t>rủi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</w:p>
        </w:tc>
        <w:tc>
          <w:tcPr>
            <w:tcW w:w="2880" w:type="dxa"/>
          </w:tcPr>
          <w:p w14:paraId="024C06E6" w14:textId="77777777" w:rsidR="00D25ABA" w:rsidRDefault="00000000">
            <w:r>
              <w:rPr>
                <w:sz w:val="16"/>
              </w:rPr>
              <w:t xml:space="preserve">Dev/test, workload </w:t>
            </w:r>
            <w:proofErr w:type="spellStart"/>
            <w:r>
              <w:rPr>
                <w:sz w:val="16"/>
              </w:rPr>
              <w:t>chịu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gián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đoạn</w:t>
            </w:r>
            <w:proofErr w:type="spellEnd"/>
          </w:p>
        </w:tc>
      </w:tr>
      <w:tr w:rsidR="00D25ABA" w14:paraId="0D618673" w14:textId="77777777">
        <w:trPr>
          <w:jc w:val="center"/>
        </w:trPr>
        <w:tc>
          <w:tcPr>
            <w:tcW w:w="1728" w:type="dxa"/>
            <w:shd w:val="clear" w:color="auto" w:fill="D9EAF7"/>
          </w:tcPr>
          <w:p w14:paraId="65C241C8" w14:textId="77777777" w:rsidR="00D25ABA" w:rsidRDefault="00000000">
            <w:r>
              <w:rPr>
                <w:sz w:val="16"/>
              </w:rPr>
              <w:t>Rolling</w:t>
            </w:r>
          </w:p>
        </w:tc>
        <w:tc>
          <w:tcPr>
            <w:tcW w:w="2880" w:type="dxa"/>
          </w:tcPr>
          <w:p w14:paraId="68628F0A" w14:textId="77777777" w:rsidR="00D25ABA" w:rsidRDefault="00000000">
            <w:proofErr w:type="spellStart"/>
            <w:r>
              <w:rPr>
                <w:sz w:val="16"/>
              </w:rPr>
              <w:t>Không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thay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toàn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cùng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lúc</w:t>
            </w:r>
            <w:proofErr w:type="spellEnd"/>
          </w:p>
        </w:tc>
        <w:tc>
          <w:tcPr>
            <w:tcW w:w="2880" w:type="dxa"/>
          </w:tcPr>
          <w:p w14:paraId="2816565D" w14:textId="77777777" w:rsidR="00D25ABA" w:rsidRDefault="00000000">
            <w:proofErr w:type="spellStart"/>
            <w:r>
              <w:rPr>
                <w:sz w:val="16"/>
              </w:rPr>
              <w:t>Có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thời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gian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chạy</w:t>
            </w:r>
            <w:proofErr w:type="spellEnd"/>
            <w:r>
              <w:rPr>
                <w:sz w:val="16"/>
              </w:rPr>
              <w:t xml:space="preserve"> mixed versions</w:t>
            </w:r>
          </w:p>
        </w:tc>
        <w:tc>
          <w:tcPr>
            <w:tcW w:w="2880" w:type="dxa"/>
          </w:tcPr>
          <w:p w14:paraId="7BFBFE8E" w14:textId="77777777" w:rsidR="00D25ABA" w:rsidRDefault="00000000">
            <w:proofErr w:type="spellStart"/>
            <w:r>
              <w:rPr>
                <w:sz w:val="16"/>
              </w:rPr>
              <w:t>Cần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giảm</w:t>
            </w:r>
            <w:proofErr w:type="spellEnd"/>
            <w:r>
              <w:rPr>
                <w:sz w:val="16"/>
              </w:rPr>
              <w:t xml:space="preserve"> downtime </w:t>
            </w:r>
            <w:proofErr w:type="spellStart"/>
            <w:r>
              <w:rPr>
                <w:sz w:val="16"/>
              </w:rPr>
              <w:t>nhưng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chấp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nhận</w:t>
            </w:r>
            <w:proofErr w:type="spellEnd"/>
            <w:r>
              <w:rPr>
                <w:sz w:val="16"/>
              </w:rPr>
              <w:t xml:space="preserve"> capacity </w:t>
            </w:r>
            <w:proofErr w:type="spellStart"/>
            <w:r>
              <w:rPr>
                <w:sz w:val="16"/>
              </w:rPr>
              <w:t>giảm</w:t>
            </w:r>
            <w:proofErr w:type="spellEnd"/>
          </w:p>
        </w:tc>
      </w:tr>
      <w:tr w:rsidR="00D25ABA" w14:paraId="5D93CB8C" w14:textId="77777777">
        <w:trPr>
          <w:jc w:val="center"/>
        </w:trPr>
        <w:tc>
          <w:tcPr>
            <w:tcW w:w="1728" w:type="dxa"/>
            <w:shd w:val="clear" w:color="auto" w:fill="D9EAF7"/>
          </w:tcPr>
          <w:p w14:paraId="716F9CCD" w14:textId="77777777" w:rsidR="00D25ABA" w:rsidRDefault="00000000">
            <w:r>
              <w:rPr>
                <w:sz w:val="16"/>
              </w:rPr>
              <w:t>Rolling with extra batch</w:t>
            </w:r>
          </w:p>
        </w:tc>
        <w:tc>
          <w:tcPr>
            <w:tcW w:w="2880" w:type="dxa"/>
          </w:tcPr>
          <w:p w14:paraId="61DF590F" w14:textId="77777777" w:rsidR="00D25ABA" w:rsidRDefault="00000000">
            <w:proofErr w:type="spellStart"/>
            <w:r>
              <w:rPr>
                <w:sz w:val="16"/>
              </w:rPr>
              <w:t>Giữ</w:t>
            </w:r>
            <w:proofErr w:type="spellEnd"/>
            <w:r>
              <w:rPr>
                <w:sz w:val="16"/>
              </w:rPr>
              <w:t xml:space="preserve"> capacity </w:t>
            </w:r>
            <w:proofErr w:type="spellStart"/>
            <w:r>
              <w:rPr>
                <w:sz w:val="16"/>
              </w:rPr>
              <w:t>tốt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hơn</w:t>
            </w:r>
            <w:proofErr w:type="spellEnd"/>
          </w:p>
        </w:tc>
        <w:tc>
          <w:tcPr>
            <w:tcW w:w="2880" w:type="dxa"/>
          </w:tcPr>
          <w:p w14:paraId="50688690" w14:textId="77777777" w:rsidR="00D25ABA" w:rsidRDefault="00000000">
            <w:proofErr w:type="spellStart"/>
            <w:r>
              <w:rPr>
                <w:sz w:val="16"/>
              </w:rPr>
              <w:t>Tốn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thêm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tài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nguyên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tạm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thời</w:t>
            </w:r>
            <w:proofErr w:type="spellEnd"/>
          </w:p>
        </w:tc>
        <w:tc>
          <w:tcPr>
            <w:tcW w:w="2880" w:type="dxa"/>
          </w:tcPr>
          <w:p w14:paraId="54FF34A7" w14:textId="77777777" w:rsidR="00D25ABA" w:rsidRDefault="00000000">
            <w:r>
              <w:rPr>
                <w:sz w:val="16"/>
              </w:rPr>
              <w:t>ASG/Elastic Beanstalk</w:t>
            </w:r>
          </w:p>
        </w:tc>
      </w:tr>
      <w:tr w:rsidR="00D25ABA" w14:paraId="2B60EA90" w14:textId="77777777">
        <w:trPr>
          <w:jc w:val="center"/>
        </w:trPr>
        <w:tc>
          <w:tcPr>
            <w:tcW w:w="1728" w:type="dxa"/>
            <w:shd w:val="clear" w:color="auto" w:fill="D9EAF7"/>
          </w:tcPr>
          <w:p w14:paraId="09F4B4BF" w14:textId="77777777" w:rsidR="00D25ABA" w:rsidRDefault="00000000">
            <w:r>
              <w:rPr>
                <w:sz w:val="16"/>
              </w:rPr>
              <w:t>Immutable</w:t>
            </w:r>
          </w:p>
        </w:tc>
        <w:tc>
          <w:tcPr>
            <w:tcW w:w="2880" w:type="dxa"/>
          </w:tcPr>
          <w:p w14:paraId="0BC6B2AC" w14:textId="77777777" w:rsidR="00D25ABA" w:rsidRDefault="00000000">
            <w:proofErr w:type="spellStart"/>
            <w:r>
              <w:rPr>
                <w:sz w:val="16"/>
              </w:rPr>
              <w:t>Môi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trường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mới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hoàn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toàn</w:t>
            </w:r>
            <w:proofErr w:type="spellEnd"/>
          </w:p>
        </w:tc>
        <w:tc>
          <w:tcPr>
            <w:tcW w:w="2880" w:type="dxa"/>
          </w:tcPr>
          <w:p w14:paraId="60C11533" w14:textId="77777777" w:rsidR="00D25ABA" w:rsidRDefault="00000000">
            <w:proofErr w:type="spellStart"/>
            <w:r>
              <w:rPr>
                <w:sz w:val="16"/>
              </w:rPr>
              <w:t>Tốn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thời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gian</w:t>
            </w:r>
            <w:proofErr w:type="spellEnd"/>
            <w:r>
              <w:rPr>
                <w:sz w:val="16"/>
              </w:rPr>
              <w:t>/</w:t>
            </w:r>
            <w:proofErr w:type="spellStart"/>
            <w:r>
              <w:rPr>
                <w:sz w:val="16"/>
              </w:rPr>
              <w:t>tài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nguyên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hơn</w:t>
            </w:r>
            <w:proofErr w:type="spellEnd"/>
          </w:p>
        </w:tc>
        <w:tc>
          <w:tcPr>
            <w:tcW w:w="2880" w:type="dxa"/>
          </w:tcPr>
          <w:p w14:paraId="6A571F84" w14:textId="77777777" w:rsidR="00D25ABA" w:rsidRDefault="00000000">
            <w:r>
              <w:rPr>
                <w:sz w:val="16"/>
              </w:rPr>
              <w:t xml:space="preserve">Rollback </w:t>
            </w:r>
            <w:proofErr w:type="spellStart"/>
            <w:r>
              <w:rPr>
                <w:sz w:val="16"/>
              </w:rPr>
              <w:t>sạch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tránh</w:t>
            </w:r>
            <w:proofErr w:type="spellEnd"/>
            <w:r>
              <w:rPr>
                <w:sz w:val="16"/>
              </w:rPr>
              <w:t xml:space="preserve"> configuration drift</w:t>
            </w:r>
          </w:p>
        </w:tc>
      </w:tr>
      <w:tr w:rsidR="00D25ABA" w14:paraId="01D0F8BD" w14:textId="77777777">
        <w:trPr>
          <w:jc w:val="center"/>
        </w:trPr>
        <w:tc>
          <w:tcPr>
            <w:tcW w:w="1728" w:type="dxa"/>
            <w:shd w:val="clear" w:color="auto" w:fill="D9EAF7"/>
          </w:tcPr>
          <w:p w14:paraId="40136776" w14:textId="77777777" w:rsidR="00D25ABA" w:rsidRDefault="00000000">
            <w:r>
              <w:rPr>
                <w:sz w:val="16"/>
              </w:rPr>
              <w:t>Blue/green</w:t>
            </w:r>
          </w:p>
        </w:tc>
        <w:tc>
          <w:tcPr>
            <w:tcW w:w="2880" w:type="dxa"/>
          </w:tcPr>
          <w:p w14:paraId="4374E8D7" w14:textId="77777777" w:rsidR="00D25ABA" w:rsidRDefault="00000000">
            <w:r>
              <w:rPr>
                <w:sz w:val="16"/>
              </w:rPr>
              <w:t xml:space="preserve">Rollback </w:t>
            </w:r>
            <w:proofErr w:type="spellStart"/>
            <w:r>
              <w:rPr>
                <w:sz w:val="16"/>
              </w:rPr>
              <w:t>nhanh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trước</w:t>
            </w:r>
            <w:proofErr w:type="spellEnd"/>
            <w:r>
              <w:rPr>
                <w:sz w:val="16"/>
              </w:rPr>
              <w:t xml:space="preserve"> cutover</w:t>
            </w:r>
          </w:p>
        </w:tc>
        <w:tc>
          <w:tcPr>
            <w:tcW w:w="2880" w:type="dxa"/>
          </w:tcPr>
          <w:p w14:paraId="77156B2D" w14:textId="77777777" w:rsidR="00D25ABA" w:rsidRDefault="00000000">
            <w:r>
              <w:rPr>
                <w:sz w:val="16"/>
              </w:rPr>
              <w:t xml:space="preserve">Chi </w:t>
            </w:r>
            <w:proofErr w:type="spellStart"/>
            <w:r>
              <w:rPr>
                <w:sz w:val="16"/>
              </w:rPr>
              <w:t>phí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môi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trường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kép</w:t>
            </w:r>
            <w:proofErr w:type="spellEnd"/>
          </w:p>
        </w:tc>
        <w:tc>
          <w:tcPr>
            <w:tcW w:w="2880" w:type="dxa"/>
          </w:tcPr>
          <w:p w14:paraId="0BBD8CD8" w14:textId="77777777" w:rsidR="00D25ABA" w:rsidRDefault="00000000">
            <w:r>
              <w:rPr>
                <w:sz w:val="16"/>
              </w:rPr>
              <w:t xml:space="preserve">Production, </w:t>
            </w:r>
            <w:proofErr w:type="spellStart"/>
            <w:r>
              <w:rPr>
                <w:sz w:val="16"/>
              </w:rPr>
              <w:t>giảm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rủi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</w:t>
            </w:r>
            <w:proofErr w:type="spellEnd"/>
          </w:p>
        </w:tc>
      </w:tr>
      <w:tr w:rsidR="00D25ABA" w14:paraId="1EF89502" w14:textId="77777777">
        <w:trPr>
          <w:jc w:val="center"/>
        </w:trPr>
        <w:tc>
          <w:tcPr>
            <w:tcW w:w="1728" w:type="dxa"/>
            <w:shd w:val="clear" w:color="auto" w:fill="D9EAF7"/>
          </w:tcPr>
          <w:p w14:paraId="48E31BF6" w14:textId="77777777" w:rsidR="00D25ABA" w:rsidRDefault="00000000">
            <w:r>
              <w:rPr>
                <w:sz w:val="16"/>
              </w:rPr>
              <w:t>Canary</w:t>
            </w:r>
          </w:p>
        </w:tc>
        <w:tc>
          <w:tcPr>
            <w:tcW w:w="2880" w:type="dxa"/>
          </w:tcPr>
          <w:p w14:paraId="4BB49A24" w14:textId="77777777" w:rsidR="00D25ABA" w:rsidRDefault="00000000">
            <w:proofErr w:type="spellStart"/>
            <w:r>
              <w:rPr>
                <w:sz w:val="16"/>
              </w:rPr>
              <w:t>Giới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hạn</w:t>
            </w:r>
            <w:proofErr w:type="spellEnd"/>
            <w:r>
              <w:rPr>
                <w:sz w:val="16"/>
              </w:rPr>
              <w:t xml:space="preserve"> blast radius</w:t>
            </w:r>
          </w:p>
        </w:tc>
        <w:tc>
          <w:tcPr>
            <w:tcW w:w="2880" w:type="dxa"/>
          </w:tcPr>
          <w:p w14:paraId="6A8A2587" w14:textId="77777777" w:rsidR="00D25ABA" w:rsidRDefault="00000000">
            <w:proofErr w:type="spellStart"/>
            <w:r>
              <w:rPr>
                <w:sz w:val="16"/>
              </w:rPr>
              <w:t>Cần</w:t>
            </w:r>
            <w:proofErr w:type="spellEnd"/>
            <w:r>
              <w:rPr>
                <w:sz w:val="16"/>
              </w:rPr>
              <w:t xml:space="preserve"> observability </w:t>
            </w:r>
            <w:proofErr w:type="spellStart"/>
            <w:r>
              <w:rPr>
                <w:sz w:val="16"/>
              </w:rPr>
              <w:t>tốt</w:t>
            </w:r>
            <w:proofErr w:type="spellEnd"/>
          </w:p>
        </w:tc>
        <w:tc>
          <w:tcPr>
            <w:tcW w:w="2880" w:type="dxa"/>
          </w:tcPr>
          <w:p w14:paraId="50CE8CB3" w14:textId="77777777" w:rsidR="00D25ABA" w:rsidRDefault="00000000">
            <w:proofErr w:type="spellStart"/>
            <w:r>
              <w:rPr>
                <w:sz w:val="16"/>
              </w:rPr>
              <w:t>Chuyển</w:t>
            </w:r>
            <w:proofErr w:type="spellEnd"/>
            <w:r>
              <w:rPr>
                <w:sz w:val="16"/>
              </w:rPr>
              <w:t xml:space="preserve"> 10% </w:t>
            </w:r>
            <w:proofErr w:type="spellStart"/>
            <w:r>
              <w:rPr>
                <w:sz w:val="16"/>
              </w:rPr>
              <w:t>rồi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tăng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dần</w:t>
            </w:r>
            <w:proofErr w:type="spellEnd"/>
          </w:p>
        </w:tc>
      </w:tr>
      <w:tr w:rsidR="00D25ABA" w14:paraId="4390095F" w14:textId="77777777">
        <w:trPr>
          <w:jc w:val="center"/>
        </w:trPr>
        <w:tc>
          <w:tcPr>
            <w:tcW w:w="1728" w:type="dxa"/>
            <w:shd w:val="clear" w:color="auto" w:fill="D9EAF7"/>
          </w:tcPr>
          <w:p w14:paraId="4179295F" w14:textId="77777777" w:rsidR="00D25ABA" w:rsidRDefault="00000000">
            <w:r>
              <w:rPr>
                <w:sz w:val="16"/>
              </w:rPr>
              <w:t>Linear</w:t>
            </w:r>
          </w:p>
        </w:tc>
        <w:tc>
          <w:tcPr>
            <w:tcW w:w="2880" w:type="dxa"/>
          </w:tcPr>
          <w:p w14:paraId="6034EB77" w14:textId="77777777" w:rsidR="00D25ABA" w:rsidRDefault="00000000">
            <w:proofErr w:type="spellStart"/>
            <w:r>
              <w:rPr>
                <w:sz w:val="16"/>
              </w:rPr>
              <w:t>Tăng</w:t>
            </w:r>
            <w:proofErr w:type="spellEnd"/>
            <w:r>
              <w:rPr>
                <w:sz w:val="16"/>
              </w:rPr>
              <w:t xml:space="preserve"> traffic </w:t>
            </w:r>
            <w:proofErr w:type="spellStart"/>
            <w:r>
              <w:rPr>
                <w:sz w:val="16"/>
              </w:rPr>
              <w:t>theo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bước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cố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định</w:t>
            </w:r>
            <w:proofErr w:type="spellEnd"/>
          </w:p>
        </w:tc>
        <w:tc>
          <w:tcPr>
            <w:tcW w:w="2880" w:type="dxa"/>
          </w:tcPr>
          <w:p w14:paraId="693A18C8" w14:textId="77777777" w:rsidR="00D25ABA" w:rsidRDefault="00000000">
            <w:proofErr w:type="spellStart"/>
            <w:r>
              <w:rPr>
                <w:sz w:val="16"/>
              </w:rPr>
              <w:t>Chậm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hơn</w:t>
            </w:r>
            <w:proofErr w:type="spellEnd"/>
            <w:r>
              <w:rPr>
                <w:sz w:val="16"/>
              </w:rPr>
              <w:t xml:space="preserve"> canary </w:t>
            </w:r>
            <w:proofErr w:type="spellStart"/>
            <w:r>
              <w:rPr>
                <w:sz w:val="16"/>
              </w:rPr>
              <w:t>nhanh</w:t>
            </w:r>
            <w:proofErr w:type="spellEnd"/>
          </w:p>
        </w:tc>
        <w:tc>
          <w:tcPr>
            <w:tcW w:w="2880" w:type="dxa"/>
          </w:tcPr>
          <w:p w14:paraId="74D5A7B7" w14:textId="77777777" w:rsidR="00D25ABA" w:rsidRDefault="00000000">
            <w:r>
              <w:rPr>
                <w:sz w:val="16"/>
              </w:rPr>
              <w:t>Lambda/</w:t>
            </w:r>
            <w:proofErr w:type="spellStart"/>
            <w:r>
              <w:rPr>
                <w:sz w:val="16"/>
              </w:rPr>
              <w:t>CodeDeploy</w:t>
            </w:r>
            <w:proofErr w:type="spellEnd"/>
            <w:r>
              <w:rPr>
                <w:sz w:val="16"/>
              </w:rPr>
              <w:t xml:space="preserve"> traffic shifting</w:t>
            </w:r>
          </w:p>
        </w:tc>
      </w:tr>
    </w:tbl>
    <w:p w14:paraId="07C45EF3" w14:textId="77777777" w:rsidR="00D25ABA" w:rsidRDefault="00D25ABA"/>
    <w:p w14:paraId="137B572A" w14:textId="77777777" w:rsidR="00D25ABA" w:rsidRDefault="00000000">
      <w:pPr>
        <w:pStyle w:val="Heading2"/>
      </w:pPr>
      <w:r>
        <w:lastRenderedPageBreak/>
        <w:t xml:space="preserve">3.5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rất</w:t>
      </w:r>
      <w:proofErr w:type="spellEnd"/>
      <w:r>
        <w:t xml:space="preserve"> hay </w:t>
      </w:r>
      <w:proofErr w:type="spellStart"/>
      <w:r>
        <w:t>gặp</w:t>
      </w:r>
      <w:proofErr w:type="spellEnd"/>
    </w:p>
    <w:p w14:paraId="7DCB9349" w14:textId="77777777" w:rsidR="00D25ABA" w:rsidRDefault="00000000">
      <w:pPr>
        <w:pStyle w:val="ListBullet"/>
      </w:pPr>
      <w:r>
        <w:t xml:space="preserve">Pipeline multi-account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KMS/S3 </w:t>
      </w:r>
      <w:proofErr w:type="spellStart"/>
      <w:r>
        <w:t>và</w:t>
      </w:r>
      <w:proofErr w:type="spellEnd"/>
      <w:r>
        <w:t xml:space="preserve"> role assumption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nào</w:t>
      </w:r>
      <w:proofErr w:type="spellEnd"/>
      <w:r>
        <w:t>?</w:t>
      </w:r>
    </w:p>
    <w:p w14:paraId="05DE5E18" w14:textId="77777777" w:rsidR="00D25ABA" w:rsidRDefault="00000000">
      <w:pPr>
        <w:pStyle w:val="ListBullet"/>
      </w:pPr>
      <w:r>
        <w:t xml:space="preserve">Sau </w:t>
      </w:r>
      <w:proofErr w:type="gramStart"/>
      <w:r>
        <w:t>deploy</w:t>
      </w:r>
      <w:proofErr w:type="gramEnd"/>
      <w:r>
        <w:t xml:space="preserve"> </w:t>
      </w:r>
      <w:proofErr w:type="spellStart"/>
      <w:r>
        <w:t>có</w:t>
      </w:r>
      <w:proofErr w:type="spellEnd"/>
      <w:r>
        <w:t xml:space="preserve"> alarm </w:t>
      </w:r>
      <w:proofErr w:type="spellStart"/>
      <w:r>
        <w:t>tăng</w:t>
      </w:r>
      <w:proofErr w:type="spellEnd"/>
      <w:r>
        <w:t xml:space="preserve"> 5xx: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rollback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CodeDeploy</w:t>
      </w:r>
      <w:proofErr w:type="spellEnd"/>
      <w:r>
        <w:t xml:space="preserve">/CloudWatch </w:t>
      </w:r>
      <w:proofErr w:type="spellStart"/>
      <w:r>
        <w:t>ra</w:t>
      </w:r>
      <w:proofErr w:type="spellEnd"/>
      <w:r>
        <w:t xml:space="preserve"> </w:t>
      </w:r>
      <w:proofErr w:type="spellStart"/>
      <w:r>
        <w:t>sao</w:t>
      </w:r>
      <w:proofErr w:type="spellEnd"/>
      <w:r>
        <w:t>?</w:t>
      </w:r>
    </w:p>
    <w:p w14:paraId="3ECC7AE3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zero/minimal downtime </w:t>
      </w:r>
      <w:proofErr w:type="spellStart"/>
      <w:r>
        <w:t>và</w:t>
      </w:r>
      <w:proofErr w:type="spellEnd"/>
      <w:r>
        <w:t xml:space="preserve"> rollback </w:t>
      </w:r>
      <w:proofErr w:type="spellStart"/>
      <w:r>
        <w:t>nhanh</w:t>
      </w:r>
      <w:proofErr w:type="spellEnd"/>
      <w:r>
        <w:t>: blue/green hay immutable?</w:t>
      </w:r>
    </w:p>
    <w:p w14:paraId="45932AD6" w14:textId="77777777" w:rsidR="00D25ABA" w:rsidRDefault="00000000">
      <w:pPr>
        <w:pStyle w:val="ListBullet"/>
      </w:pPr>
      <w:r>
        <w:t xml:space="preserve">Build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secret: Secrets Manager/Parameter Store hay plaintext variable?</w:t>
      </w:r>
    </w:p>
    <w:p w14:paraId="39DF1B73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build AMI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account/Region: EC2 Image Builder.</w:t>
      </w:r>
    </w:p>
    <w:p w14:paraId="3F2CDE19" w14:textId="77777777" w:rsidR="00D25ABA" w:rsidRDefault="00000000">
      <w:pPr>
        <w:pStyle w:val="Heading1"/>
      </w:pPr>
      <w:r>
        <w:t xml:space="preserve">4. Domain 2 - Configuration Management and </w:t>
      </w:r>
      <w:proofErr w:type="spellStart"/>
      <w:r>
        <w:t>IaC</w:t>
      </w:r>
      <w:proofErr w:type="spellEnd"/>
      <w:r>
        <w:t xml:space="preserve"> (17%)</w:t>
      </w:r>
    </w:p>
    <w:p w14:paraId="37513E53" w14:textId="77777777" w:rsidR="00D25ABA" w:rsidRDefault="00000000">
      <w:pPr>
        <w:pStyle w:val="Heading2"/>
      </w:pPr>
      <w:r>
        <w:t xml:space="preserve">4.1 CloudFormation </w:t>
      </w:r>
      <w:proofErr w:type="spellStart"/>
      <w:r>
        <w:t>và</w:t>
      </w:r>
      <w:proofErr w:type="spellEnd"/>
      <w:r>
        <w:t xml:space="preserve"> reusable infrastructure</w:t>
      </w:r>
    </w:p>
    <w:p w14:paraId="42D0B671" w14:textId="77777777" w:rsidR="00D25ABA" w:rsidRDefault="00000000">
      <w:pPr>
        <w:pStyle w:val="ListBullet"/>
      </w:pPr>
      <w:r>
        <w:t xml:space="preserve">Change sets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add/modify/replace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execute.</w:t>
      </w:r>
    </w:p>
    <w:p w14:paraId="5BF3E10B" w14:textId="77777777" w:rsidR="00D25ABA" w:rsidRDefault="00000000">
      <w:pPr>
        <w:pStyle w:val="ListBullet"/>
      </w:pPr>
      <w:r>
        <w:t xml:space="preserve">Drift detection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template; AWS Config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compliance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drift detection.</w:t>
      </w:r>
    </w:p>
    <w:p w14:paraId="360D5497" w14:textId="77777777" w:rsidR="00D25ABA" w:rsidRDefault="00000000">
      <w:pPr>
        <w:pStyle w:val="ListBullet"/>
      </w:pPr>
      <w:proofErr w:type="spellStart"/>
      <w:r>
        <w:t>StackSets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stack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account/Region. Service-managed permissions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Organizations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role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công</w:t>
      </w:r>
      <w:proofErr w:type="spellEnd"/>
      <w:r>
        <w:t>.</w:t>
      </w:r>
    </w:p>
    <w:p w14:paraId="3872E66B" w14:textId="77777777" w:rsidR="00D25ABA" w:rsidRDefault="00000000">
      <w:pPr>
        <w:pStyle w:val="ListBullet"/>
      </w:pPr>
      <w:r>
        <w:t xml:space="preserve">Nested stacks/module/CDK constructs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tái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. Service Catalog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phê</w:t>
      </w:r>
      <w:proofErr w:type="spellEnd"/>
      <w:r>
        <w:t xml:space="preserve"> </w:t>
      </w:r>
      <w:proofErr w:type="spellStart"/>
      <w:r>
        <w:t>duyệt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bộ</w:t>
      </w:r>
      <w:proofErr w:type="spellEnd"/>
      <w:r>
        <w:t>.</w:t>
      </w:r>
    </w:p>
    <w:p w14:paraId="2AFE6E3D" w14:textId="77777777" w:rsidR="00D25ABA" w:rsidRDefault="00000000">
      <w:pPr>
        <w:pStyle w:val="ListBullet"/>
      </w:pPr>
      <w:r>
        <w:t xml:space="preserve">CloudFormation rollback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thái</w:t>
      </w:r>
      <w:proofErr w:type="spellEnd"/>
      <w:r>
        <w:t xml:space="preserve">; retain policy </w:t>
      </w:r>
      <w:proofErr w:type="spellStart"/>
      <w:r>
        <w:t>và</w:t>
      </w:r>
      <w:proofErr w:type="spellEnd"/>
      <w:r>
        <w:t xml:space="preserve"> deletion policy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stateful.</w:t>
      </w:r>
    </w:p>
    <w:p w14:paraId="7DD7EC0E" w14:textId="77777777" w:rsidR="00D25ABA" w:rsidRDefault="00000000">
      <w:pPr>
        <w:pStyle w:val="ListBullet"/>
      </w:pPr>
      <w:r>
        <w:t xml:space="preserve">CloudFormation hooks/guardrails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chặn</w:t>
      </w:r>
      <w:proofErr w:type="spellEnd"/>
      <w:r>
        <w:t xml:space="preserve"> </w:t>
      </w:r>
      <w:proofErr w:type="spellStart"/>
      <w:r>
        <w:t>cấu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provision.</w:t>
      </w:r>
    </w:p>
    <w:p w14:paraId="5F87C361" w14:textId="77777777" w:rsidR="00D25ABA" w:rsidRDefault="00000000">
      <w:pPr>
        <w:pStyle w:val="Heading2"/>
      </w:pPr>
      <w:r>
        <w:t xml:space="preserve">4.2 Configuration management: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nhanh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3456"/>
        <w:gridCol w:w="4320"/>
      </w:tblGrid>
      <w:tr w:rsidR="00D25ABA" w14:paraId="5326E4AA" w14:textId="77777777">
        <w:trPr>
          <w:tblHeader/>
          <w:jc w:val="center"/>
        </w:trPr>
        <w:tc>
          <w:tcPr>
            <w:tcW w:w="2592" w:type="dxa"/>
            <w:shd w:val="clear" w:color="auto" w:fill="1F4E78"/>
            <w:vAlign w:val="center"/>
          </w:tcPr>
          <w:p w14:paraId="765F4876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Dịch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vụ</w:t>
            </w:r>
            <w:proofErr w:type="spellEnd"/>
          </w:p>
        </w:tc>
        <w:tc>
          <w:tcPr>
            <w:tcW w:w="3456" w:type="dxa"/>
            <w:shd w:val="clear" w:color="auto" w:fill="1F4E78"/>
            <w:vAlign w:val="center"/>
          </w:tcPr>
          <w:p w14:paraId="406BCA1B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Chức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năng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chính</w:t>
            </w:r>
            <w:proofErr w:type="spellEnd"/>
          </w:p>
        </w:tc>
        <w:tc>
          <w:tcPr>
            <w:tcW w:w="4320" w:type="dxa"/>
            <w:shd w:val="clear" w:color="auto" w:fill="1F4E78"/>
            <w:vAlign w:val="center"/>
          </w:tcPr>
          <w:p w14:paraId="023555BD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Tình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huống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đề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thi</w:t>
            </w:r>
            <w:proofErr w:type="spellEnd"/>
          </w:p>
        </w:tc>
      </w:tr>
      <w:tr w:rsidR="00D25ABA" w14:paraId="4BAB5087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161F1FA9" w14:textId="77777777" w:rsidR="00D25ABA" w:rsidRDefault="00000000">
            <w:r>
              <w:rPr>
                <w:sz w:val="17"/>
              </w:rPr>
              <w:t>Systems Manager State Manager</w:t>
            </w:r>
          </w:p>
        </w:tc>
        <w:tc>
          <w:tcPr>
            <w:tcW w:w="3456" w:type="dxa"/>
          </w:tcPr>
          <w:p w14:paraId="430E4EF7" w14:textId="77777777" w:rsidR="00D25ABA" w:rsidRDefault="00000000">
            <w:r>
              <w:rPr>
                <w:sz w:val="17"/>
              </w:rPr>
              <w:t xml:space="preserve">Duy </w:t>
            </w:r>
            <w:proofErr w:type="spellStart"/>
            <w:r>
              <w:rPr>
                <w:sz w:val="17"/>
              </w:rPr>
              <w:t>trì</w:t>
            </w:r>
            <w:proofErr w:type="spellEnd"/>
            <w:r>
              <w:rPr>
                <w:sz w:val="17"/>
              </w:rPr>
              <w:t xml:space="preserve"> desired state </w:t>
            </w:r>
            <w:proofErr w:type="spellStart"/>
            <w:r>
              <w:rPr>
                <w:sz w:val="17"/>
              </w:rPr>
              <w:t>trên</w:t>
            </w:r>
            <w:proofErr w:type="spellEnd"/>
            <w:r>
              <w:rPr>
                <w:sz w:val="17"/>
              </w:rPr>
              <w:t xml:space="preserve"> managed nodes</w:t>
            </w:r>
          </w:p>
        </w:tc>
        <w:tc>
          <w:tcPr>
            <w:tcW w:w="4320" w:type="dxa"/>
          </w:tcPr>
          <w:p w14:paraId="16F838E4" w14:textId="77777777" w:rsidR="00D25ABA" w:rsidRDefault="00000000">
            <w:proofErr w:type="spellStart"/>
            <w:r>
              <w:rPr>
                <w:sz w:val="17"/>
              </w:rPr>
              <w:t>Đảm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bảo</w:t>
            </w:r>
            <w:proofErr w:type="spellEnd"/>
            <w:r>
              <w:rPr>
                <w:sz w:val="17"/>
              </w:rPr>
              <w:t xml:space="preserve"> package/config </w:t>
            </w:r>
            <w:proofErr w:type="spellStart"/>
            <w:r>
              <w:rPr>
                <w:sz w:val="17"/>
              </w:rPr>
              <w:t>luôn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đúng</w:t>
            </w:r>
            <w:proofErr w:type="spellEnd"/>
          </w:p>
        </w:tc>
      </w:tr>
      <w:tr w:rsidR="00D25ABA" w14:paraId="1A9B79AE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063D32BF" w14:textId="77777777" w:rsidR="00D25ABA" w:rsidRDefault="00000000">
            <w:r>
              <w:rPr>
                <w:sz w:val="17"/>
              </w:rPr>
              <w:t>Patch Manager</w:t>
            </w:r>
          </w:p>
        </w:tc>
        <w:tc>
          <w:tcPr>
            <w:tcW w:w="3456" w:type="dxa"/>
          </w:tcPr>
          <w:p w14:paraId="74D08BD8" w14:textId="77777777" w:rsidR="00D25ABA" w:rsidRDefault="00000000">
            <w:proofErr w:type="spellStart"/>
            <w:r>
              <w:rPr>
                <w:sz w:val="17"/>
              </w:rPr>
              <w:t>Quét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cài</w:t>
            </w:r>
            <w:proofErr w:type="spellEnd"/>
            <w:r>
              <w:rPr>
                <w:sz w:val="17"/>
              </w:rPr>
              <w:t xml:space="preserve"> patch </w:t>
            </w:r>
            <w:proofErr w:type="spellStart"/>
            <w:r>
              <w:rPr>
                <w:sz w:val="17"/>
              </w:rPr>
              <w:t>theo</w:t>
            </w:r>
            <w:proofErr w:type="spellEnd"/>
            <w:r>
              <w:rPr>
                <w:sz w:val="17"/>
              </w:rPr>
              <w:t xml:space="preserve"> baseline/window</w:t>
            </w:r>
          </w:p>
        </w:tc>
        <w:tc>
          <w:tcPr>
            <w:tcW w:w="4320" w:type="dxa"/>
          </w:tcPr>
          <w:p w14:paraId="7F91E217" w14:textId="77777777" w:rsidR="00D25ABA" w:rsidRDefault="00000000">
            <w:r>
              <w:rPr>
                <w:sz w:val="17"/>
              </w:rPr>
              <w:t xml:space="preserve">Patch fleet </w:t>
            </w:r>
            <w:proofErr w:type="spellStart"/>
            <w:r>
              <w:rPr>
                <w:sz w:val="17"/>
              </w:rPr>
              <w:t>có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kiểm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soát</w:t>
            </w:r>
            <w:proofErr w:type="spellEnd"/>
          </w:p>
        </w:tc>
      </w:tr>
      <w:tr w:rsidR="00D25ABA" w14:paraId="2D37E7A9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5997BC49" w14:textId="77777777" w:rsidR="00D25ABA" w:rsidRDefault="00000000">
            <w:r>
              <w:rPr>
                <w:sz w:val="17"/>
              </w:rPr>
              <w:t>Run Command</w:t>
            </w:r>
          </w:p>
        </w:tc>
        <w:tc>
          <w:tcPr>
            <w:tcW w:w="3456" w:type="dxa"/>
          </w:tcPr>
          <w:p w14:paraId="2D1F1F94" w14:textId="77777777" w:rsidR="00D25ABA" w:rsidRDefault="00000000">
            <w:proofErr w:type="spellStart"/>
            <w:r>
              <w:rPr>
                <w:sz w:val="17"/>
              </w:rPr>
              <w:t>Chạy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lệnh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từ</w:t>
            </w:r>
            <w:proofErr w:type="spellEnd"/>
            <w:r>
              <w:rPr>
                <w:sz w:val="17"/>
              </w:rPr>
              <w:t xml:space="preserve"> xa </w:t>
            </w:r>
            <w:proofErr w:type="spellStart"/>
            <w:r>
              <w:rPr>
                <w:sz w:val="17"/>
              </w:rPr>
              <w:t>không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cần</w:t>
            </w:r>
            <w:proofErr w:type="spellEnd"/>
            <w:r>
              <w:rPr>
                <w:sz w:val="17"/>
              </w:rPr>
              <w:t xml:space="preserve"> SSH</w:t>
            </w:r>
          </w:p>
        </w:tc>
        <w:tc>
          <w:tcPr>
            <w:tcW w:w="4320" w:type="dxa"/>
          </w:tcPr>
          <w:p w14:paraId="1E0B2930" w14:textId="77777777" w:rsidR="00D25ABA" w:rsidRDefault="00000000">
            <w:r>
              <w:rPr>
                <w:sz w:val="17"/>
              </w:rPr>
              <w:t xml:space="preserve">Thao </w:t>
            </w:r>
            <w:proofErr w:type="spellStart"/>
            <w:r>
              <w:rPr>
                <w:sz w:val="17"/>
              </w:rPr>
              <w:t>tác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tức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thời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trên</w:t>
            </w:r>
            <w:proofErr w:type="spellEnd"/>
            <w:r>
              <w:rPr>
                <w:sz w:val="17"/>
              </w:rPr>
              <w:t xml:space="preserve"> fleet</w:t>
            </w:r>
          </w:p>
        </w:tc>
      </w:tr>
      <w:tr w:rsidR="00D25ABA" w14:paraId="66CB4A3A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54BF1456" w14:textId="77777777" w:rsidR="00D25ABA" w:rsidRDefault="00000000">
            <w:r>
              <w:rPr>
                <w:sz w:val="17"/>
              </w:rPr>
              <w:t>Automation</w:t>
            </w:r>
          </w:p>
        </w:tc>
        <w:tc>
          <w:tcPr>
            <w:tcW w:w="3456" w:type="dxa"/>
          </w:tcPr>
          <w:p w14:paraId="417C0E32" w14:textId="77777777" w:rsidR="00D25ABA" w:rsidRDefault="00000000">
            <w:r>
              <w:rPr>
                <w:sz w:val="17"/>
              </w:rPr>
              <w:t xml:space="preserve">Runbook </w:t>
            </w:r>
            <w:proofErr w:type="spellStart"/>
            <w:r>
              <w:rPr>
                <w:sz w:val="17"/>
              </w:rPr>
              <w:t>nhiều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bước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có</w:t>
            </w:r>
            <w:proofErr w:type="spellEnd"/>
            <w:r>
              <w:rPr>
                <w:sz w:val="17"/>
              </w:rPr>
              <w:t xml:space="preserve"> approval/remediation</w:t>
            </w:r>
          </w:p>
        </w:tc>
        <w:tc>
          <w:tcPr>
            <w:tcW w:w="4320" w:type="dxa"/>
          </w:tcPr>
          <w:p w14:paraId="4F395DAB" w14:textId="77777777" w:rsidR="00D25ABA" w:rsidRDefault="00000000">
            <w:proofErr w:type="spellStart"/>
            <w:r>
              <w:rPr>
                <w:sz w:val="17"/>
              </w:rPr>
              <w:t>Tự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động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sửa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lỗi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hoặc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vận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hành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phức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tạp</w:t>
            </w:r>
            <w:proofErr w:type="spellEnd"/>
          </w:p>
        </w:tc>
      </w:tr>
      <w:tr w:rsidR="00D25ABA" w14:paraId="40E88E54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1FEB7C7F" w14:textId="77777777" w:rsidR="00D25ABA" w:rsidRDefault="00000000">
            <w:proofErr w:type="spellStart"/>
            <w:r>
              <w:rPr>
                <w:sz w:val="17"/>
              </w:rPr>
              <w:t>AppConfig</w:t>
            </w:r>
            <w:proofErr w:type="spellEnd"/>
          </w:p>
        </w:tc>
        <w:tc>
          <w:tcPr>
            <w:tcW w:w="3456" w:type="dxa"/>
          </w:tcPr>
          <w:p w14:paraId="2813DD6B" w14:textId="77777777" w:rsidR="00D25ABA" w:rsidRDefault="00000000">
            <w:proofErr w:type="spellStart"/>
            <w:r>
              <w:rPr>
                <w:sz w:val="17"/>
              </w:rPr>
              <w:t>Triển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khai</w:t>
            </w:r>
            <w:proofErr w:type="spellEnd"/>
            <w:r>
              <w:rPr>
                <w:sz w:val="17"/>
              </w:rPr>
              <w:t xml:space="preserve"> application configuration/feature flags</w:t>
            </w:r>
          </w:p>
        </w:tc>
        <w:tc>
          <w:tcPr>
            <w:tcW w:w="4320" w:type="dxa"/>
          </w:tcPr>
          <w:p w14:paraId="1D221E13" w14:textId="77777777" w:rsidR="00D25ABA" w:rsidRDefault="00000000">
            <w:r>
              <w:rPr>
                <w:sz w:val="17"/>
              </w:rPr>
              <w:t xml:space="preserve">Thay config </w:t>
            </w:r>
            <w:proofErr w:type="gramStart"/>
            <w:r>
              <w:rPr>
                <w:sz w:val="17"/>
              </w:rPr>
              <w:t>an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toàn</w:t>
            </w:r>
            <w:proofErr w:type="spellEnd"/>
            <w:r>
              <w:rPr>
                <w:sz w:val="17"/>
              </w:rPr>
              <w:t>, validation, gradual rollout</w:t>
            </w:r>
          </w:p>
        </w:tc>
      </w:tr>
      <w:tr w:rsidR="00D25ABA" w14:paraId="61188386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34A8F4AC" w14:textId="77777777" w:rsidR="00D25ABA" w:rsidRDefault="00000000">
            <w:r>
              <w:rPr>
                <w:sz w:val="17"/>
              </w:rPr>
              <w:t>AWS Config</w:t>
            </w:r>
          </w:p>
        </w:tc>
        <w:tc>
          <w:tcPr>
            <w:tcW w:w="3456" w:type="dxa"/>
          </w:tcPr>
          <w:p w14:paraId="50BF4140" w14:textId="77777777" w:rsidR="00D25ABA" w:rsidRDefault="00000000">
            <w:proofErr w:type="spellStart"/>
            <w:r>
              <w:rPr>
                <w:sz w:val="17"/>
              </w:rPr>
              <w:t>Ghi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nhận</w:t>
            </w:r>
            <w:proofErr w:type="spellEnd"/>
            <w:r>
              <w:rPr>
                <w:sz w:val="17"/>
              </w:rPr>
              <w:t xml:space="preserve"> config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đánh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giá</w:t>
            </w:r>
            <w:proofErr w:type="spellEnd"/>
            <w:r>
              <w:rPr>
                <w:sz w:val="17"/>
              </w:rPr>
              <w:t xml:space="preserve"> compliance</w:t>
            </w:r>
          </w:p>
        </w:tc>
        <w:tc>
          <w:tcPr>
            <w:tcW w:w="4320" w:type="dxa"/>
          </w:tcPr>
          <w:p w14:paraId="54371B20" w14:textId="77777777" w:rsidR="00D25ABA" w:rsidRDefault="00000000">
            <w:r>
              <w:rPr>
                <w:sz w:val="17"/>
              </w:rPr>
              <w:t>Rule, aggregator, conformance pack</w:t>
            </w:r>
          </w:p>
        </w:tc>
      </w:tr>
      <w:tr w:rsidR="00D25ABA" w14:paraId="62D05E17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047A90E9" w14:textId="77777777" w:rsidR="00D25ABA" w:rsidRDefault="00000000">
            <w:proofErr w:type="spellStart"/>
            <w:r>
              <w:rPr>
                <w:sz w:val="17"/>
              </w:rPr>
              <w:t>OpsWorks</w:t>
            </w:r>
            <w:proofErr w:type="spellEnd"/>
          </w:p>
        </w:tc>
        <w:tc>
          <w:tcPr>
            <w:tcW w:w="3456" w:type="dxa"/>
          </w:tcPr>
          <w:p w14:paraId="6D15FD54" w14:textId="77777777" w:rsidR="00D25ABA" w:rsidRDefault="00000000">
            <w:r>
              <w:rPr>
                <w:sz w:val="17"/>
              </w:rPr>
              <w:t>Chef/Puppet managed service</w:t>
            </w:r>
          </w:p>
        </w:tc>
        <w:tc>
          <w:tcPr>
            <w:tcW w:w="4320" w:type="dxa"/>
          </w:tcPr>
          <w:p w14:paraId="7FA472AD" w14:textId="77777777" w:rsidR="00D25ABA" w:rsidRDefault="00000000">
            <w:r>
              <w:rPr>
                <w:sz w:val="17"/>
              </w:rPr>
              <w:t>Legacy configuration management scenario</w:t>
            </w:r>
          </w:p>
        </w:tc>
      </w:tr>
    </w:tbl>
    <w:p w14:paraId="6EB6934F" w14:textId="77777777" w:rsidR="00D25ABA" w:rsidRDefault="00D25ABA"/>
    <w:p w14:paraId="6D3E40AC" w14:textId="77777777" w:rsidR="00D25ABA" w:rsidRDefault="00000000">
      <w:pPr>
        <w:pStyle w:val="Heading2"/>
      </w:pPr>
      <w:r>
        <w:t xml:space="preserve">4.3 </w:t>
      </w:r>
      <w:proofErr w:type="gramStart"/>
      <w:r>
        <w:t>Multi-account</w:t>
      </w:r>
      <w:proofErr w:type="gramEnd"/>
      <w:r>
        <w:t xml:space="preserve"> onboarding </w:t>
      </w:r>
      <w:proofErr w:type="spellStart"/>
      <w:r>
        <w:t>và</w:t>
      </w:r>
      <w:proofErr w:type="spellEnd"/>
      <w:r>
        <w:t xml:space="preserve"> governance</w:t>
      </w:r>
    </w:p>
    <w:p w14:paraId="0843F3CF" w14:textId="77777777" w:rsidR="00D25ABA" w:rsidRDefault="00000000">
      <w:pPr>
        <w:pStyle w:val="ListBullet"/>
      </w:pPr>
      <w:r>
        <w:t>Organizations: OU, consolidated billing, SCP, delegated administrator.</w:t>
      </w:r>
    </w:p>
    <w:p w14:paraId="31ED0047" w14:textId="77777777" w:rsidR="00D25ABA" w:rsidRDefault="00000000">
      <w:pPr>
        <w:pStyle w:val="ListBullet"/>
      </w:pPr>
      <w:r>
        <w:t xml:space="preserve">Control Tower: landing zone, Account Factory, controls/guardrails </w:t>
      </w:r>
      <w:proofErr w:type="spellStart"/>
      <w:r>
        <w:t>và</w:t>
      </w:r>
      <w:proofErr w:type="spellEnd"/>
      <w:r>
        <w:t xml:space="preserve"> account enrollment.</w:t>
      </w:r>
    </w:p>
    <w:p w14:paraId="6C30607C" w14:textId="77777777" w:rsidR="00D25ABA" w:rsidRDefault="00000000">
      <w:pPr>
        <w:pStyle w:val="ListBullet"/>
      </w:pPr>
      <w:r>
        <w:t xml:space="preserve">SCP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;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. IAM policy </w:t>
      </w:r>
      <w:proofErr w:type="spellStart"/>
      <w:r>
        <w:t>vẫn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allow.</w:t>
      </w:r>
    </w:p>
    <w:p w14:paraId="16F253D6" w14:textId="77777777" w:rsidR="00D25ABA" w:rsidRDefault="00000000">
      <w:pPr>
        <w:pStyle w:val="ListBullet"/>
      </w:pPr>
      <w:r>
        <w:t xml:space="preserve">Permission boundary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tối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identity policy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principal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>.</w:t>
      </w:r>
    </w:p>
    <w:p w14:paraId="6986E3AD" w14:textId="77777777" w:rsidR="00D25ABA" w:rsidRDefault="00000000">
      <w:pPr>
        <w:pStyle w:val="ListBullet"/>
      </w:pPr>
      <w:r>
        <w:t xml:space="preserve">Config aggregator, Security Hub, </w:t>
      </w:r>
      <w:proofErr w:type="spellStart"/>
      <w:r>
        <w:t>GuardDuty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CloudTrail organization trail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>.</w:t>
      </w:r>
    </w:p>
    <w:p w14:paraId="76D940C1" w14:textId="77777777" w:rsidR="00D25ABA" w:rsidRDefault="00000000">
      <w:pPr>
        <w:pStyle w:val="Heading2"/>
      </w:pPr>
      <w:r>
        <w:t xml:space="preserve">4.4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hay </w:t>
      </w:r>
      <w:proofErr w:type="spellStart"/>
      <w:r>
        <w:t>gặp</w:t>
      </w:r>
      <w:proofErr w:type="spellEnd"/>
    </w:p>
    <w:p w14:paraId="07963550" w14:textId="77777777" w:rsidR="00D25ABA" w:rsidRDefault="00000000">
      <w:pPr>
        <w:pStyle w:val="ListBullet"/>
      </w:pP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template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trăm</w:t>
      </w:r>
      <w:proofErr w:type="spellEnd"/>
      <w:r>
        <w:t xml:space="preserve"> account/Region: </w:t>
      </w:r>
      <w:proofErr w:type="spellStart"/>
      <w:r>
        <w:t>StackSets</w:t>
      </w:r>
      <w:proofErr w:type="spellEnd"/>
      <w:r>
        <w:t xml:space="preserve"> </w:t>
      </w:r>
      <w:proofErr w:type="gramStart"/>
      <w:r>
        <w:t>service-managed</w:t>
      </w:r>
      <w:proofErr w:type="gramEnd"/>
      <w:r>
        <w:t>.</w:t>
      </w:r>
    </w:p>
    <w:p w14:paraId="2887E1A8" w14:textId="77777777" w:rsidR="00D25ABA" w:rsidRDefault="00000000">
      <w:pPr>
        <w:pStyle w:val="ListBullet"/>
      </w:pPr>
      <w:proofErr w:type="spellStart"/>
      <w:r>
        <w:t>Ngăn</w:t>
      </w:r>
      <w:proofErr w:type="spellEnd"/>
      <w:r>
        <w:t xml:space="preserve"> account member </w:t>
      </w:r>
      <w:proofErr w:type="spellStart"/>
      <w:r>
        <w:t>tắt</w:t>
      </w:r>
      <w:proofErr w:type="spellEnd"/>
      <w:r>
        <w:t xml:space="preserve"> CloudTrail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Region </w:t>
      </w:r>
      <w:proofErr w:type="spellStart"/>
      <w:r>
        <w:t>cấm</w:t>
      </w:r>
      <w:proofErr w:type="spellEnd"/>
      <w:r>
        <w:t xml:space="preserve">: SCP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organization trail/control.</w:t>
      </w:r>
    </w:p>
    <w:p w14:paraId="7FE8A838" w14:textId="77777777" w:rsidR="00D25ABA" w:rsidRDefault="00000000">
      <w:pPr>
        <w:pStyle w:val="ListBullet"/>
      </w:pPr>
      <w:proofErr w:type="spellStart"/>
      <w:r>
        <w:t>Tạo</w:t>
      </w:r>
      <w:proofErr w:type="spellEnd"/>
      <w:r>
        <w:t xml:space="preserve"> account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network, logging, security baseline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động</w:t>
      </w:r>
      <w:proofErr w:type="spellEnd"/>
      <w:r>
        <w:t>: Control Tower Account Factory + lifecycle event automation.</w:t>
      </w:r>
    </w:p>
    <w:p w14:paraId="1B8A6368" w14:textId="77777777" w:rsidR="00D25ABA" w:rsidRDefault="00000000">
      <w:pPr>
        <w:pStyle w:val="ListBullet"/>
      </w:pP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sửa</w:t>
      </w:r>
      <w:proofErr w:type="spellEnd"/>
      <w:r>
        <w:t xml:space="preserve"> S3 public: Config rule + automatic remediation </w:t>
      </w:r>
      <w:proofErr w:type="spellStart"/>
      <w:r>
        <w:t>bằng</w:t>
      </w:r>
      <w:proofErr w:type="spellEnd"/>
      <w:r>
        <w:t xml:space="preserve"> SSM Automation.</w:t>
      </w:r>
    </w:p>
    <w:p w14:paraId="27145863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feature flag </w:t>
      </w:r>
      <w:proofErr w:type="spellStart"/>
      <w:r>
        <w:t>không</w:t>
      </w:r>
      <w:proofErr w:type="spellEnd"/>
      <w:r>
        <w:t xml:space="preserve"> redeploy code: </w:t>
      </w:r>
      <w:proofErr w:type="spellStart"/>
      <w:r>
        <w:t>AppConfig</w:t>
      </w:r>
      <w:proofErr w:type="spellEnd"/>
      <w:r>
        <w:t>.</w:t>
      </w:r>
    </w:p>
    <w:p w14:paraId="528F8C01" w14:textId="77777777" w:rsidR="00D25ABA" w:rsidRDefault="00000000">
      <w:pPr>
        <w:pStyle w:val="Heading1"/>
      </w:pPr>
      <w:r>
        <w:lastRenderedPageBreak/>
        <w:t>5. Domain 3 - Resilient Cloud Solutions (15%)</w:t>
      </w:r>
    </w:p>
    <w:p w14:paraId="67FAEB7C" w14:textId="77777777" w:rsidR="00D25ABA" w:rsidRDefault="00000000">
      <w:pPr>
        <w:pStyle w:val="Heading2"/>
      </w:pPr>
      <w:r>
        <w:t xml:space="preserve">5.1 High availability </w:t>
      </w:r>
      <w:proofErr w:type="spellStart"/>
      <w:r>
        <w:t>và</w:t>
      </w:r>
      <w:proofErr w:type="spellEnd"/>
      <w:r>
        <w:t xml:space="preserve"> scalability</w:t>
      </w:r>
    </w:p>
    <w:p w14:paraId="2028EE2F" w14:textId="77777777" w:rsidR="00D25ABA" w:rsidRDefault="00000000">
      <w:pPr>
        <w:pStyle w:val="ListBullet"/>
      </w:pPr>
      <w:r>
        <w:t xml:space="preserve">Multi-AZ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 AZ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HA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Region; multi-Region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DR/global availability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phức</w:t>
      </w:r>
      <w:proofErr w:type="spellEnd"/>
      <w:r>
        <w:t xml:space="preserve"> </w:t>
      </w:r>
      <w:proofErr w:type="spellStart"/>
      <w:r>
        <w:t>tạp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tốn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hơn</w:t>
      </w:r>
      <w:proofErr w:type="spellEnd"/>
      <w:r>
        <w:t>.</w:t>
      </w:r>
    </w:p>
    <w:p w14:paraId="5D463765" w14:textId="77777777" w:rsidR="00D25ABA" w:rsidRDefault="00000000">
      <w:pPr>
        <w:pStyle w:val="ListBullet"/>
      </w:pPr>
      <w:proofErr w:type="spellStart"/>
      <w:r>
        <w:t>Loại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single point of failure: </w:t>
      </w:r>
      <w:proofErr w:type="spellStart"/>
      <w:r>
        <w:t>nhiều</w:t>
      </w:r>
      <w:proofErr w:type="spellEnd"/>
      <w:r>
        <w:t xml:space="preserve"> AZ, load balancer, stateless compute, data replication, queue buffering.</w:t>
      </w:r>
    </w:p>
    <w:p w14:paraId="69C811FA" w14:textId="77777777" w:rsidR="00D25ABA" w:rsidRDefault="00000000">
      <w:pPr>
        <w:pStyle w:val="ListBullet"/>
      </w:pPr>
      <w:r>
        <w:t xml:space="preserve">Scaling metric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phản</w:t>
      </w:r>
      <w:proofErr w:type="spellEnd"/>
      <w:r>
        <w:t xml:space="preserve"> </w:t>
      </w:r>
      <w:proofErr w:type="spellStart"/>
      <w:r>
        <w:t>ánh</w:t>
      </w:r>
      <w:proofErr w:type="spellEnd"/>
      <w:r>
        <w:t xml:space="preserve"> workload: SQS </w:t>
      </w:r>
      <w:proofErr w:type="spellStart"/>
      <w:r>
        <w:t>ApproximateNumberOfMessagesVisible</w:t>
      </w:r>
      <w:proofErr w:type="spellEnd"/>
      <w:r>
        <w:t xml:space="preserve">, ALB </w:t>
      </w:r>
      <w:proofErr w:type="spellStart"/>
      <w:r>
        <w:t>RequestCountPerTarget</w:t>
      </w:r>
      <w:proofErr w:type="spellEnd"/>
      <w:r>
        <w:t xml:space="preserve">, custom business metric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CPU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>.</w:t>
      </w:r>
    </w:p>
    <w:p w14:paraId="3B66A06D" w14:textId="77777777" w:rsidR="00D25ABA" w:rsidRDefault="00000000">
      <w:pPr>
        <w:pStyle w:val="ListBullet"/>
      </w:pPr>
      <w:r>
        <w:t>Loose coupling qua SQS/</w:t>
      </w:r>
      <w:proofErr w:type="spellStart"/>
      <w:r>
        <w:t>EventBridge</w:t>
      </w:r>
      <w:proofErr w:type="spellEnd"/>
      <w:r>
        <w:t xml:space="preserve">/Kinesis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hấp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burst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tránh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 </w:t>
      </w:r>
      <w:proofErr w:type="spellStart"/>
      <w:r>
        <w:t>dây</w:t>
      </w:r>
      <w:proofErr w:type="spellEnd"/>
      <w:r>
        <w:t xml:space="preserve"> </w:t>
      </w:r>
      <w:proofErr w:type="spellStart"/>
      <w:r>
        <w:t>chuyền</w:t>
      </w:r>
      <w:proofErr w:type="spellEnd"/>
      <w:r>
        <w:t>.</w:t>
      </w:r>
    </w:p>
    <w:p w14:paraId="6B25520F" w14:textId="77777777" w:rsidR="00D25ABA" w:rsidRDefault="00000000">
      <w:pPr>
        <w:pStyle w:val="ListBullet"/>
      </w:pPr>
      <w:r>
        <w:t>Cache CloudFront/</w:t>
      </w:r>
      <w:proofErr w:type="spellStart"/>
      <w:r>
        <w:t>ElastiCache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origin/database;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TTL </w:t>
      </w:r>
      <w:proofErr w:type="spellStart"/>
      <w:r>
        <w:t>và</w:t>
      </w:r>
      <w:proofErr w:type="spellEnd"/>
      <w:r>
        <w:t xml:space="preserve"> invalidation.</w:t>
      </w:r>
    </w:p>
    <w:p w14:paraId="11C9E8D6" w14:textId="77777777" w:rsidR="00D25ABA" w:rsidRDefault="00000000">
      <w:pPr>
        <w:pStyle w:val="Heading2"/>
      </w:pPr>
      <w:r>
        <w:t xml:space="preserve">5.2 RTO/RPO </w:t>
      </w:r>
      <w:proofErr w:type="spellStart"/>
      <w:r>
        <w:t>và</w:t>
      </w:r>
      <w:proofErr w:type="spellEnd"/>
      <w:r>
        <w:t xml:space="preserve"> DR patterns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1728"/>
        <w:gridCol w:w="4320"/>
      </w:tblGrid>
      <w:tr w:rsidR="00D25ABA" w14:paraId="52A9E6F5" w14:textId="77777777">
        <w:trPr>
          <w:tblHeader/>
          <w:jc w:val="center"/>
        </w:trPr>
        <w:tc>
          <w:tcPr>
            <w:tcW w:w="2160" w:type="dxa"/>
            <w:shd w:val="clear" w:color="auto" w:fill="1F4E78"/>
            <w:vAlign w:val="center"/>
          </w:tcPr>
          <w:p w14:paraId="09F61610" w14:textId="77777777" w:rsidR="00D25ABA" w:rsidRDefault="00000000">
            <w:r>
              <w:rPr>
                <w:b/>
                <w:color w:val="FFFFFF"/>
                <w:sz w:val="17"/>
              </w:rPr>
              <w:t>Pattern</w:t>
            </w:r>
          </w:p>
        </w:tc>
        <w:tc>
          <w:tcPr>
            <w:tcW w:w="2160" w:type="dxa"/>
            <w:shd w:val="clear" w:color="auto" w:fill="1F4E78"/>
            <w:vAlign w:val="center"/>
          </w:tcPr>
          <w:p w14:paraId="40B91FC1" w14:textId="77777777" w:rsidR="00D25ABA" w:rsidRDefault="00000000">
            <w:r>
              <w:rPr>
                <w:b/>
                <w:color w:val="FFFFFF"/>
                <w:sz w:val="17"/>
              </w:rPr>
              <w:t xml:space="preserve">RTO/RPO </w:t>
            </w:r>
            <w:proofErr w:type="spellStart"/>
            <w:r>
              <w:rPr>
                <w:b/>
                <w:color w:val="FFFFFF"/>
                <w:sz w:val="17"/>
              </w:rPr>
              <w:t>tương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đối</w:t>
            </w:r>
            <w:proofErr w:type="spellEnd"/>
          </w:p>
        </w:tc>
        <w:tc>
          <w:tcPr>
            <w:tcW w:w="1728" w:type="dxa"/>
            <w:shd w:val="clear" w:color="auto" w:fill="1F4E78"/>
            <w:vAlign w:val="center"/>
          </w:tcPr>
          <w:p w14:paraId="190414F2" w14:textId="77777777" w:rsidR="00D25ABA" w:rsidRDefault="00000000">
            <w:r>
              <w:rPr>
                <w:b/>
                <w:color w:val="FFFFFF"/>
                <w:sz w:val="17"/>
              </w:rPr>
              <w:t xml:space="preserve">Chi </w:t>
            </w:r>
            <w:proofErr w:type="spellStart"/>
            <w:r>
              <w:rPr>
                <w:b/>
                <w:color w:val="FFFFFF"/>
                <w:sz w:val="17"/>
              </w:rPr>
              <w:t>phí</w:t>
            </w:r>
            <w:proofErr w:type="spellEnd"/>
          </w:p>
        </w:tc>
        <w:tc>
          <w:tcPr>
            <w:tcW w:w="4320" w:type="dxa"/>
            <w:shd w:val="clear" w:color="auto" w:fill="1F4E78"/>
            <w:vAlign w:val="center"/>
          </w:tcPr>
          <w:p w14:paraId="4CA4359F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Mô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tả</w:t>
            </w:r>
            <w:proofErr w:type="spellEnd"/>
          </w:p>
        </w:tc>
      </w:tr>
      <w:tr w:rsidR="00D25ABA" w14:paraId="1DD4491F" w14:textId="77777777">
        <w:trPr>
          <w:jc w:val="center"/>
        </w:trPr>
        <w:tc>
          <w:tcPr>
            <w:tcW w:w="2160" w:type="dxa"/>
            <w:shd w:val="clear" w:color="auto" w:fill="D9EAF7"/>
          </w:tcPr>
          <w:p w14:paraId="5B0E28CF" w14:textId="77777777" w:rsidR="00D25ABA" w:rsidRDefault="00000000">
            <w:r>
              <w:rPr>
                <w:sz w:val="17"/>
              </w:rPr>
              <w:t>Backup and restore</w:t>
            </w:r>
          </w:p>
        </w:tc>
        <w:tc>
          <w:tcPr>
            <w:tcW w:w="2160" w:type="dxa"/>
          </w:tcPr>
          <w:p w14:paraId="494064F1" w14:textId="77777777" w:rsidR="00D25ABA" w:rsidRDefault="00000000">
            <w:r>
              <w:rPr>
                <w:sz w:val="17"/>
              </w:rPr>
              <w:t xml:space="preserve">Cao </w:t>
            </w:r>
            <w:proofErr w:type="spellStart"/>
            <w:r>
              <w:rPr>
                <w:sz w:val="17"/>
              </w:rPr>
              <w:t>nhất</w:t>
            </w:r>
            <w:proofErr w:type="spellEnd"/>
          </w:p>
        </w:tc>
        <w:tc>
          <w:tcPr>
            <w:tcW w:w="1728" w:type="dxa"/>
          </w:tcPr>
          <w:p w14:paraId="466D3FED" w14:textId="77777777" w:rsidR="00D25ABA" w:rsidRDefault="00000000">
            <w:proofErr w:type="spellStart"/>
            <w:r>
              <w:rPr>
                <w:sz w:val="17"/>
              </w:rPr>
              <w:t>Thấp</w:t>
            </w:r>
            <w:proofErr w:type="spellEnd"/>
          </w:p>
        </w:tc>
        <w:tc>
          <w:tcPr>
            <w:tcW w:w="4320" w:type="dxa"/>
          </w:tcPr>
          <w:p w14:paraId="683A40C9" w14:textId="77777777" w:rsidR="00D25ABA" w:rsidRDefault="00000000">
            <w:proofErr w:type="spellStart"/>
            <w:r>
              <w:rPr>
                <w:sz w:val="17"/>
              </w:rPr>
              <w:t>Khôi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phục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từ</w:t>
            </w:r>
            <w:proofErr w:type="spellEnd"/>
            <w:r>
              <w:rPr>
                <w:sz w:val="17"/>
              </w:rPr>
              <w:t xml:space="preserve"> backup </w:t>
            </w:r>
            <w:proofErr w:type="spellStart"/>
            <w:r>
              <w:rPr>
                <w:sz w:val="17"/>
              </w:rPr>
              <w:t>khi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cố</w:t>
            </w:r>
            <w:proofErr w:type="spellEnd"/>
          </w:p>
        </w:tc>
      </w:tr>
      <w:tr w:rsidR="00D25ABA" w14:paraId="1159B329" w14:textId="77777777">
        <w:trPr>
          <w:jc w:val="center"/>
        </w:trPr>
        <w:tc>
          <w:tcPr>
            <w:tcW w:w="2160" w:type="dxa"/>
            <w:shd w:val="clear" w:color="auto" w:fill="D9EAF7"/>
          </w:tcPr>
          <w:p w14:paraId="7405E587" w14:textId="77777777" w:rsidR="00D25ABA" w:rsidRDefault="00000000">
            <w:r>
              <w:rPr>
                <w:sz w:val="17"/>
              </w:rPr>
              <w:t>Pilot light</w:t>
            </w:r>
          </w:p>
        </w:tc>
        <w:tc>
          <w:tcPr>
            <w:tcW w:w="2160" w:type="dxa"/>
          </w:tcPr>
          <w:p w14:paraId="21435FE2" w14:textId="77777777" w:rsidR="00D25ABA" w:rsidRDefault="00000000">
            <w:r>
              <w:rPr>
                <w:sz w:val="17"/>
              </w:rPr>
              <w:t xml:space="preserve">Trung </w:t>
            </w:r>
            <w:proofErr w:type="spellStart"/>
            <w:r>
              <w:rPr>
                <w:sz w:val="17"/>
              </w:rPr>
              <w:t>bình-cao</w:t>
            </w:r>
            <w:proofErr w:type="spellEnd"/>
          </w:p>
        </w:tc>
        <w:tc>
          <w:tcPr>
            <w:tcW w:w="1728" w:type="dxa"/>
          </w:tcPr>
          <w:p w14:paraId="30C2340C" w14:textId="77777777" w:rsidR="00D25ABA" w:rsidRDefault="00000000">
            <w:proofErr w:type="spellStart"/>
            <w:r>
              <w:rPr>
                <w:sz w:val="17"/>
              </w:rPr>
              <w:t>Thấp-trung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bình</w:t>
            </w:r>
            <w:proofErr w:type="spellEnd"/>
          </w:p>
        </w:tc>
        <w:tc>
          <w:tcPr>
            <w:tcW w:w="4320" w:type="dxa"/>
          </w:tcPr>
          <w:p w14:paraId="25538D1F" w14:textId="77777777" w:rsidR="00D25ABA" w:rsidRDefault="00000000">
            <w:r>
              <w:rPr>
                <w:sz w:val="17"/>
              </w:rPr>
              <w:t xml:space="preserve">Core data/services </w:t>
            </w:r>
            <w:proofErr w:type="spellStart"/>
            <w:r>
              <w:rPr>
                <w:sz w:val="17"/>
              </w:rPr>
              <w:t>luôn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chạy</w:t>
            </w:r>
            <w:proofErr w:type="spellEnd"/>
            <w:r>
              <w:rPr>
                <w:sz w:val="17"/>
              </w:rPr>
              <w:t xml:space="preserve">, compute scale </w:t>
            </w:r>
            <w:proofErr w:type="spellStart"/>
            <w:r>
              <w:rPr>
                <w:sz w:val="17"/>
              </w:rPr>
              <w:t>khi</w:t>
            </w:r>
            <w:proofErr w:type="spellEnd"/>
            <w:r>
              <w:rPr>
                <w:sz w:val="17"/>
              </w:rPr>
              <w:t xml:space="preserve"> DR</w:t>
            </w:r>
          </w:p>
        </w:tc>
      </w:tr>
      <w:tr w:rsidR="00D25ABA" w14:paraId="61ED3D40" w14:textId="77777777">
        <w:trPr>
          <w:jc w:val="center"/>
        </w:trPr>
        <w:tc>
          <w:tcPr>
            <w:tcW w:w="2160" w:type="dxa"/>
            <w:shd w:val="clear" w:color="auto" w:fill="D9EAF7"/>
          </w:tcPr>
          <w:p w14:paraId="393AD7A7" w14:textId="77777777" w:rsidR="00D25ABA" w:rsidRDefault="00000000">
            <w:r>
              <w:rPr>
                <w:sz w:val="17"/>
              </w:rPr>
              <w:t>Warm standby</w:t>
            </w:r>
          </w:p>
        </w:tc>
        <w:tc>
          <w:tcPr>
            <w:tcW w:w="2160" w:type="dxa"/>
          </w:tcPr>
          <w:p w14:paraId="216FFE82" w14:textId="77777777" w:rsidR="00D25ABA" w:rsidRDefault="00000000">
            <w:proofErr w:type="spellStart"/>
            <w:r>
              <w:rPr>
                <w:sz w:val="17"/>
              </w:rPr>
              <w:t>Thấp</w:t>
            </w:r>
            <w:proofErr w:type="spellEnd"/>
          </w:p>
        </w:tc>
        <w:tc>
          <w:tcPr>
            <w:tcW w:w="1728" w:type="dxa"/>
          </w:tcPr>
          <w:p w14:paraId="608376B9" w14:textId="77777777" w:rsidR="00D25ABA" w:rsidRDefault="00000000">
            <w:r>
              <w:rPr>
                <w:sz w:val="17"/>
              </w:rPr>
              <w:t xml:space="preserve">Trung </w:t>
            </w:r>
            <w:proofErr w:type="spellStart"/>
            <w:r>
              <w:rPr>
                <w:sz w:val="17"/>
              </w:rPr>
              <w:t>bình-cao</w:t>
            </w:r>
            <w:proofErr w:type="spellEnd"/>
          </w:p>
        </w:tc>
        <w:tc>
          <w:tcPr>
            <w:tcW w:w="4320" w:type="dxa"/>
          </w:tcPr>
          <w:p w14:paraId="2E6E8B92" w14:textId="77777777" w:rsidR="00D25ABA" w:rsidRDefault="00000000">
            <w:proofErr w:type="spellStart"/>
            <w:r>
              <w:rPr>
                <w:sz w:val="17"/>
              </w:rPr>
              <w:t>Bản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chạy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sẵn</w:t>
            </w:r>
            <w:proofErr w:type="spellEnd"/>
            <w:r>
              <w:rPr>
                <w:sz w:val="17"/>
              </w:rPr>
              <w:t xml:space="preserve">, scale up </w:t>
            </w:r>
            <w:proofErr w:type="spellStart"/>
            <w:r>
              <w:rPr>
                <w:sz w:val="17"/>
              </w:rPr>
              <w:t>khi</w:t>
            </w:r>
            <w:proofErr w:type="spellEnd"/>
            <w:r>
              <w:rPr>
                <w:sz w:val="17"/>
              </w:rPr>
              <w:t xml:space="preserve"> failover</w:t>
            </w:r>
          </w:p>
        </w:tc>
      </w:tr>
      <w:tr w:rsidR="00D25ABA" w14:paraId="6E638918" w14:textId="77777777">
        <w:trPr>
          <w:jc w:val="center"/>
        </w:trPr>
        <w:tc>
          <w:tcPr>
            <w:tcW w:w="2160" w:type="dxa"/>
            <w:shd w:val="clear" w:color="auto" w:fill="D9EAF7"/>
          </w:tcPr>
          <w:p w14:paraId="65539897" w14:textId="77777777" w:rsidR="00D25ABA" w:rsidRDefault="00000000">
            <w:r>
              <w:rPr>
                <w:sz w:val="17"/>
              </w:rPr>
              <w:t>Multi-site active/active</w:t>
            </w:r>
          </w:p>
        </w:tc>
        <w:tc>
          <w:tcPr>
            <w:tcW w:w="2160" w:type="dxa"/>
          </w:tcPr>
          <w:p w14:paraId="5311B89D" w14:textId="77777777" w:rsidR="00D25ABA" w:rsidRDefault="00000000">
            <w:proofErr w:type="spellStart"/>
            <w:r>
              <w:rPr>
                <w:sz w:val="17"/>
              </w:rPr>
              <w:t>Thấp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nhất</w:t>
            </w:r>
            <w:proofErr w:type="spellEnd"/>
          </w:p>
        </w:tc>
        <w:tc>
          <w:tcPr>
            <w:tcW w:w="1728" w:type="dxa"/>
          </w:tcPr>
          <w:p w14:paraId="69E43E1E" w14:textId="77777777" w:rsidR="00D25ABA" w:rsidRDefault="00000000">
            <w:r>
              <w:rPr>
                <w:sz w:val="17"/>
              </w:rPr>
              <w:t>Cao</w:t>
            </w:r>
          </w:p>
        </w:tc>
        <w:tc>
          <w:tcPr>
            <w:tcW w:w="4320" w:type="dxa"/>
          </w:tcPr>
          <w:p w14:paraId="742FF1FE" w14:textId="77777777" w:rsidR="00D25ABA" w:rsidRDefault="00000000">
            <w:proofErr w:type="spellStart"/>
            <w:r>
              <w:rPr>
                <w:sz w:val="17"/>
              </w:rPr>
              <w:t>Nhiều</w:t>
            </w:r>
            <w:proofErr w:type="spellEnd"/>
            <w:r>
              <w:rPr>
                <w:sz w:val="17"/>
              </w:rPr>
              <w:t xml:space="preserve"> site </w:t>
            </w:r>
            <w:proofErr w:type="spellStart"/>
            <w:r>
              <w:rPr>
                <w:sz w:val="17"/>
              </w:rPr>
              <w:t>phục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vụ</w:t>
            </w:r>
            <w:proofErr w:type="spellEnd"/>
            <w:r>
              <w:rPr>
                <w:sz w:val="17"/>
              </w:rPr>
              <w:t xml:space="preserve"> traffic </w:t>
            </w:r>
            <w:proofErr w:type="spellStart"/>
            <w:r>
              <w:rPr>
                <w:sz w:val="17"/>
              </w:rPr>
              <w:t>đồng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thời</w:t>
            </w:r>
            <w:proofErr w:type="spellEnd"/>
          </w:p>
        </w:tc>
      </w:tr>
    </w:tbl>
    <w:p w14:paraId="7B8F463E" w14:textId="77777777" w:rsidR="00D25ABA" w:rsidRDefault="00D25ABA"/>
    <w:p w14:paraId="4286A159" w14:textId="77777777" w:rsidR="00D25ABA" w:rsidRDefault="00000000">
      <w:pPr>
        <w:pStyle w:val="Heading2"/>
      </w:pPr>
      <w:r>
        <w:t xml:space="preserve">5.3 Các </w:t>
      </w:r>
      <w:proofErr w:type="spellStart"/>
      <w:r>
        <w:t>cặp</w:t>
      </w:r>
      <w:proofErr w:type="spellEnd"/>
      <w:r>
        <w:t xml:space="preserve">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nhầm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68"/>
        <w:gridCol w:w="7814"/>
      </w:tblGrid>
      <w:tr w:rsidR="00D25ABA" w14:paraId="45B2D1DC" w14:textId="77777777">
        <w:trPr>
          <w:tblHeader/>
          <w:jc w:val="center"/>
        </w:trPr>
        <w:tc>
          <w:tcPr>
            <w:tcW w:w="2592" w:type="dxa"/>
            <w:shd w:val="clear" w:color="auto" w:fill="1F4E78"/>
            <w:vAlign w:val="center"/>
          </w:tcPr>
          <w:p w14:paraId="41E8B1AB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Khái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niệm</w:t>
            </w:r>
            <w:proofErr w:type="spellEnd"/>
          </w:p>
        </w:tc>
        <w:tc>
          <w:tcPr>
            <w:tcW w:w="7920" w:type="dxa"/>
            <w:shd w:val="clear" w:color="auto" w:fill="1F4E78"/>
            <w:vAlign w:val="center"/>
          </w:tcPr>
          <w:p w14:paraId="16F4BAE6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Điểm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phân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biệt</w:t>
            </w:r>
            <w:proofErr w:type="spellEnd"/>
          </w:p>
        </w:tc>
      </w:tr>
      <w:tr w:rsidR="00D25ABA" w14:paraId="18D04534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7829C99F" w14:textId="77777777" w:rsidR="00D25ABA" w:rsidRDefault="00000000">
            <w:r>
              <w:rPr>
                <w:sz w:val="17"/>
              </w:rPr>
              <w:t>RTO</w:t>
            </w:r>
          </w:p>
        </w:tc>
        <w:tc>
          <w:tcPr>
            <w:tcW w:w="7920" w:type="dxa"/>
          </w:tcPr>
          <w:p w14:paraId="7628DDC2" w14:textId="77777777" w:rsidR="00D25ABA" w:rsidRDefault="00000000">
            <w:proofErr w:type="spellStart"/>
            <w:r>
              <w:rPr>
                <w:sz w:val="17"/>
              </w:rPr>
              <w:t>Thời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gian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tối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hệ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thống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được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phép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gián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đoạn</w:t>
            </w:r>
            <w:proofErr w:type="spellEnd"/>
          </w:p>
        </w:tc>
      </w:tr>
      <w:tr w:rsidR="00D25ABA" w14:paraId="6321630F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08FB9AC2" w14:textId="77777777" w:rsidR="00D25ABA" w:rsidRDefault="00000000">
            <w:r>
              <w:rPr>
                <w:sz w:val="17"/>
              </w:rPr>
              <w:t>RPO</w:t>
            </w:r>
          </w:p>
        </w:tc>
        <w:tc>
          <w:tcPr>
            <w:tcW w:w="7920" w:type="dxa"/>
          </w:tcPr>
          <w:p w14:paraId="376CC72A" w14:textId="77777777" w:rsidR="00D25ABA" w:rsidRDefault="00000000">
            <w:proofErr w:type="spellStart"/>
            <w:r>
              <w:rPr>
                <w:sz w:val="17"/>
              </w:rPr>
              <w:t>Lượng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dữ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liệu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tối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có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thể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mất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đo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theo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thời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gian</w:t>
            </w:r>
            <w:proofErr w:type="spellEnd"/>
          </w:p>
        </w:tc>
      </w:tr>
      <w:tr w:rsidR="00D25ABA" w14:paraId="382470CF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12E21742" w14:textId="77777777" w:rsidR="00D25ABA" w:rsidRDefault="00000000">
            <w:r>
              <w:rPr>
                <w:sz w:val="17"/>
              </w:rPr>
              <w:t xml:space="preserve">RDS </w:t>
            </w:r>
            <w:proofErr w:type="gramStart"/>
            <w:r>
              <w:rPr>
                <w:sz w:val="17"/>
              </w:rPr>
              <w:t>Multi-AZ</w:t>
            </w:r>
            <w:proofErr w:type="gramEnd"/>
          </w:p>
        </w:tc>
        <w:tc>
          <w:tcPr>
            <w:tcW w:w="7920" w:type="dxa"/>
          </w:tcPr>
          <w:p w14:paraId="06A30C88" w14:textId="77777777" w:rsidR="00D25ABA" w:rsidRDefault="00000000">
            <w:r>
              <w:rPr>
                <w:sz w:val="17"/>
              </w:rPr>
              <w:t xml:space="preserve">HA/failover; </w:t>
            </w:r>
            <w:proofErr w:type="spellStart"/>
            <w:r>
              <w:rPr>
                <w:sz w:val="17"/>
              </w:rPr>
              <w:t>không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phải</w:t>
            </w:r>
            <w:proofErr w:type="spellEnd"/>
            <w:r>
              <w:rPr>
                <w:sz w:val="17"/>
              </w:rPr>
              <w:t xml:space="preserve"> read scaling </w:t>
            </w:r>
            <w:proofErr w:type="spellStart"/>
            <w:r>
              <w:rPr>
                <w:sz w:val="17"/>
              </w:rPr>
              <w:t>chính</w:t>
            </w:r>
            <w:proofErr w:type="spellEnd"/>
          </w:p>
        </w:tc>
      </w:tr>
      <w:tr w:rsidR="00D25ABA" w14:paraId="060DAFD1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69087FE7" w14:textId="77777777" w:rsidR="00D25ABA" w:rsidRDefault="00000000">
            <w:r>
              <w:rPr>
                <w:sz w:val="17"/>
              </w:rPr>
              <w:t>Read replica</w:t>
            </w:r>
          </w:p>
        </w:tc>
        <w:tc>
          <w:tcPr>
            <w:tcW w:w="7920" w:type="dxa"/>
          </w:tcPr>
          <w:p w14:paraId="061F9E6F" w14:textId="77777777" w:rsidR="00D25ABA" w:rsidRDefault="00000000">
            <w:r>
              <w:rPr>
                <w:sz w:val="17"/>
              </w:rPr>
              <w:t xml:space="preserve">Read scaling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có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thể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hỗ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trợ</w:t>
            </w:r>
            <w:proofErr w:type="spellEnd"/>
            <w:r>
              <w:rPr>
                <w:sz w:val="17"/>
              </w:rPr>
              <w:t xml:space="preserve"> DR; failover </w:t>
            </w:r>
            <w:proofErr w:type="spellStart"/>
            <w:r>
              <w:rPr>
                <w:sz w:val="17"/>
              </w:rPr>
              <w:t>thường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cần</w:t>
            </w:r>
            <w:proofErr w:type="spellEnd"/>
            <w:r>
              <w:rPr>
                <w:sz w:val="17"/>
              </w:rPr>
              <w:t xml:space="preserve"> promote</w:t>
            </w:r>
          </w:p>
        </w:tc>
      </w:tr>
      <w:tr w:rsidR="00D25ABA" w14:paraId="056EEE2A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561E8DD6" w14:textId="77777777" w:rsidR="00D25ABA" w:rsidRDefault="00000000">
            <w:r>
              <w:rPr>
                <w:sz w:val="17"/>
              </w:rPr>
              <w:t>S3 CRR</w:t>
            </w:r>
          </w:p>
        </w:tc>
        <w:tc>
          <w:tcPr>
            <w:tcW w:w="7920" w:type="dxa"/>
          </w:tcPr>
          <w:p w14:paraId="6D342B53" w14:textId="77777777" w:rsidR="00D25ABA" w:rsidRDefault="00000000">
            <w:r>
              <w:rPr>
                <w:sz w:val="17"/>
              </w:rPr>
              <w:t xml:space="preserve">Replication object cross-Region; </w:t>
            </w:r>
            <w:proofErr w:type="spellStart"/>
            <w:r>
              <w:rPr>
                <w:sz w:val="17"/>
              </w:rPr>
              <w:t>cần</w:t>
            </w:r>
            <w:proofErr w:type="spellEnd"/>
            <w:r>
              <w:rPr>
                <w:sz w:val="17"/>
              </w:rPr>
              <w:t xml:space="preserve"> versioning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IAM </w:t>
            </w:r>
            <w:proofErr w:type="spellStart"/>
            <w:r>
              <w:rPr>
                <w:sz w:val="17"/>
              </w:rPr>
              <w:t>phù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hợp</w:t>
            </w:r>
            <w:proofErr w:type="spellEnd"/>
          </w:p>
        </w:tc>
      </w:tr>
      <w:tr w:rsidR="00D25ABA" w14:paraId="6C49D68D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0BB38106" w14:textId="77777777" w:rsidR="00D25ABA" w:rsidRDefault="00000000">
            <w:r>
              <w:rPr>
                <w:sz w:val="17"/>
              </w:rPr>
              <w:t>Route 53 failover</w:t>
            </w:r>
          </w:p>
        </w:tc>
        <w:tc>
          <w:tcPr>
            <w:tcW w:w="7920" w:type="dxa"/>
          </w:tcPr>
          <w:p w14:paraId="00698CC3" w14:textId="77777777" w:rsidR="00D25ABA" w:rsidRDefault="00000000">
            <w:proofErr w:type="spellStart"/>
            <w:r>
              <w:rPr>
                <w:sz w:val="17"/>
              </w:rPr>
              <w:t>Chuyển</w:t>
            </w:r>
            <w:proofErr w:type="spellEnd"/>
            <w:r>
              <w:rPr>
                <w:sz w:val="17"/>
              </w:rPr>
              <w:t xml:space="preserve"> DNS </w:t>
            </w:r>
            <w:proofErr w:type="spellStart"/>
            <w:r>
              <w:rPr>
                <w:sz w:val="17"/>
              </w:rPr>
              <w:t>dựa</w:t>
            </w:r>
            <w:proofErr w:type="spellEnd"/>
            <w:r>
              <w:rPr>
                <w:sz w:val="17"/>
              </w:rPr>
              <w:t xml:space="preserve"> health check; </w:t>
            </w:r>
            <w:proofErr w:type="spellStart"/>
            <w:r>
              <w:rPr>
                <w:sz w:val="17"/>
              </w:rPr>
              <w:t>chịu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ảnh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hưởng</w:t>
            </w:r>
            <w:proofErr w:type="spellEnd"/>
            <w:r>
              <w:rPr>
                <w:sz w:val="17"/>
              </w:rPr>
              <w:t xml:space="preserve"> TTL</w:t>
            </w:r>
          </w:p>
        </w:tc>
      </w:tr>
      <w:tr w:rsidR="00D25ABA" w14:paraId="73ABDAE0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67B8C486" w14:textId="77777777" w:rsidR="00D25ABA" w:rsidRDefault="00000000">
            <w:r>
              <w:rPr>
                <w:sz w:val="17"/>
              </w:rPr>
              <w:t>Global Accelerator</w:t>
            </w:r>
          </w:p>
        </w:tc>
        <w:tc>
          <w:tcPr>
            <w:tcW w:w="7920" w:type="dxa"/>
          </w:tcPr>
          <w:p w14:paraId="36584716" w14:textId="77777777" w:rsidR="00D25ABA" w:rsidRDefault="00000000">
            <w:r>
              <w:rPr>
                <w:sz w:val="17"/>
              </w:rPr>
              <w:t xml:space="preserve">Anycast static IP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route qua AWS global network; failover </w:t>
            </w:r>
            <w:proofErr w:type="spellStart"/>
            <w:r>
              <w:rPr>
                <w:sz w:val="17"/>
              </w:rPr>
              <w:t>nhanh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hơn</w:t>
            </w:r>
            <w:proofErr w:type="spellEnd"/>
            <w:r>
              <w:rPr>
                <w:sz w:val="17"/>
              </w:rPr>
              <w:t xml:space="preserve"> DNS </w:t>
            </w:r>
            <w:proofErr w:type="spellStart"/>
            <w:r>
              <w:rPr>
                <w:sz w:val="17"/>
              </w:rPr>
              <w:t>trong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nhiều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tình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huống</w:t>
            </w:r>
            <w:proofErr w:type="spellEnd"/>
          </w:p>
        </w:tc>
      </w:tr>
    </w:tbl>
    <w:p w14:paraId="22F8B2F2" w14:textId="77777777" w:rsidR="00D25ABA" w:rsidRDefault="00D25ABA"/>
    <w:p w14:paraId="39F5B339" w14:textId="77777777" w:rsidR="00D25ABA" w:rsidRDefault="00000000">
      <w:pPr>
        <w:pStyle w:val="Heading2"/>
      </w:pPr>
      <w:r>
        <w:t xml:space="preserve">5.4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hay </w:t>
      </w:r>
      <w:proofErr w:type="spellStart"/>
      <w:r>
        <w:t>gặp</w:t>
      </w:r>
      <w:proofErr w:type="spellEnd"/>
    </w:p>
    <w:p w14:paraId="21E96C39" w14:textId="77777777" w:rsidR="00D25ABA" w:rsidRDefault="00000000">
      <w:pPr>
        <w:pStyle w:val="ListBullet"/>
      </w:pPr>
      <w:proofErr w:type="spellStart"/>
      <w:r>
        <w:t>Chọn</w:t>
      </w:r>
      <w:proofErr w:type="spellEnd"/>
      <w:r>
        <w:t xml:space="preserve"> DR strategy </w:t>
      </w:r>
      <w:proofErr w:type="spellStart"/>
      <w:r>
        <w:t>dựa</w:t>
      </w:r>
      <w:proofErr w:type="spellEnd"/>
      <w:r>
        <w:t xml:space="preserve"> RTO/RPO </w:t>
      </w:r>
      <w:proofErr w:type="spellStart"/>
      <w:r>
        <w:t>và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>.</w:t>
      </w:r>
    </w:p>
    <w:p w14:paraId="12E98A5F" w14:textId="77777777" w:rsidR="00D25ABA" w:rsidRDefault="00000000">
      <w:pPr>
        <w:pStyle w:val="ListBullet"/>
      </w:pP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overload </w:t>
      </w:r>
      <w:proofErr w:type="spellStart"/>
      <w:r>
        <w:t>nhưng</w:t>
      </w:r>
      <w:proofErr w:type="spellEnd"/>
      <w:r>
        <w:t xml:space="preserve"> CPU </w:t>
      </w:r>
      <w:proofErr w:type="spellStart"/>
      <w:r>
        <w:t>thấp</w:t>
      </w:r>
      <w:proofErr w:type="spellEnd"/>
      <w:r>
        <w:t xml:space="preserve">: scale </w:t>
      </w:r>
      <w:proofErr w:type="spellStart"/>
      <w:r>
        <w:t>theo</w:t>
      </w:r>
      <w:proofErr w:type="spellEnd"/>
      <w:r>
        <w:t xml:space="preserve"> queue depth/request count/custom metric.</w:t>
      </w:r>
    </w:p>
    <w:p w14:paraId="246E12D0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EC2 </w:t>
      </w:r>
      <w:proofErr w:type="spellStart"/>
      <w:r>
        <w:t>khi</w:t>
      </w:r>
      <w:proofErr w:type="spellEnd"/>
      <w:r>
        <w:t xml:space="preserve"> status check fail: CloudWatch alarm EC2 recover action </w:t>
      </w:r>
      <w:proofErr w:type="spellStart"/>
      <w:r>
        <w:t>hoặc</w:t>
      </w:r>
      <w:proofErr w:type="spellEnd"/>
      <w:r>
        <w:t xml:space="preserve"> ASG replace instance.</w:t>
      </w:r>
    </w:p>
    <w:p w14:paraId="2DD48729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global read/write </w:t>
      </w:r>
      <w:proofErr w:type="spellStart"/>
      <w:r>
        <w:t>với</w:t>
      </w:r>
      <w:proofErr w:type="spellEnd"/>
      <w:r>
        <w:t xml:space="preserve"> low latency: </w:t>
      </w:r>
      <w:proofErr w:type="spellStart"/>
      <w:r>
        <w:t>cân</w:t>
      </w:r>
      <w:proofErr w:type="spellEnd"/>
      <w:r>
        <w:t xml:space="preserve"> </w:t>
      </w:r>
      <w:proofErr w:type="spellStart"/>
      <w:r>
        <w:t>nhắc</w:t>
      </w:r>
      <w:proofErr w:type="spellEnd"/>
      <w:r>
        <w:t xml:space="preserve"> DynamoDB global tables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trúc</w:t>
      </w:r>
      <w:proofErr w:type="spellEnd"/>
      <w:r>
        <w:t xml:space="preserve"> multi-Region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>.</w:t>
      </w:r>
    </w:p>
    <w:p w14:paraId="4D520251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thử</w:t>
      </w:r>
      <w:proofErr w:type="spellEnd"/>
      <w:r>
        <w:t xml:space="preserve"> resilience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>: AWS Fault Injection Service + stop conditions/CloudWatch alarms.</w:t>
      </w:r>
    </w:p>
    <w:p w14:paraId="1D4B29C5" w14:textId="77777777" w:rsidR="00C0470B" w:rsidRDefault="00C0470B" w:rsidP="00C0470B">
      <w:pPr>
        <w:pStyle w:val="ListBullet"/>
        <w:numPr>
          <w:ilvl w:val="0"/>
          <w:numId w:val="0"/>
        </w:numPr>
        <w:ind w:left="360" w:hanging="360"/>
      </w:pPr>
    </w:p>
    <w:p w14:paraId="5259FB36" w14:textId="77777777" w:rsidR="00C0470B" w:rsidRDefault="00C0470B" w:rsidP="00C0470B">
      <w:pPr>
        <w:pStyle w:val="ListBullet"/>
        <w:numPr>
          <w:ilvl w:val="0"/>
          <w:numId w:val="0"/>
        </w:numPr>
        <w:ind w:left="360" w:hanging="360"/>
      </w:pPr>
    </w:p>
    <w:p w14:paraId="69275DAA" w14:textId="77777777" w:rsidR="00C0470B" w:rsidRDefault="00C0470B" w:rsidP="00C0470B">
      <w:pPr>
        <w:pStyle w:val="ListBullet"/>
        <w:numPr>
          <w:ilvl w:val="0"/>
          <w:numId w:val="0"/>
        </w:numPr>
        <w:ind w:left="360" w:hanging="360"/>
      </w:pPr>
    </w:p>
    <w:p w14:paraId="300ED069" w14:textId="77777777" w:rsidR="00C0470B" w:rsidRDefault="00C0470B" w:rsidP="00C0470B">
      <w:pPr>
        <w:pStyle w:val="ListBullet"/>
        <w:numPr>
          <w:ilvl w:val="0"/>
          <w:numId w:val="0"/>
        </w:numPr>
        <w:ind w:left="360" w:hanging="360"/>
      </w:pPr>
    </w:p>
    <w:p w14:paraId="0E87DEDA" w14:textId="77777777" w:rsidR="00C0470B" w:rsidRDefault="00C0470B" w:rsidP="00C0470B">
      <w:pPr>
        <w:pStyle w:val="ListBullet"/>
        <w:numPr>
          <w:ilvl w:val="0"/>
          <w:numId w:val="0"/>
        </w:numPr>
        <w:ind w:left="360" w:hanging="360"/>
      </w:pPr>
    </w:p>
    <w:p w14:paraId="7EDF8FB1" w14:textId="77777777" w:rsidR="00C0470B" w:rsidRDefault="00C0470B" w:rsidP="00C0470B">
      <w:pPr>
        <w:pStyle w:val="ListBullet"/>
        <w:numPr>
          <w:ilvl w:val="0"/>
          <w:numId w:val="0"/>
        </w:numPr>
        <w:ind w:left="360" w:hanging="360"/>
      </w:pPr>
    </w:p>
    <w:p w14:paraId="306907D3" w14:textId="77777777" w:rsidR="00C0470B" w:rsidRDefault="00C0470B" w:rsidP="00C0470B">
      <w:pPr>
        <w:pStyle w:val="ListBullet"/>
        <w:numPr>
          <w:ilvl w:val="0"/>
          <w:numId w:val="0"/>
        </w:numPr>
        <w:ind w:left="360" w:hanging="360"/>
      </w:pPr>
    </w:p>
    <w:p w14:paraId="5E2FAFC5" w14:textId="77777777" w:rsidR="00D25ABA" w:rsidRDefault="00000000">
      <w:pPr>
        <w:pStyle w:val="Heading1"/>
      </w:pPr>
      <w:r>
        <w:lastRenderedPageBreak/>
        <w:t>6. Domain 4 - Monitoring and Logging (15%)</w:t>
      </w:r>
    </w:p>
    <w:p w14:paraId="66770A4E" w14:textId="77777777" w:rsidR="00D25ABA" w:rsidRDefault="00000000">
      <w:pPr>
        <w:pStyle w:val="Heading2"/>
      </w:pPr>
      <w:r>
        <w:t>6.1 CloudWatch fundamentals</w:t>
      </w:r>
    </w:p>
    <w:p w14:paraId="7FD34832" w14:textId="77777777" w:rsidR="00D25ABA" w:rsidRDefault="00000000">
      <w:pPr>
        <w:pStyle w:val="ListBullet"/>
      </w:pPr>
      <w:r>
        <w:t xml:space="preserve">Metric </w:t>
      </w:r>
      <w:proofErr w:type="spellStart"/>
      <w:r>
        <w:t>gồm</w:t>
      </w:r>
      <w:proofErr w:type="spellEnd"/>
      <w:r>
        <w:t xml:space="preserve"> namespace, metric name, dimensions </w:t>
      </w:r>
      <w:proofErr w:type="spellStart"/>
      <w:r>
        <w:t>và</w:t>
      </w:r>
      <w:proofErr w:type="spellEnd"/>
      <w:r>
        <w:t xml:space="preserve"> timestamp. High-resolution metric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1 </w:t>
      </w:r>
      <w:proofErr w:type="spellStart"/>
      <w:r>
        <w:t>phút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tốn</w:t>
      </w:r>
      <w:proofErr w:type="spellEnd"/>
      <w:r>
        <w:t xml:space="preserve"> chi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hơn</w:t>
      </w:r>
      <w:proofErr w:type="spellEnd"/>
      <w:r>
        <w:t>.</w:t>
      </w:r>
    </w:p>
    <w:p w14:paraId="67859BA6" w14:textId="77777777" w:rsidR="00D25ABA" w:rsidRDefault="00000000">
      <w:pPr>
        <w:pStyle w:val="ListBullet"/>
      </w:pPr>
      <w:r>
        <w:t xml:space="preserve">Metric filter </w:t>
      </w:r>
      <w:proofErr w:type="spellStart"/>
      <w:r>
        <w:t>biến</w:t>
      </w:r>
      <w:proofErr w:type="spellEnd"/>
      <w:r>
        <w:t xml:space="preserve"> pattern </w:t>
      </w:r>
      <w:proofErr w:type="spellStart"/>
      <w:r>
        <w:t>trong</w:t>
      </w:r>
      <w:proofErr w:type="spellEnd"/>
      <w:r>
        <w:t xml:space="preserve"> log </w:t>
      </w:r>
      <w:proofErr w:type="spellStart"/>
      <w:r>
        <w:t>thành</w:t>
      </w:r>
      <w:proofErr w:type="spellEnd"/>
      <w:r>
        <w:t xml:space="preserve"> metric; Logs Insights </w:t>
      </w:r>
      <w:proofErr w:type="spellStart"/>
      <w:r>
        <w:t>dùng</w:t>
      </w:r>
      <w:proofErr w:type="spellEnd"/>
      <w:r>
        <w:t xml:space="preserve"> query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log; subscription filter stream log </w:t>
      </w:r>
      <w:proofErr w:type="spellStart"/>
      <w:r>
        <w:t>gần</w:t>
      </w:r>
      <w:proofErr w:type="spellEnd"/>
      <w:r>
        <w:t xml:space="preserve"> real-time </w:t>
      </w:r>
      <w:proofErr w:type="spellStart"/>
      <w:r>
        <w:t>tới</w:t>
      </w:r>
      <w:proofErr w:type="spellEnd"/>
      <w:r>
        <w:t xml:space="preserve"> Lambda/Kinesis/Firehose.</w:t>
      </w:r>
    </w:p>
    <w:p w14:paraId="0BB12851" w14:textId="77777777" w:rsidR="00D25ABA" w:rsidRDefault="00000000">
      <w:pPr>
        <w:pStyle w:val="ListBullet"/>
      </w:pPr>
      <w:r>
        <w:t xml:space="preserve">CloudWatch agent </w:t>
      </w:r>
      <w:proofErr w:type="spellStart"/>
      <w:r>
        <w:t>thu</w:t>
      </w:r>
      <w:proofErr w:type="spellEnd"/>
      <w:r>
        <w:t xml:space="preserve"> memory, disk </w:t>
      </w:r>
      <w:proofErr w:type="spellStart"/>
      <w:r>
        <w:t>và</w:t>
      </w:r>
      <w:proofErr w:type="spellEnd"/>
      <w:r>
        <w:t xml:space="preserve"> custom logs </w:t>
      </w:r>
      <w:proofErr w:type="spellStart"/>
      <w:r>
        <w:t>vì</w:t>
      </w:r>
      <w:proofErr w:type="spellEnd"/>
      <w:r>
        <w:t xml:space="preserve"> EC2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memory/disk utilization.</w:t>
      </w:r>
    </w:p>
    <w:p w14:paraId="26646C51" w14:textId="77777777" w:rsidR="00D25ABA" w:rsidRDefault="00000000">
      <w:pPr>
        <w:pStyle w:val="ListBullet"/>
      </w:pPr>
      <w:r>
        <w:t xml:space="preserve">Metric streams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metric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tới</w:t>
      </w:r>
      <w:proofErr w:type="spellEnd"/>
      <w:r>
        <w:t xml:space="preserve"> Firehose/S3/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observability.</w:t>
      </w:r>
    </w:p>
    <w:p w14:paraId="759C1E70" w14:textId="77777777" w:rsidR="00D25ABA" w:rsidRDefault="00000000">
      <w:pPr>
        <w:pStyle w:val="ListBullet"/>
      </w:pPr>
      <w:r>
        <w:t xml:space="preserve">Anomaly detection </w:t>
      </w:r>
      <w:proofErr w:type="spellStart"/>
      <w:r>
        <w:t>tạo</w:t>
      </w:r>
      <w:proofErr w:type="spellEnd"/>
      <w:r>
        <w:t xml:space="preserve"> band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dựa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,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ích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workload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mùa</w:t>
      </w:r>
      <w:proofErr w:type="spellEnd"/>
      <w:r>
        <w:t>.</w:t>
      </w:r>
    </w:p>
    <w:p w14:paraId="0148A5AE" w14:textId="77777777" w:rsidR="00D25ABA" w:rsidRDefault="00000000">
      <w:pPr>
        <w:pStyle w:val="Heading2"/>
      </w:pPr>
      <w:r>
        <w:t>6.2 Log pipeline patterns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6912"/>
      </w:tblGrid>
      <w:tr w:rsidR="00D25ABA" w14:paraId="657C4893" w14:textId="77777777">
        <w:trPr>
          <w:tblHeader/>
          <w:jc w:val="center"/>
        </w:trPr>
        <w:tc>
          <w:tcPr>
            <w:tcW w:w="3456" w:type="dxa"/>
            <w:shd w:val="clear" w:color="auto" w:fill="1F4E78"/>
            <w:vAlign w:val="center"/>
          </w:tcPr>
          <w:p w14:paraId="5B08A268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Yêu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cầu</w:t>
            </w:r>
            <w:proofErr w:type="spellEnd"/>
          </w:p>
        </w:tc>
        <w:tc>
          <w:tcPr>
            <w:tcW w:w="6912" w:type="dxa"/>
            <w:shd w:val="clear" w:color="auto" w:fill="1F4E78"/>
            <w:vAlign w:val="center"/>
          </w:tcPr>
          <w:p w14:paraId="754B5156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Giải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pháp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điển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hình</w:t>
            </w:r>
            <w:proofErr w:type="spellEnd"/>
          </w:p>
        </w:tc>
      </w:tr>
      <w:tr w:rsidR="00D25ABA" w14:paraId="18A9CC78" w14:textId="77777777">
        <w:trPr>
          <w:jc w:val="center"/>
        </w:trPr>
        <w:tc>
          <w:tcPr>
            <w:tcW w:w="3456" w:type="dxa"/>
            <w:shd w:val="clear" w:color="auto" w:fill="D9EAF7"/>
          </w:tcPr>
          <w:p w14:paraId="6BF924D0" w14:textId="77777777" w:rsidR="00D25ABA" w:rsidRDefault="00000000">
            <w:proofErr w:type="spellStart"/>
            <w:r>
              <w:rPr>
                <w:sz w:val="17"/>
              </w:rPr>
              <w:t>Tìm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kiếm</w:t>
            </w:r>
            <w:proofErr w:type="spellEnd"/>
            <w:r>
              <w:rPr>
                <w:sz w:val="17"/>
              </w:rPr>
              <w:t xml:space="preserve"> log ad hoc</w:t>
            </w:r>
          </w:p>
        </w:tc>
        <w:tc>
          <w:tcPr>
            <w:tcW w:w="6912" w:type="dxa"/>
          </w:tcPr>
          <w:p w14:paraId="5006319A" w14:textId="77777777" w:rsidR="00D25ABA" w:rsidRDefault="00000000">
            <w:r>
              <w:rPr>
                <w:sz w:val="17"/>
              </w:rPr>
              <w:t>CloudWatch Logs Insights</w:t>
            </w:r>
          </w:p>
        </w:tc>
      </w:tr>
      <w:tr w:rsidR="00D25ABA" w14:paraId="556FD961" w14:textId="77777777">
        <w:trPr>
          <w:jc w:val="center"/>
        </w:trPr>
        <w:tc>
          <w:tcPr>
            <w:tcW w:w="3456" w:type="dxa"/>
            <w:shd w:val="clear" w:color="auto" w:fill="D9EAF7"/>
          </w:tcPr>
          <w:p w14:paraId="4515E42C" w14:textId="77777777" w:rsidR="00D25ABA" w:rsidRDefault="00000000">
            <w:proofErr w:type="spellStart"/>
            <w:r>
              <w:rPr>
                <w:sz w:val="17"/>
              </w:rPr>
              <w:t>Phân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tích</w:t>
            </w:r>
            <w:proofErr w:type="spellEnd"/>
            <w:r>
              <w:rPr>
                <w:sz w:val="17"/>
              </w:rPr>
              <w:t xml:space="preserve"> S3 log </w:t>
            </w:r>
            <w:proofErr w:type="spellStart"/>
            <w:r>
              <w:rPr>
                <w:sz w:val="17"/>
              </w:rPr>
              <w:t>bằng</w:t>
            </w:r>
            <w:proofErr w:type="spellEnd"/>
            <w:r>
              <w:rPr>
                <w:sz w:val="17"/>
              </w:rPr>
              <w:t xml:space="preserve"> SQL</w:t>
            </w:r>
          </w:p>
        </w:tc>
        <w:tc>
          <w:tcPr>
            <w:tcW w:w="6912" w:type="dxa"/>
          </w:tcPr>
          <w:p w14:paraId="73DF37E2" w14:textId="77777777" w:rsidR="00D25ABA" w:rsidRDefault="00000000">
            <w:r>
              <w:rPr>
                <w:sz w:val="17"/>
              </w:rPr>
              <w:t>Athena</w:t>
            </w:r>
          </w:p>
        </w:tc>
      </w:tr>
      <w:tr w:rsidR="00D25ABA" w14:paraId="29B7BA54" w14:textId="77777777">
        <w:trPr>
          <w:jc w:val="center"/>
        </w:trPr>
        <w:tc>
          <w:tcPr>
            <w:tcW w:w="3456" w:type="dxa"/>
            <w:shd w:val="clear" w:color="auto" w:fill="D9EAF7"/>
          </w:tcPr>
          <w:p w14:paraId="3EF336E1" w14:textId="77777777" w:rsidR="00D25ABA" w:rsidRDefault="00000000">
            <w:proofErr w:type="gramStart"/>
            <w:r>
              <w:rPr>
                <w:sz w:val="17"/>
              </w:rPr>
              <w:t>Full-text</w:t>
            </w:r>
            <w:proofErr w:type="gramEnd"/>
            <w:r>
              <w:rPr>
                <w:sz w:val="17"/>
              </w:rPr>
              <w:t>/search dashboard</w:t>
            </w:r>
          </w:p>
        </w:tc>
        <w:tc>
          <w:tcPr>
            <w:tcW w:w="6912" w:type="dxa"/>
          </w:tcPr>
          <w:p w14:paraId="138D2B02" w14:textId="77777777" w:rsidR="00D25ABA" w:rsidRDefault="00000000">
            <w:r>
              <w:rPr>
                <w:sz w:val="17"/>
              </w:rPr>
              <w:t>OpenSearch Service</w:t>
            </w:r>
          </w:p>
        </w:tc>
      </w:tr>
      <w:tr w:rsidR="00D25ABA" w14:paraId="6CE96104" w14:textId="77777777">
        <w:trPr>
          <w:jc w:val="center"/>
        </w:trPr>
        <w:tc>
          <w:tcPr>
            <w:tcW w:w="3456" w:type="dxa"/>
            <w:shd w:val="clear" w:color="auto" w:fill="D9EAF7"/>
          </w:tcPr>
          <w:p w14:paraId="0873F0C0" w14:textId="77777777" w:rsidR="00D25ABA" w:rsidRDefault="00000000">
            <w:r>
              <w:rPr>
                <w:sz w:val="17"/>
              </w:rPr>
              <w:t xml:space="preserve">Stream </w:t>
            </w:r>
            <w:proofErr w:type="spellStart"/>
            <w:r>
              <w:rPr>
                <w:sz w:val="17"/>
              </w:rPr>
              <w:t>gần</w:t>
            </w:r>
            <w:proofErr w:type="spellEnd"/>
            <w:r>
              <w:rPr>
                <w:sz w:val="17"/>
              </w:rPr>
              <w:t xml:space="preserve"> real-time</w:t>
            </w:r>
          </w:p>
        </w:tc>
        <w:tc>
          <w:tcPr>
            <w:tcW w:w="6912" w:type="dxa"/>
          </w:tcPr>
          <w:p w14:paraId="62E7AD1F" w14:textId="77777777" w:rsidR="00D25ABA" w:rsidRDefault="00000000">
            <w:r>
              <w:rPr>
                <w:sz w:val="17"/>
              </w:rPr>
              <w:t>Subscription filter -&gt; Kinesis/Lambda/Firehose</w:t>
            </w:r>
          </w:p>
        </w:tc>
      </w:tr>
      <w:tr w:rsidR="00D25ABA" w14:paraId="217A6C1C" w14:textId="77777777">
        <w:trPr>
          <w:jc w:val="center"/>
        </w:trPr>
        <w:tc>
          <w:tcPr>
            <w:tcW w:w="3456" w:type="dxa"/>
            <w:shd w:val="clear" w:color="auto" w:fill="D9EAF7"/>
          </w:tcPr>
          <w:p w14:paraId="503BBFBA" w14:textId="77777777" w:rsidR="00D25ABA" w:rsidRDefault="00000000">
            <w:r>
              <w:rPr>
                <w:sz w:val="17"/>
              </w:rPr>
              <w:t xml:space="preserve">Archive </w:t>
            </w:r>
            <w:proofErr w:type="spellStart"/>
            <w:r>
              <w:rPr>
                <w:sz w:val="17"/>
              </w:rPr>
              <w:t>lâu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dài</w:t>
            </w:r>
            <w:proofErr w:type="spellEnd"/>
            <w:r>
              <w:rPr>
                <w:sz w:val="17"/>
              </w:rPr>
              <w:t xml:space="preserve">, chi </w:t>
            </w:r>
            <w:proofErr w:type="spellStart"/>
            <w:r>
              <w:rPr>
                <w:sz w:val="17"/>
              </w:rPr>
              <w:t>phí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thấp</w:t>
            </w:r>
            <w:proofErr w:type="spellEnd"/>
          </w:p>
        </w:tc>
        <w:tc>
          <w:tcPr>
            <w:tcW w:w="6912" w:type="dxa"/>
          </w:tcPr>
          <w:p w14:paraId="1F37245B" w14:textId="77777777" w:rsidR="00D25ABA" w:rsidRDefault="00000000">
            <w:r>
              <w:rPr>
                <w:sz w:val="17"/>
              </w:rPr>
              <w:t>S3 lifecycle -&gt; Glacier</w:t>
            </w:r>
          </w:p>
        </w:tc>
      </w:tr>
      <w:tr w:rsidR="00D25ABA" w14:paraId="20F9ECB0" w14:textId="77777777">
        <w:trPr>
          <w:jc w:val="center"/>
        </w:trPr>
        <w:tc>
          <w:tcPr>
            <w:tcW w:w="3456" w:type="dxa"/>
            <w:shd w:val="clear" w:color="auto" w:fill="D9EAF7"/>
          </w:tcPr>
          <w:p w14:paraId="709238B9" w14:textId="77777777" w:rsidR="00D25ABA" w:rsidRDefault="00000000">
            <w:r>
              <w:rPr>
                <w:sz w:val="17"/>
              </w:rPr>
              <w:t xml:space="preserve">Trace request </w:t>
            </w:r>
            <w:proofErr w:type="spellStart"/>
            <w:r>
              <w:rPr>
                <w:sz w:val="17"/>
              </w:rPr>
              <w:t>xuyên</w:t>
            </w:r>
            <w:proofErr w:type="spellEnd"/>
            <w:r>
              <w:rPr>
                <w:sz w:val="17"/>
              </w:rPr>
              <w:t xml:space="preserve"> microservices</w:t>
            </w:r>
          </w:p>
        </w:tc>
        <w:tc>
          <w:tcPr>
            <w:tcW w:w="6912" w:type="dxa"/>
          </w:tcPr>
          <w:p w14:paraId="34970725" w14:textId="77777777" w:rsidR="00D25ABA" w:rsidRDefault="00000000">
            <w:r>
              <w:rPr>
                <w:sz w:val="17"/>
              </w:rPr>
              <w:t>AWS X-Ray</w:t>
            </w:r>
          </w:p>
        </w:tc>
      </w:tr>
      <w:tr w:rsidR="00D25ABA" w14:paraId="0BD02347" w14:textId="77777777">
        <w:trPr>
          <w:jc w:val="center"/>
        </w:trPr>
        <w:tc>
          <w:tcPr>
            <w:tcW w:w="3456" w:type="dxa"/>
            <w:shd w:val="clear" w:color="auto" w:fill="D9EAF7"/>
          </w:tcPr>
          <w:p w14:paraId="2EF9D209" w14:textId="77777777" w:rsidR="00D25ABA" w:rsidRDefault="00000000">
            <w:r>
              <w:rPr>
                <w:sz w:val="17"/>
              </w:rPr>
              <w:t>Synthetic endpoint monitoring</w:t>
            </w:r>
          </w:p>
        </w:tc>
        <w:tc>
          <w:tcPr>
            <w:tcW w:w="6912" w:type="dxa"/>
          </w:tcPr>
          <w:p w14:paraId="40FB82A7" w14:textId="77777777" w:rsidR="00D25ABA" w:rsidRDefault="00000000">
            <w:r>
              <w:rPr>
                <w:sz w:val="17"/>
              </w:rPr>
              <w:t>CloudWatch Synthetics canaries</w:t>
            </w:r>
          </w:p>
        </w:tc>
      </w:tr>
    </w:tbl>
    <w:p w14:paraId="4AE60FC4" w14:textId="77777777" w:rsidR="00D25ABA" w:rsidRDefault="00D25ABA"/>
    <w:p w14:paraId="76F7BC26" w14:textId="77777777" w:rsidR="00D25ABA" w:rsidRDefault="00000000">
      <w:pPr>
        <w:pStyle w:val="Heading2"/>
      </w:pPr>
      <w:r>
        <w:t xml:space="preserve">6.3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hay </w:t>
      </w:r>
      <w:proofErr w:type="spellStart"/>
      <w:r>
        <w:t>gặp</w:t>
      </w:r>
      <w:proofErr w:type="spellEnd"/>
    </w:p>
    <w:p w14:paraId="18F9F7DE" w14:textId="77777777" w:rsidR="00D25ABA" w:rsidRDefault="00000000">
      <w:pPr>
        <w:pStyle w:val="ListBullet"/>
      </w:pPr>
      <w:r>
        <w:t xml:space="preserve">Log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account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, </w:t>
      </w:r>
      <w:proofErr w:type="spellStart"/>
      <w:r>
        <w:t>mã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lâu</w:t>
      </w:r>
      <w:proofErr w:type="spellEnd"/>
      <w:r>
        <w:t>: subscription/Firehose/S3 + KMS + lifecycle.</w:t>
      </w:r>
    </w:p>
    <w:p w14:paraId="48A6AF14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alarm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chuỗi</w:t>
      </w:r>
      <w:proofErr w:type="spellEnd"/>
      <w:r>
        <w:t xml:space="preserve"> ERROR </w:t>
      </w:r>
      <w:proofErr w:type="spellStart"/>
      <w:r>
        <w:t>trong</w:t>
      </w:r>
      <w:proofErr w:type="spellEnd"/>
      <w:r>
        <w:t xml:space="preserve"> log: metric filter + CloudWatch alarm + SNS/</w:t>
      </w:r>
      <w:proofErr w:type="spellStart"/>
      <w:r>
        <w:t>EventBridge</w:t>
      </w:r>
      <w:proofErr w:type="spellEnd"/>
      <w:r>
        <w:t>/Lambda.</w:t>
      </w:r>
    </w:p>
    <w:p w14:paraId="3D976B48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root cause latency </w:t>
      </w:r>
      <w:proofErr w:type="spellStart"/>
      <w:r>
        <w:t>của</w:t>
      </w:r>
      <w:proofErr w:type="spellEnd"/>
      <w:r>
        <w:t xml:space="preserve"> API Gateway -&gt; Lambda -&gt; downstream: X-Ray tracing.</w:t>
      </w:r>
    </w:p>
    <w:p w14:paraId="74FB7AE6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pattern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threshold </w:t>
      </w:r>
      <w:proofErr w:type="spellStart"/>
      <w:r>
        <w:t>tĩnh</w:t>
      </w:r>
      <w:proofErr w:type="spellEnd"/>
      <w:r>
        <w:t>: anomaly detection.</w:t>
      </w:r>
    </w:p>
    <w:p w14:paraId="6EA6D046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dashboard cross-account: CloudWatch cross-account observability / central monitoring account.</w:t>
      </w:r>
    </w:p>
    <w:p w14:paraId="1CAD9C80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45C26054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2095234F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690C579B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55A60D38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271D4807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07B46258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20D0BFFF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6E5D35E2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71F2AA0C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17D9905E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3A27DAA5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4897278B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0371DC13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25AB9ACD" w14:textId="77777777" w:rsidR="002320E4" w:rsidRDefault="002320E4" w:rsidP="002320E4">
      <w:pPr>
        <w:pStyle w:val="ListBullet"/>
        <w:numPr>
          <w:ilvl w:val="0"/>
          <w:numId w:val="0"/>
        </w:numPr>
        <w:ind w:left="360" w:hanging="360"/>
      </w:pPr>
    </w:p>
    <w:p w14:paraId="1090FE0D" w14:textId="77777777" w:rsidR="00D25ABA" w:rsidRDefault="00000000">
      <w:pPr>
        <w:pStyle w:val="Heading1"/>
      </w:pPr>
      <w:r>
        <w:lastRenderedPageBreak/>
        <w:t>7. Domain 5 - Incident and Event Response (14%)</w:t>
      </w:r>
    </w:p>
    <w:p w14:paraId="256EEC80" w14:textId="77777777" w:rsidR="00D25ABA" w:rsidRDefault="00000000">
      <w:pPr>
        <w:pStyle w:val="Heading2"/>
      </w:pPr>
      <w:r>
        <w:t>7.1 Event-driven response</w:t>
      </w:r>
    </w:p>
    <w:p w14:paraId="2B73B1AF" w14:textId="77777777" w:rsidR="00D25ABA" w:rsidRDefault="00000000">
      <w:pPr>
        <w:pStyle w:val="ListBullet"/>
      </w:pPr>
      <w:proofErr w:type="spellStart"/>
      <w:r>
        <w:t>EventBridge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event pattern, routing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target; SNS </w:t>
      </w:r>
      <w:proofErr w:type="spellStart"/>
      <w:r>
        <w:t>dùng</w:t>
      </w:r>
      <w:proofErr w:type="spellEnd"/>
      <w:r>
        <w:t xml:space="preserve"> pub/sub fan-out; SQS </w:t>
      </w:r>
      <w:proofErr w:type="spellStart"/>
      <w:r>
        <w:t>dùng</w:t>
      </w:r>
      <w:proofErr w:type="spellEnd"/>
      <w:r>
        <w:t xml:space="preserve"> durable queue </w:t>
      </w:r>
      <w:proofErr w:type="spellStart"/>
      <w:r>
        <w:t>và</w:t>
      </w:r>
      <w:proofErr w:type="spellEnd"/>
      <w:r>
        <w:t xml:space="preserve"> decoupling; Step Functions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workflow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bước</w:t>
      </w:r>
      <w:proofErr w:type="spellEnd"/>
      <w:r>
        <w:t>.</w:t>
      </w:r>
    </w:p>
    <w:p w14:paraId="10744F7C" w14:textId="77777777" w:rsidR="00D25ABA" w:rsidRDefault="00000000">
      <w:pPr>
        <w:pStyle w:val="ListBullet"/>
      </w:pPr>
      <w:r>
        <w:t xml:space="preserve">CloudTrail </w:t>
      </w:r>
      <w:proofErr w:type="spellStart"/>
      <w:r>
        <w:t>ghi</w:t>
      </w:r>
      <w:proofErr w:type="spellEnd"/>
      <w:r>
        <w:t xml:space="preserve"> API activity; </w:t>
      </w:r>
      <w:proofErr w:type="spellStart"/>
      <w:r>
        <w:t>EventBridge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API qua CloudTrail </w:t>
      </w:r>
      <w:proofErr w:type="spellStart"/>
      <w:r>
        <w:t>để</w:t>
      </w:r>
      <w:proofErr w:type="spellEnd"/>
      <w:r>
        <w:t xml:space="preserve"> trigger automation.</w:t>
      </w:r>
    </w:p>
    <w:p w14:paraId="5919F168" w14:textId="77777777" w:rsidR="00D25ABA" w:rsidRDefault="00000000">
      <w:pPr>
        <w:pStyle w:val="ListBullet"/>
      </w:pPr>
      <w:r>
        <w:t xml:space="preserve">AWS Health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 xml:space="preserve"> account/resource;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EventBridge</w:t>
      </w:r>
      <w:proofErr w:type="spellEnd"/>
      <w:r>
        <w:t xml:space="preserve">/SNS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remediation.</w:t>
      </w:r>
    </w:p>
    <w:p w14:paraId="534F06CF" w14:textId="77777777" w:rsidR="00D25ABA" w:rsidRDefault="00000000">
      <w:pPr>
        <w:pStyle w:val="ListBullet"/>
      </w:pPr>
      <w:r>
        <w:t xml:space="preserve">Dead-letter queue </w:t>
      </w:r>
      <w:proofErr w:type="spellStart"/>
      <w:r>
        <w:t>và</w:t>
      </w:r>
      <w:proofErr w:type="spellEnd"/>
      <w:r>
        <w:t xml:space="preserve"> retry policy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failure </w:t>
      </w:r>
      <w:proofErr w:type="spellStart"/>
      <w:r>
        <w:t>có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>.</w:t>
      </w:r>
    </w:p>
    <w:p w14:paraId="19C51FD9" w14:textId="77777777" w:rsidR="00D25ABA" w:rsidRDefault="00000000">
      <w:pPr>
        <w:pStyle w:val="ListBullet"/>
      </w:pPr>
      <w:r>
        <w:t xml:space="preserve">Idempotency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event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lại</w:t>
      </w:r>
      <w:proofErr w:type="spellEnd"/>
      <w:r>
        <w:t>.</w:t>
      </w:r>
    </w:p>
    <w:p w14:paraId="3A6389D8" w14:textId="77777777" w:rsidR="00D25ABA" w:rsidRDefault="00000000">
      <w:pPr>
        <w:pStyle w:val="Heading2"/>
      </w:pPr>
      <w:r>
        <w:t>7.2 Troubleshooting framework</w:t>
      </w:r>
    </w:p>
    <w:p w14:paraId="17ABFE49" w14:textId="77777777" w:rsidR="00D25ABA" w:rsidRDefault="00000000">
      <w:pPr>
        <w:pStyle w:val="ListNumber"/>
      </w:pP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phạm</w:t>
      </w:r>
      <w:proofErr w:type="spellEnd"/>
      <w:r>
        <w:t xml:space="preserve"> vi: </w:t>
      </w:r>
      <w:proofErr w:type="spellStart"/>
      <w:r>
        <w:t>một</w:t>
      </w:r>
      <w:proofErr w:type="spellEnd"/>
      <w:r>
        <w:t xml:space="preserve"> instance, </w:t>
      </w:r>
      <w:proofErr w:type="spellStart"/>
      <w:r>
        <w:t>một</w:t>
      </w:r>
      <w:proofErr w:type="spellEnd"/>
      <w:r>
        <w:t xml:space="preserve"> AZ, </w:t>
      </w:r>
      <w:proofErr w:type="spellStart"/>
      <w:r>
        <w:t>một</w:t>
      </w:r>
      <w:proofErr w:type="spellEnd"/>
      <w:r>
        <w:t xml:space="preserve"> Region hay </w:t>
      </w:r>
      <w:proofErr w:type="spellStart"/>
      <w:r>
        <w:t>toàn</w:t>
      </w:r>
      <w:proofErr w:type="spellEnd"/>
      <w:r>
        <w:t xml:space="preserve"> fleet.</w:t>
      </w:r>
    </w:p>
    <w:p w14:paraId="3C46EFB1" w14:textId="77777777" w:rsidR="00D25ABA" w:rsidRDefault="00000000">
      <w:pPr>
        <w:pStyle w:val="ListNumber"/>
      </w:pP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deployment history, CloudFormation events, </w:t>
      </w:r>
      <w:proofErr w:type="spellStart"/>
      <w:r>
        <w:t>CodeBuild</w:t>
      </w:r>
      <w:proofErr w:type="spellEnd"/>
      <w:r>
        <w:t xml:space="preserve"> logs, </w:t>
      </w:r>
      <w:proofErr w:type="spellStart"/>
      <w:r>
        <w:t>CodeDeploy</w:t>
      </w:r>
      <w:proofErr w:type="spellEnd"/>
      <w:r>
        <w:t xml:space="preserve"> lifecycle hooks.</w:t>
      </w:r>
    </w:p>
    <w:p w14:paraId="0866237C" w14:textId="77777777" w:rsidR="00D25ABA" w:rsidRDefault="00000000">
      <w:pPr>
        <w:pStyle w:val="ListNumber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chiếu</w:t>
      </w:r>
      <w:proofErr w:type="spellEnd"/>
      <w:r>
        <w:t xml:space="preserve"> metric, log, trace </w:t>
      </w:r>
      <w:proofErr w:type="spellStart"/>
      <w:r>
        <w:t>và</w:t>
      </w:r>
      <w:proofErr w:type="spellEnd"/>
      <w:r>
        <w:t xml:space="preserve"> recent changes;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 </w:t>
      </w:r>
      <w:proofErr w:type="spellStart"/>
      <w:r>
        <w:t>thuyết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chứng</w:t>
      </w:r>
      <w:proofErr w:type="spellEnd"/>
      <w:r>
        <w:t>.</w:t>
      </w:r>
    </w:p>
    <w:p w14:paraId="516BF8C7" w14:textId="77777777" w:rsidR="00D25ABA" w:rsidRDefault="00000000">
      <w:pPr>
        <w:pStyle w:val="ListNumber"/>
      </w:pPr>
      <w:r>
        <w:t xml:space="preserve">Mitigate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root cause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tất</w:t>
      </w:r>
      <w:proofErr w:type="spellEnd"/>
      <w:r>
        <w:t>: rollback, shift traffic, scale out, isolate dependency.</w:t>
      </w:r>
    </w:p>
    <w:p w14:paraId="3633D4FE" w14:textId="77777777" w:rsidR="00D25ABA" w:rsidRDefault="00000000">
      <w:pPr>
        <w:pStyle w:val="ListNumber"/>
      </w:pPr>
      <w:r>
        <w:t xml:space="preserve">Sau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: post-incident review, update runbook, alarm, test </w:t>
      </w:r>
      <w:proofErr w:type="spellStart"/>
      <w:r>
        <w:t>và</w:t>
      </w:r>
      <w:proofErr w:type="spellEnd"/>
      <w:r>
        <w:t xml:space="preserve"> guardrail.</w:t>
      </w:r>
    </w:p>
    <w:p w14:paraId="7D7EE0EC" w14:textId="77777777" w:rsidR="00D25ABA" w:rsidRDefault="00000000">
      <w:pPr>
        <w:pStyle w:val="Heading2"/>
      </w:pPr>
      <w:r>
        <w:t xml:space="preserve">7.3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hay </w:t>
      </w:r>
      <w:proofErr w:type="spellStart"/>
      <w:r>
        <w:t>gặp</w:t>
      </w:r>
      <w:proofErr w:type="spellEnd"/>
    </w:p>
    <w:p w14:paraId="0787B6F9" w14:textId="77777777" w:rsidR="00D25ABA" w:rsidRDefault="00000000">
      <w:pPr>
        <w:pStyle w:val="ListBullet"/>
      </w:pPr>
      <w:r>
        <w:t xml:space="preserve">Config noncompliant -&gt; Config rule -&gt; </w:t>
      </w:r>
      <w:proofErr w:type="spellStart"/>
      <w:r>
        <w:t>EventBridge</w:t>
      </w:r>
      <w:proofErr w:type="spellEnd"/>
      <w:r>
        <w:t xml:space="preserve"> -&gt; SSM Automation remediation.</w:t>
      </w:r>
    </w:p>
    <w:p w14:paraId="7C831E08" w14:textId="77777777" w:rsidR="00D25ABA" w:rsidRDefault="00000000">
      <w:pPr>
        <w:pStyle w:val="ListBullet"/>
      </w:pPr>
      <w:r>
        <w:t xml:space="preserve">Deployment </w:t>
      </w:r>
      <w:proofErr w:type="spellStart"/>
      <w:r>
        <w:t>thất</w:t>
      </w:r>
      <w:proofErr w:type="spellEnd"/>
      <w:r>
        <w:t xml:space="preserve"> </w:t>
      </w:r>
      <w:proofErr w:type="spellStart"/>
      <w:r>
        <w:t>bại</w:t>
      </w:r>
      <w:proofErr w:type="spellEnd"/>
      <w:r>
        <w:t xml:space="preserve"> ở hook </w:t>
      </w:r>
      <w:proofErr w:type="spellStart"/>
      <w:r>
        <w:t>ValidateService</w:t>
      </w:r>
      <w:proofErr w:type="spellEnd"/>
      <w:r>
        <w:t xml:space="preserve">: </w:t>
      </w:r>
      <w:proofErr w:type="spellStart"/>
      <w:r>
        <w:t>xem</w:t>
      </w:r>
      <w:proofErr w:type="spellEnd"/>
      <w:r>
        <w:t xml:space="preserve"> </w:t>
      </w:r>
      <w:proofErr w:type="spellStart"/>
      <w:r>
        <w:t>CodeDeploy</w:t>
      </w:r>
      <w:proofErr w:type="spellEnd"/>
      <w:r>
        <w:t xml:space="preserve"> logs/agent </w:t>
      </w:r>
      <w:proofErr w:type="spellStart"/>
      <w:r>
        <w:t>và</w:t>
      </w:r>
      <w:proofErr w:type="spellEnd"/>
      <w:r>
        <w:t xml:space="preserve"> rollback.</w:t>
      </w:r>
    </w:p>
    <w:p w14:paraId="4D242638" w14:textId="77777777" w:rsidR="00D25ABA" w:rsidRDefault="00000000">
      <w:pPr>
        <w:pStyle w:val="ListBullet"/>
      </w:pPr>
      <w:r>
        <w:t xml:space="preserve">ASG </w:t>
      </w:r>
      <w:proofErr w:type="spellStart"/>
      <w:r>
        <w:t>không</w:t>
      </w:r>
      <w:proofErr w:type="spellEnd"/>
      <w:r>
        <w:t xml:space="preserve"> launch instance: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launch template, quota, subnet IP, IAM instance profile, health check/grace period.</w:t>
      </w:r>
    </w:p>
    <w:p w14:paraId="7EDB225C" w14:textId="77777777" w:rsidR="00D25ABA" w:rsidRDefault="00000000">
      <w:pPr>
        <w:pStyle w:val="ListBullet"/>
      </w:pPr>
      <w:r>
        <w:t xml:space="preserve">Lambda </w:t>
      </w:r>
      <w:proofErr w:type="spellStart"/>
      <w:r>
        <w:t>bị</w:t>
      </w:r>
      <w:proofErr w:type="spellEnd"/>
      <w:r>
        <w:t xml:space="preserve"> </w:t>
      </w:r>
      <w:proofErr w:type="gramStart"/>
      <w:r>
        <w:t>throttling:</w:t>
      </w:r>
      <w:proofErr w:type="gramEnd"/>
      <w:r>
        <w:t xml:space="preserve"> concurrency, reserved concurrency, downstream limits, retries/DLQ.</w:t>
      </w:r>
    </w:p>
    <w:p w14:paraId="37C21277" w14:textId="77777777" w:rsidR="00D25ABA" w:rsidRDefault="00000000">
      <w:pPr>
        <w:pStyle w:val="ListBullet"/>
      </w:pPr>
      <w:r>
        <w:t xml:space="preserve">ECS service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ổn</w:t>
      </w:r>
      <w:proofErr w:type="spellEnd"/>
      <w:r>
        <w:t xml:space="preserve"> </w:t>
      </w:r>
      <w:proofErr w:type="spellStart"/>
      <w:r>
        <w:t>định</w:t>
      </w:r>
      <w:proofErr w:type="spellEnd"/>
      <w:r>
        <w:t>: target group health, task role/execution role, image pull, port mapping, capacity provider.</w:t>
      </w:r>
    </w:p>
    <w:p w14:paraId="16226463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6C8AFB3C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4EECED97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7436A207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759C9560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1FA15C4B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1E007563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3B25B7BB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5B03590A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6AA6D2AA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3E525224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07006A44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3B75C886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32402403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10C4F896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50F823A4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6690F9EC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0EC207B7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7C9382A7" w14:textId="77777777" w:rsidR="004448D4" w:rsidRDefault="004448D4" w:rsidP="004448D4">
      <w:pPr>
        <w:pStyle w:val="ListBullet"/>
        <w:numPr>
          <w:ilvl w:val="0"/>
          <w:numId w:val="0"/>
        </w:numPr>
        <w:ind w:left="360" w:hanging="360"/>
      </w:pPr>
    </w:p>
    <w:p w14:paraId="2B4B4090" w14:textId="77777777" w:rsidR="00D25ABA" w:rsidRDefault="00000000">
      <w:pPr>
        <w:pStyle w:val="Heading1"/>
      </w:pPr>
      <w:r>
        <w:lastRenderedPageBreak/>
        <w:t>8. Domain 6 - Security and Compliance (17%)</w:t>
      </w:r>
    </w:p>
    <w:p w14:paraId="00F8AC48" w14:textId="77777777" w:rsidR="00D25ABA" w:rsidRDefault="00000000">
      <w:pPr>
        <w:pStyle w:val="Heading2"/>
      </w:pPr>
      <w:r>
        <w:t>8.1 IAM at scale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93"/>
        <w:gridCol w:w="3741"/>
        <w:gridCol w:w="4148"/>
      </w:tblGrid>
      <w:tr w:rsidR="00D25ABA" w14:paraId="55CEF186" w14:textId="77777777">
        <w:trPr>
          <w:tblHeader/>
          <w:jc w:val="center"/>
        </w:trPr>
        <w:tc>
          <w:tcPr>
            <w:tcW w:w="2592" w:type="dxa"/>
            <w:shd w:val="clear" w:color="auto" w:fill="1F4E78"/>
            <w:vAlign w:val="center"/>
          </w:tcPr>
          <w:p w14:paraId="5EF60312" w14:textId="77777777" w:rsidR="00D25ABA" w:rsidRDefault="00000000">
            <w:proofErr w:type="spellStart"/>
            <w:r>
              <w:rPr>
                <w:b/>
                <w:color w:val="FFFFFF"/>
                <w:sz w:val="16"/>
              </w:rPr>
              <w:t>Cơ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chế</w:t>
            </w:r>
            <w:proofErr w:type="spellEnd"/>
          </w:p>
        </w:tc>
        <w:tc>
          <w:tcPr>
            <w:tcW w:w="3888" w:type="dxa"/>
            <w:shd w:val="clear" w:color="auto" w:fill="1F4E78"/>
            <w:vAlign w:val="center"/>
          </w:tcPr>
          <w:p w14:paraId="1EE0BD3B" w14:textId="77777777" w:rsidR="00D25ABA" w:rsidRDefault="00000000">
            <w:proofErr w:type="spellStart"/>
            <w:r>
              <w:rPr>
                <w:b/>
                <w:color w:val="FFFFFF"/>
                <w:sz w:val="16"/>
              </w:rPr>
              <w:t>Dùng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khi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nào</w:t>
            </w:r>
            <w:proofErr w:type="spellEnd"/>
          </w:p>
        </w:tc>
        <w:tc>
          <w:tcPr>
            <w:tcW w:w="4320" w:type="dxa"/>
            <w:shd w:val="clear" w:color="auto" w:fill="1F4E78"/>
            <w:vAlign w:val="center"/>
          </w:tcPr>
          <w:p w14:paraId="2EC850C2" w14:textId="77777777" w:rsidR="00D25ABA" w:rsidRDefault="00000000">
            <w:r>
              <w:rPr>
                <w:b/>
                <w:color w:val="FFFFFF"/>
                <w:sz w:val="16"/>
              </w:rPr>
              <w:t xml:space="preserve">Sai </w:t>
            </w:r>
            <w:proofErr w:type="spellStart"/>
            <w:r>
              <w:rPr>
                <w:b/>
                <w:color w:val="FFFFFF"/>
                <w:sz w:val="16"/>
              </w:rPr>
              <w:t>lầm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thường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gặp</w:t>
            </w:r>
            <w:proofErr w:type="spellEnd"/>
          </w:p>
        </w:tc>
      </w:tr>
      <w:tr w:rsidR="00D25ABA" w14:paraId="05FE9E91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7F1493B8" w14:textId="77777777" w:rsidR="00D25ABA" w:rsidRDefault="00000000">
            <w:r>
              <w:rPr>
                <w:sz w:val="16"/>
              </w:rPr>
              <w:t>IAM role + STS</w:t>
            </w:r>
          </w:p>
        </w:tc>
        <w:tc>
          <w:tcPr>
            <w:tcW w:w="3888" w:type="dxa"/>
          </w:tcPr>
          <w:p w14:paraId="5373E537" w14:textId="77777777" w:rsidR="00D25ABA" w:rsidRDefault="00000000">
            <w:r>
              <w:rPr>
                <w:sz w:val="16"/>
              </w:rPr>
              <w:t xml:space="preserve">Machine/workload </w:t>
            </w:r>
            <w:proofErr w:type="spellStart"/>
            <w:r>
              <w:rPr>
                <w:sz w:val="16"/>
              </w:rPr>
              <w:t>hoặc</w:t>
            </w:r>
            <w:proofErr w:type="spellEnd"/>
            <w:r>
              <w:rPr>
                <w:sz w:val="16"/>
              </w:rPr>
              <w:t xml:space="preserve"> cross-account temporary access</w:t>
            </w:r>
          </w:p>
        </w:tc>
        <w:tc>
          <w:tcPr>
            <w:tcW w:w="4320" w:type="dxa"/>
          </w:tcPr>
          <w:p w14:paraId="202D5410" w14:textId="77777777" w:rsidR="00D25ABA" w:rsidRDefault="00000000">
            <w:proofErr w:type="spellStart"/>
            <w:r>
              <w:rPr>
                <w:sz w:val="16"/>
              </w:rPr>
              <w:t>Dùng</w:t>
            </w:r>
            <w:proofErr w:type="spellEnd"/>
            <w:r>
              <w:rPr>
                <w:sz w:val="16"/>
              </w:rPr>
              <w:t xml:space="preserve"> access key </w:t>
            </w:r>
            <w:proofErr w:type="spellStart"/>
            <w:r>
              <w:rPr>
                <w:sz w:val="16"/>
              </w:rPr>
              <w:t>dài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hạn</w:t>
            </w:r>
            <w:proofErr w:type="spellEnd"/>
          </w:p>
        </w:tc>
      </w:tr>
      <w:tr w:rsidR="00D25ABA" w14:paraId="2569CB63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1415CF5C" w14:textId="77777777" w:rsidR="00D25ABA" w:rsidRDefault="00000000">
            <w:r>
              <w:rPr>
                <w:sz w:val="16"/>
              </w:rPr>
              <w:t>IAM Identity Center</w:t>
            </w:r>
          </w:p>
        </w:tc>
        <w:tc>
          <w:tcPr>
            <w:tcW w:w="3888" w:type="dxa"/>
          </w:tcPr>
          <w:p w14:paraId="23C0B61E" w14:textId="77777777" w:rsidR="00D25ABA" w:rsidRDefault="00000000">
            <w:r>
              <w:rPr>
                <w:sz w:val="16"/>
              </w:rPr>
              <w:t xml:space="preserve">Workforce access </w:t>
            </w:r>
            <w:proofErr w:type="spellStart"/>
            <w:r>
              <w:rPr>
                <w:sz w:val="16"/>
              </w:rPr>
              <w:t>nhiều</w:t>
            </w:r>
            <w:proofErr w:type="spellEnd"/>
            <w:r>
              <w:rPr>
                <w:sz w:val="16"/>
              </w:rPr>
              <w:t xml:space="preserve"> account</w:t>
            </w:r>
          </w:p>
        </w:tc>
        <w:tc>
          <w:tcPr>
            <w:tcW w:w="4320" w:type="dxa"/>
          </w:tcPr>
          <w:p w14:paraId="3317717E" w14:textId="77777777" w:rsidR="00D25ABA" w:rsidRDefault="00000000">
            <w:proofErr w:type="spellStart"/>
            <w:r>
              <w:rPr>
                <w:sz w:val="16"/>
              </w:rPr>
              <w:t>Tạo</w:t>
            </w:r>
            <w:proofErr w:type="spellEnd"/>
            <w:r>
              <w:rPr>
                <w:sz w:val="16"/>
              </w:rPr>
              <w:t xml:space="preserve"> IAM user </w:t>
            </w:r>
            <w:proofErr w:type="spellStart"/>
            <w:r>
              <w:rPr>
                <w:sz w:val="16"/>
              </w:rPr>
              <w:t>riêng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từng</w:t>
            </w:r>
            <w:proofErr w:type="spellEnd"/>
            <w:r>
              <w:rPr>
                <w:sz w:val="16"/>
              </w:rPr>
              <w:t xml:space="preserve"> account</w:t>
            </w:r>
          </w:p>
        </w:tc>
      </w:tr>
      <w:tr w:rsidR="00D25ABA" w14:paraId="4AC7629A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66AC5BEB" w14:textId="77777777" w:rsidR="00D25ABA" w:rsidRDefault="00000000">
            <w:r>
              <w:rPr>
                <w:sz w:val="16"/>
              </w:rPr>
              <w:t>SCP</w:t>
            </w:r>
          </w:p>
        </w:tc>
        <w:tc>
          <w:tcPr>
            <w:tcW w:w="3888" w:type="dxa"/>
          </w:tcPr>
          <w:p w14:paraId="7D4F4718" w14:textId="77777777" w:rsidR="00D25ABA" w:rsidRDefault="00000000">
            <w:proofErr w:type="spellStart"/>
            <w:r>
              <w:rPr>
                <w:sz w:val="16"/>
              </w:rPr>
              <w:t>Đặt</w:t>
            </w:r>
            <w:proofErr w:type="spellEnd"/>
            <w:r>
              <w:rPr>
                <w:sz w:val="16"/>
              </w:rPr>
              <w:t xml:space="preserve"> guardrail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cho</w:t>
            </w:r>
            <w:proofErr w:type="spellEnd"/>
            <w:r>
              <w:rPr>
                <w:sz w:val="16"/>
              </w:rPr>
              <w:t xml:space="preserve"> OU/account</w:t>
            </w:r>
          </w:p>
        </w:tc>
        <w:tc>
          <w:tcPr>
            <w:tcW w:w="4320" w:type="dxa"/>
          </w:tcPr>
          <w:p w14:paraId="6567662B" w14:textId="77777777" w:rsidR="00D25ABA" w:rsidRDefault="00000000">
            <w:proofErr w:type="spellStart"/>
            <w:r>
              <w:rPr>
                <w:sz w:val="16"/>
              </w:rPr>
              <w:t>Nghĩ</w:t>
            </w:r>
            <w:proofErr w:type="spellEnd"/>
            <w:r>
              <w:rPr>
                <w:sz w:val="16"/>
              </w:rPr>
              <w:t xml:space="preserve"> SCP </w:t>
            </w:r>
            <w:proofErr w:type="spellStart"/>
            <w:r>
              <w:rPr>
                <w:sz w:val="16"/>
              </w:rPr>
              <w:t>tự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cấp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quyền</w:t>
            </w:r>
            <w:proofErr w:type="spellEnd"/>
          </w:p>
        </w:tc>
      </w:tr>
      <w:tr w:rsidR="00D25ABA" w14:paraId="0479750E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5E1E85C2" w14:textId="77777777" w:rsidR="00D25ABA" w:rsidRDefault="00000000">
            <w:r>
              <w:rPr>
                <w:sz w:val="16"/>
              </w:rPr>
              <w:t>Permission boundary</w:t>
            </w:r>
          </w:p>
        </w:tc>
        <w:tc>
          <w:tcPr>
            <w:tcW w:w="3888" w:type="dxa"/>
          </w:tcPr>
          <w:p w14:paraId="53FE5F2F" w14:textId="77777777" w:rsidR="00D25ABA" w:rsidRDefault="00000000">
            <w:proofErr w:type="spellStart"/>
            <w:r>
              <w:rPr>
                <w:sz w:val="16"/>
              </w:rPr>
              <w:t>Giới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quyền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mà</w:t>
            </w:r>
            <w:proofErr w:type="spellEnd"/>
            <w:r>
              <w:rPr>
                <w:sz w:val="16"/>
              </w:rPr>
              <w:t xml:space="preserve"> role/user </w:t>
            </w:r>
            <w:proofErr w:type="spellStart"/>
            <w:r>
              <w:rPr>
                <w:sz w:val="16"/>
              </w:rPr>
              <w:t>có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nhận</w:t>
            </w:r>
            <w:proofErr w:type="spellEnd"/>
          </w:p>
        </w:tc>
        <w:tc>
          <w:tcPr>
            <w:tcW w:w="4320" w:type="dxa"/>
          </w:tcPr>
          <w:p w14:paraId="609663A4" w14:textId="77777777" w:rsidR="00D25ABA" w:rsidRDefault="00000000">
            <w:proofErr w:type="spellStart"/>
            <w:r>
              <w:rPr>
                <w:sz w:val="16"/>
              </w:rPr>
              <w:t>Nhầm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với</w:t>
            </w:r>
            <w:proofErr w:type="spellEnd"/>
            <w:r>
              <w:rPr>
                <w:sz w:val="16"/>
              </w:rPr>
              <w:t xml:space="preserve"> resource policy</w:t>
            </w:r>
          </w:p>
        </w:tc>
      </w:tr>
      <w:tr w:rsidR="00D25ABA" w14:paraId="29311AF9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428C51D5" w14:textId="77777777" w:rsidR="00D25ABA" w:rsidRDefault="00000000">
            <w:r>
              <w:rPr>
                <w:sz w:val="16"/>
              </w:rPr>
              <w:t>Resource-based policy</w:t>
            </w:r>
          </w:p>
        </w:tc>
        <w:tc>
          <w:tcPr>
            <w:tcW w:w="3888" w:type="dxa"/>
          </w:tcPr>
          <w:p w14:paraId="1C2C379E" w14:textId="77777777" w:rsidR="00D25ABA" w:rsidRDefault="00000000">
            <w:r>
              <w:rPr>
                <w:sz w:val="16"/>
              </w:rPr>
              <w:t xml:space="preserve">Cho principal </w:t>
            </w:r>
            <w:proofErr w:type="spellStart"/>
            <w:r>
              <w:rPr>
                <w:sz w:val="16"/>
              </w:rPr>
              <w:t>khác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cập</w:t>
            </w:r>
            <w:proofErr w:type="spellEnd"/>
            <w:r>
              <w:rPr>
                <w:sz w:val="16"/>
              </w:rPr>
              <w:t xml:space="preserve"> resource</w:t>
            </w:r>
          </w:p>
        </w:tc>
        <w:tc>
          <w:tcPr>
            <w:tcW w:w="4320" w:type="dxa"/>
          </w:tcPr>
          <w:p w14:paraId="675E56B4" w14:textId="77777777" w:rsidR="00D25ABA" w:rsidRDefault="00000000">
            <w:proofErr w:type="spellStart"/>
            <w:r>
              <w:rPr>
                <w:sz w:val="16"/>
              </w:rPr>
              <w:t>Bỏ</w:t>
            </w:r>
            <w:proofErr w:type="spellEnd"/>
            <w:r>
              <w:rPr>
                <w:sz w:val="16"/>
              </w:rPr>
              <w:t xml:space="preserve"> qua principal/condition</w:t>
            </w:r>
          </w:p>
        </w:tc>
      </w:tr>
      <w:tr w:rsidR="00D25ABA" w14:paraId="29DF7AD6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5BE4854B" w14:textId="77777777" w:rsidR="00D25ABA" w:rsidRDefault="00000000">
            <w:r>
              <w:rPr>
                <w:sz w:val="16"/>
              </w:rPr>
              <w:t>ABAC</w:t>
            </w:r>
          </w:p>
        </w:tc>
        <w:tc>
          <w:tcPr>
            <w:tcW w:w="3888" w:type="dxa"/>
          </w:tcPr>
          <w:p w14:paraId="68DA68FB" w14:textId="77777777" w:rsidR="00D25ABA" w:rsidRDefault="00000000">
            <w:r>
              <w:rPr>
                <w:sz w:val="16"/>
              </w:rPr>
              <w:t xml:space="preserve">Quyền </w:t>
            </w:r>
            <w:proofErr w:type="spellStart"/>
            <w:r>
              <w:rPr>
                <w:sz w:val="16"/>
              </w:rPr>
              <w:t>theo</w:t>
            </w:r>
            <w:proofErr w:type="spellEnd"/>
            <w:r>
              <w:rPr>
                <w:sz w:val="16"/>
              </w:rPr>
              <w:t xml:space="preserve"> tag/attribute ở </w:t>
            </w:r>
            <w:proofErr w:type="spellStart"/>
            <w:r>
              <w:rPr>
                <w:sz w:val="16"/>
              </w:rPr>
              <w:t>quy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lớn</w:t>
            </w:r>
            <w:proofErr w:type="spellEnd"/>
          </w:p>
        </w:tc>
        <w:tc>
          <w:tcPr>
            <w:tcW w:w="4320" w:type="dxa"/>
          </w:tcPr>
          <w:p w14:paraId="1DFA641D" w14:textId="77777777" w:rsidR="00D25ABA" w:rsidRDefault="00000000">
            <w:proofErr w:type="spellStart"/>
            <w:r>
              <w:rPr>
                <w:sz w:val="16"/>
              </w:rPr>
              <w:t>Không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chuẩn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hóa</w:t>
            </w:r>
            <w:proofErr w:type="spellEnd"/>
            <w:r>
              <w:rPr>
                <w:sz w:val="16"/>
              </w:rPr>
              <w:t xml:space="preserve"> tag governance</w:t>
            </w:r>
          </w:p>
        </w:tc>
      </w:tr>
    </w:tbl>
    <w:p w14:paraId="7D783676" w14:textId="77777777" w:rsidR="00D25ABA" w:rsidRDefault="00D25ABA"/>
    <w:p w14:paraId="07CE3B17" w14:textId="77777777" w:rsidR="00D25ABA" w:rsidRDefault="00000000">
      <w:pPr>
        <w:pStyle w:val="Heading2"/>
      </w:pPr>
      <w:r>
        <w:t>8.2 Security services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90"/>
        <w:gridCol w:w="7392"/>
      </w:tblGrid>
      <w:tr w:rsidR="00D25ABA" w14:paraId="5DFC062D" w14:textId="77777777">
        <w:trPr>
          <w:tblHeader/>
          <w:jc w:val="center"/>
        </w:trPr>
        <w:tc>
          <w:tcPr>
            <w:tcW w:w="3024" w:type="dxa"/>
            <w:shd w:val="clear" w:color="auto" w:fill="1F4E78"/>
            <w:vAlign w:val="center"/>
          </w:tcPr>
          <w:p w14:paraId="0DBD9C54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Dịch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vụ</w:t>
            </w:r>
            <w:proofErr w:type="spellEnd"/>
          </w:p>
        </w:tc>
        <w:tc>
          <w:tcPr>
            <w:tcW w:w="7488" w:type="dxa"/>
            <w:shd w:val="clear" w:color="auto" w:fill="1F4E78"/>
            <w:vAlign w:val="center"/>
          </w:tcPr>
          <w:p w14:paraId="3E22F41E" w14:textId="77777777" w:rsidR="00D25ABA" w:rsidRDefault="00000000">
            <w:r>
              <w:rPr>
                <w:b/>
                <w:color w:val="FFFFFF"/>
                <w:sz w:val="17"/>
              </w:rPr>
              <w:t xml:space="preserve">Vai </w:t>
            </w:r>
            <w:proofErr w:type="spellStart"/>
            <w:r>
              <w:rPr>
                <w:b/>
                <w:color w:val="FFFFFF"/>
                <w:sz w:val="17"/>
              </w:rPr>
              <w:t>trò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chính</w:t>
            </w:r>
            <w:proofErr w:type="spellEnd"/>
          </w:p>
        </w:tc>
      </w:tr>
      <w:tr w:rsidR="00D25ABA" w14:paraId="54E34CD7" w14:textId="77777777">
        <w:trPr>
          <w:jc w:val="center"/>
        </w:trPr>
        <w:tc>
          <w:tcPr>
            <w:tcW w:w="3024" w:type="dxa"/>
            <w:shd w:val="clear" w:color="auto" w:fill="D9EAF7"/>
          </w:tcPr>
          <w:p w14:paraId="2885E00A" w14:textId="77777777" w:rsidR="00D25ABA" w:rsidRDefault="00000000">
            <w:proofErr w:type="spellStart"/>
            <w:r>
              <w:rPr>
                <w:sz w:val="17"/>
              </w:rPr>
              <w:t>GuardDuty</w:t>
            </w:r>
            <w:proofErr w:type="spellEnd"/>
          </w:p>
        </w:tc>
        <w:tc>
          <w:tcPr>
            <w:tcW w:w="7488" w:type="dxa"/>
          </w:tcPr>
          <w:p w14:paraId="32F0A47E" w14:textId="77777777" w:rsidR="00D25ABA" w:rsidRDefault="00000000">
            <w:r>
              <w:rPr>
                <w:sz w:val="17"/>
              </w:rPr>
              <w:t xml:space="preserve">Threat detection </w:t>
            </w:r>
            <w:proofErr w:type="spellStart"/>
            <w:r>
              <w:rPr>
                <w:sz w:val="17"/>
              </w:rPr>
              <w:t>từ</w:t>
            </w:r>
            <w:proofErr w:type="spellEnd"/>
            <w:r>
              <w:rPr>
                <w:sz w:val="17"/>
              </w:rPr>
              <w:t xml:space="preserve"> CloudTrail, DNS, VPC Flow Logs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nguồn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liên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quan</w:t>
            </w:r>
            <w:proofErr w:type="spellEnd"/>
          </w:p>
        </w:tc>
      </w:tr>
      <w:tr w:rsidR="00D25ABA" w14:paraId="152FDA2B" w14:textId="77777777">
        <w:trPr>
          <w:jc w:val="center"/>
        </w:trPr>
        <w:tc>
          <w:tcPr>
            <w:tcW w:w="3024" w:type="dxa"/>
            <w:shd w:val="clear" w:color="auto" w:fill="D9EAF7"/>
          </w:tcPr>
          <w:p w14:paraId="2F07B07E" w14:textId="77777777" w:rsidR="00D25ABA" w:rsidRDefault="00000000">
            <w:r>
              <w:rPr>
                <w:sz w:val="17"/>
              </w:rPr>
              <w:t>Security Hub</w:t>
            </w:r>
          </w:p>
        </w:tc>
        <w:tc>
          <w:tcPr>
            <w:tcW w:w="7488" w:type="dxa"/>
          </w:tcPr>
          <w:p w14:paraId="550AAA30" w14:textId="77777777" w:rsidR="00D25ABA" w:rsidRDefault="00000000">
            <w:proofErr w:type="spellStart"/>
            <w:r>
              <w:rPr>
                <w:sz w:val="17"/>
              </w:rPr>
              <w:t>Tổng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hợp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chuẩn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hóa</w:t>
            </w:r>
            <w:proofErr w:type="spellEnd"/>
            <w:r>
              <w:rPr>
                <w:sz w:val="17"/>
              </w:rPr>
              <w:t xml:space="preserve"> finding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security standards</w:t>
            </w:r>
          </w:p>
        </w:tc>
      </w:tr>
      <w:tr w:rsidR="00D25ABA" w14:paraId="554698DD" w14:textId="77777777">
        <w:trPr>
          <w:jc w:val="center"/>
        </w:trPr>
        <w:tc>
          <w:tcPr>
            <w:tcW w:w="3024" w:type="dxa"/>
            <w:shd w:val="clear" w:color="auto" w:fill="D9EAF7"/>
          </w:tcPr>
          <w:p w14:paraId="67D15838" w14:textId="77777777" w:rsidR="00D25ABA" w:rsidRDefault="00000000">
            <w:r>
              <w:rPr>
                <w:sz w:val="17"/>
              </w:rPr>
              <w:t>Inspector</w:t>
            </w:r>
          </w:p>
        </w:tc>
        <w:tc>
          <w:tcPr>
            <w:tcW w:w="7488" w:type="dxa"/>
          </w:tcPr>
          <w:p w14:paraId="653249D0" w14:textId="77777777" w:rsidR="00D25ABA" w:rsidRDefault="00000000">
            <w:r>
              <w:rPr>
                <w:sz w:val="17"/>
              </w:rPr>
              <w:t xml:space="preserve">Vulnerability/exposure scanning </w:t>
            </w:r>
            <w:proofErr w:type="spellStart"/>
            <w:r>
              <w:rPr>
                <w:sz w:val="17"/>
              </w:rPr>
              <w:t>cho</w:t>
            </w:r>
            <w:proofErr w:type="spellEnd"/>
            <w:r>
              <w:rPr>
                <w:sz w:val="17"/>
              </w:rPr>
              <w:t xml:space="preserve"> EC2, ECR, Lambda </w:t>
            </w:r>
            <w:proofErr w:type="spellStart"/>
            <w:r>
              <w:rPr>
                <w:sz w:val="17"/>
              </w:rPr>
              <w:t>theo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khả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năng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dịch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vụ</w:t>
            </w:r>
            <w:proofErr w:type="spellEnd"/>
          </w:p>
        </w:tc>
      </w:tr>
      <w:tr w:rsidR="00D25ABA" w14:paraId="001BDEC0" w14:textId="77777777">
        <w:trPr>
          <w:jc w:val="center"/>
        </w:trPr>
        <w:tc>
          <w:tcPr>
            <w:tcW w:w="3024" w:type="dxa"/>
            <w:shd w:val="clear" w:color="auto" w:fill="D9EAF7"/>
          </w:tcPr>
          <w:p w14:paraId="10632A22" w14:textId="77777777" w:rsidR="00D25ABA" w:rsidRDefault="00000000">
            <w:r>
              <w:rPr>
                <w:sz w:val="17"/>
              </w:rPr>
              <w:t>Macie</w:t>
            </w:r>
          </w:p>
        </w:tc>
        <w:tc>
          <w:tcPr>
            <w:tcW w:w="7488" w:type="dxa"/>
          </w:tcPr>
          <w:p w14:paraId="475417A5" w14:textId="77777777" w:rsidR="00D25ABA" w:rsidRDefault="00000000">
            <w:proofErr w:type="spellStart"/>
            <w:r>
              <w:rPr>
                <w:sz w:val="17"/>
              </w:rPr>
              <w:t>Khám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phá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dữ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liệu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nhạy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cảm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trong</w:t>
            </w:r>
            <w:proofErr w:type="spellEnd"/>
            <w:r>
              <w:rPr>
                <w:sz w:val="17"/>
              </w:rPr>
              <w:t xml:space="preserve"> S3</w:t>
            </w:r>
          </w:p>
        </w:tc>
      </w:tr>
      <w:tr w:rsidR="00D25ABA" w14:paraId="16522881" w14:textId="77777777">
        <w:trPr>
          <w:jc w:val="center"/>
        </w:trPr>
        <w:tc>
          <w:tcPr>
            <w:tcW w:w="3024" w:type="dxa"/>
            <w:shd w:val="clear" w:color="auto" w:fill="D9EAF7"/>
          </w:tcPr>
          <w:p w14:paraId="483D1C01" w14:textId="77777777" w:rsidR="00D25ABA" w:rsidRDefault="00000000">
            <w:r>
              <w:rPr>
                <w:sz w:val="17"/>
              </w:rPr>
              <w:t>Detective</w:t>
            </w:r>
          </w:p>
        </w:tc>
        <w:tc>
          <w:tcPr>
            <w:tcW w:w="7488" w:type="dxa"/>
          </w:tcPr>
          <w:p w14:paraId="6B682B4D" w14:textId="77777777" w:rsidR="00D25ABA" w:rsidRDefault="00000000">
            <w:proofErr w:type="spellStart"/>
            <w:r>
              <w:rPr>
                <w:sz w:val="17"/>
              </w:rPr>
              <w:t>Điều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phân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tích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quan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hệ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để</w:t>
            </w:r>
            <w:proofErr w:type="spellEnd"/>
            <w:r>
              <w:rPr>
                <w:sz w:val="17"/>
              </w:rPr>
              <w:t xml:space="preserve"> root cause security finding</w:t>
            </w:r>
          </w:p>
        </w:tc>
      </w:tr>
      <w:tr w:rsidR="00D25ABA" w14:paraId="40E83370" w14:textId="77777777">
        <w:trPr>
          <w:jc w:val="center"/>
        </w:trPr>
        <w:tc>
          <w:tcPr>
            <w:tcW w:w="3024" w:type="dxa"/>
            <w:shd w:val="clear" w:color="auto" w:fill="D9EAF7"/>
          </w:tcPr>
          <w:p w14:paraId="68E89655" w14:textId="77777777" w:rsidR="00D25ABA" w:rsidRDefault="00000000">
            <w:r>
              <w:rPr>
                <w:sz w:val="17"/>
              </w:rPr>
              <w:t>IAM Access Analyzer</w:t>
            </w:r>
          </w:p>
        </w:tc>
        <w:tc>
          <w:tcPr>
            <w:tcW w:w="7488" w:type="dxa"/>
          </w:tcPr>
          <w:p w14:paraId="3DDC20EF" w14:textId="77777777" w:rsidR="00D25ABA" w:rsidRDefault="00000000">
            <w:proofErr w:type="spellStart"/>
            <w:r>
              <w:rPr>
                <w:sz w:val="17"/>
              </w:rPr>
              <w:t>Phân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tích</w:t>
            </w:r>
            <w:proofErr w:type="spellEnd"/>
            <w:r>
              <w:rPr>
                <w:sz w:val="17"/>
              </w:rPr>
              <w:t xml:space="preserve"> external/public access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policy validation</w:t>
            </w:r>
          </w:p>
        </w:tc>
      </w:tr>
      <w:tr w:rsidR="00D25ABA" w14:paraId="18C06211" w14:textId="77777777">
        <w:trPr>
          <w:jc w:val="center"/>
        </w:trPr>
        <w:tc>
          <w:tcPr>
            <w:tcW w:w="3024" w:type="dxa"/>
            <w:shd w:val="clear" w:color="auto" w:fill="D9EAF7"/>
          </w:tcPr>
          <w:p w14:paraId="270A1586" w14:textId="77777777" w:rsidR="00D25ABA" w:rsidRDefault="00000000">
            <w:r>
              <w:rPr>
                <w:sz w:val="17"/>
              </w:rPr>
              <w:t>AWS Config</w:t>
            </w:r>
          </w:p>
        </w:tc>
        <w:tc>
          <w:tcPr>
            <w:tcW w:w="7488" w:type="dxa"/>
          </w:tcPr>
          <w:p w14:paraId="48E8743F" w14:textId="77777777" w:rsidR="00D25ABA" w:rsidRDefault="00000000">
            <w:r>
              <w:rPr>
                <w:sz w:val="17"/>
              </w:rPr>
              <w:t xml:space="preserve">Compliance </w:t>
            </w:r>
            <w:proofErr w:type="spellStart"/>
            <w:r>
              <w:rPr>
                <w:sz w:val="17"/>
              </w:rPr>
              <w:t>theo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trạng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thái</w:t>
            </w:r>
            <w:proofErr w:type="spellEnd"/>
            <w:r>
              <w:rPr>
                <w:sz w:val="17"/>
              </w:rPr>
              <w:t xml:space="preserve"> configuration</w:t>
            </w:r>
          </w:p>
        </w:tc>
      </w:tr>
      <w:tr w:rsidR="00D25ABA" w14:paraId="765DC2F6" w14:textId="77777777">
        <w:trPr>
          <w:jc w:val="center"/>
        </w:trPr>
        <w:tc>
          <w:tcPr>
            <w:tcW w:w="3024" w:type="dxa"/>
            <w:shd w:val="clear" w:color="auto" w:fill="D9EAF7"/>
          </w:tcPr>
          <w:p w14:paraId="277EDD1A" w14:textId="77777777" w:rsidR="00D25ABA" w:rsidRDefault="00000000">
            <w:r>
              <w:rPr>
                <w:sz w:val="17"/>
              </w:rPr>
              <w:t>CloudTrail</w:t>
            </w:r>
          </w:p>
        </w:tc>
        <w:tc>
          <w:tcPr>
            <w:tcW w:w="7488" w:type="dxa"/>
          </w:tcPr>
          <w:p w14:paraId="48F4E764" w14:textId="77777777" w:rsidR="00D25ABA" w:rsidRDefault="00000000">
            <w:r>
              <w:rPr>
                <w:sz w:val="17"/>
              </w:rPr>
              <w:t>Audit API activity</w:t>
            </w:r>
          </w:p>
        </w:tc>
      </w:tr>
      <w:tr w:rsidR="00D25ABA" w14:paraId="6E89DE0C" w14:textId="77777777">
        <w:trPr>
          <w:jc w:val="center"/>
        </w:trPr>
        <w:tc>
          <w:tcPr>
            <w:tcW w:w="3024" w:type="dxa"/>
            <w:shd w:val="clear" w:color="auto" w:fill="D9EAF7"/>
          </w:tcPr>
          <w:p w14:paraId="060D5D31" w14:textId="77777777" w:rsidR="00D25ABA" w:rsidRDefault="00000000">
            <w:r>
              <w:rPr>
                <w:sz w:val="17"/>
              </w:rPr>
              <w:t>KMS</w:t>
            </w:r>
          </w:p>
        </w:tc>
        <w:tc>
          <w:tcPr>
            <w:tcW w:w="7488" w:type="dxa"/>
          </w:tcPr>
          <w:p w14:paraId="49BCE429" w14:textId="77777777" w:rsidR="00D25ABA" w:rsidRDefault="00000000">
            <w:r>
              <w:rPr>
                <w:sz w:val="17"/>
              </w:rPr>
              <w:t xml:space="preserve">Managed key service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envelope encryption</w:t>
            </w:r>
          </w:p>
        </w:tc>
      </w:tr>
      <w:tr w:rsidR="00D25ABA" w14:paraId="1E7B67C3" w14:textId="77777777">
        <w:trPr>
          <w:jc w:val="center"/>
        </w:trPr>
        <w:tc>
          <w:tcPr>
            <w:tcW w:w="3024" w:type="dxa"/>
            <w:shd w:val="clear" w:color="auto" w:fill="D9EAF7"/>
          </w:tcPr>
          <w:p w14:paraId="3A185471" w14:textId="77777777" w:rsidR="00D25ABA" w:rsidRDefault="00000000">
            <w:proofErr w:type="spellStart"/>
            <w:r>
              <w:rPr>
                <w:sz w:val="17"/>
              </w:rPr>
              <w:t>CloudHSM</w:t>
            </w:r>
            <w:proofErr w:type="spellEnd"/>
          </w:p>
        </w:tc>
        <w:tc>
          <w:tcPr>
            <w:tcW w:w="7488" w:type="dxa"/>
          </w:tcPr>
          <w:p w14:paraId="526C440C" w14:textId="77777777" w:rsidR="00D25ABA" w:rsidRDefault="00000000">
            <w:r>
              <w:rPr>
                <w:sz w:val="17"/>
              </w:rPr>
              <w:t>Dedicated HSM, customer-controlled key material</w:t>
            </w:r>
          </w:p>
        </w:tc>
      </w:tr>
    </w:tbl>
    <w:p w14:paraId="7F4870CA" w14:textId="77777777" w:rsidR="00D25ABA" w:rsidRDefault="00D25ABA"/>
    <w:p w14:paraId="191BE421" w14:textId="77777777" w:rsidR="00D25ABA" w:rsidRDefault="00000000">
      <w:pPr>
        <w:pStyle w:val="Heading2"/>
      </w:pPr>
      <w:r>
        <w:t>8.3 Defense in depth</w:t>
      </w:r>
    </w:p>
    <w:p w14:paraId="5E0B8B72" w14:textId="77777777" w:rsidR="00D25ABA" w:rsidRDefault="00000000">
      <w:pPr>
        <w:pStyle w:val="ListBullet"/>
      </w:pPr>
      <w:r>
        <w:t xml:space="preserve">WAF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HTTP/S layer 7; Shield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DDoS; Network Firewall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soát</w:t>
      </w:r>
      <w:proofErr w:type="spellEnd"/>
      <w:r>
        <w:t xml:space="preserve"> network traffic ở VPC; security group stateful; NACL stateless.</w:t>
      </w:r>
    </w:p>
    <w:p w14:paraId="7BF17CDC" w14:textId="77777777" w:rsidR="00D25ABA" w:rsidRDefault="00000000">
      <w:pPr>
        <w:pStyle w:val="ListBullet"/>
      </w:pPr>
      <w:r>
        <w:t xml:space="preserve">KMS key policy </w:t>
      </w:r>
      <w:proofErr w:type="spellStart"/>
      <w:r>
        <w:t>là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; IAM allow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key policy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enable IAM policies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>.</w:t>
      </w:r>
    </w:p>
    <w:p w14:paraId="7A500C10" w14:textId="77777777" w:rsidR="00D25ABA" w:rsidRDefault="00000000">
      <w:pPr>
        <w:pStyle w:val="ListBullet"/>
      </w:pPr>
      <w:r>
        <w:t xml:space="preserve">Secrets Manager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secret rotation; Parameter Store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config/secret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giản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SecureString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rotation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xây</w:t>
      </w:r>
      <w:proofErr w:type="spellEnd"/>
      <w:r>
        <w:t>.</w:t>
      </w:r>
    </w:p>
    <w:p w14:paraId="6BEBC3A9" w14:textId="77777777" w:rsidR="00D25ABA" w:rsidRDefault="00000000">
      <w:pPr>
        <w:pStyle w:val="ListBullet"/>
      </w:pPr>
      <w:r>
        <w:t xml:space="preserve">Encryption at rest </w:t>
      </w:r>
      <w:proofErr w:type="spellStart"/>
      <w:r>
        <w:t>và</w:t>
      </w:r>
      <w:proofErr w:type="spellEnd"/>
      <w:r>
        <w:t xml:space="preserve"> in transit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IaC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Config/Security Hub.</w:t>
      </w:r>
    </w:p>
    <w:p w14:paraId="4EBE225B" w14:textId="77777777" w:rsidR="00D25ABA" w:rsidRDefault="00000000">
      <w:pPr>
        <w:pStyle w:val="ListBullet"/>
      </w:pPr>
      <w:r>
        <w:t xml:space="preserve">Organization-wide CloudTrail, centralized logs, Object Lock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immutability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tách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producer/reader/admin.</w:t>
      </w:r>
    </w:p>
    <w:p w14:paraId="6F38CF8D" w14:textId="77777777" w:rsidR="00D25ABA" w:rsidRDefault="00000000">
      <w:pPr>
        <w:pStyle w:val="Heading2"/>
      </w:pPr>
      <w:r>
        <w:t xml:space="preserve">8.4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hay </w:t>
      </w:r>
      <w:proofErr w:type="spellStart"/>
      <w:r>
        <w:t>gặp</w:t>
      </w:r>
      <w:proofErr w:type="spellEnd"/>
    </w:p>
    <w:p w14:paraId="717F53E6" w14:textId="77777777" w:rsidR="00D25ABA" w:rsidRDefault="00000000">
      <w:pPr>
        <w:pStyle w:val="ListBullet"/>
      </w:pPr>
      <w:r>
        <w:t xml:space="preserve">Developer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role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>: permission boundary.</w:t>
      </w:r>
    </w:p>
    <w:p w14:paraId="3CC28C2D" w14:textId="77777777" w:rsidR="00D25ABA" w:rsidRDefault="00000000">
      <w:pPr>
        <w:pStyle w:val="ListBullet"/>
      </w:pPr>
      <w:proofErr w:type="spellStart"/>
      <w:r>
        <w:t>Cần</w:t>
      </w:r>
      <w:proofErr w:type="spellEnd"/>
      <w:r>
        <w:t xml:space="preserve"> </w:t>
      </w:r>
      <w:proofErr w:type="spellStart"/>
      <w:r>
        <w:t>cấm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OU </w:t>
      </w:r>
      <w:proofErr w:type="spellStart"/>
      <w:r>
        <w:t>tắt</w:t>
      </w:r>
      <w:proofErr w:type="spellEnd"/>
      <w:r>
        <w:t xml:space="preserve"> security services: SCP + delegated admin/organization configuration.</w:t>
      </w:r>
    </w:p>
    <w:p w14:paraId="0E886A4D" w14:textId="77777777" w:rsidR="00D25ABA" w:rsidRDefault="00000000">
      <w:pPr>
        <w:pStyle w:val="ListBullet"/>
      </w:pPr>
      <w:proofErr w:type="spellStart"/>
      <w:r>
        <w:t>Phát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secret public </w:t>
      </w:r>
      <w:proofErr w:type="spellStart"/>
      <w:r>
        <w:t>hoặc</w:t>
      </w:r>
      <w:proofErr w:type="spellEnd"/>
      <w:r>
        <w:t xml:space="preserve"> access key </w:t>
      </w:r>
      <w:proofErr w:type="spellStart"/>
      <w:r>
        <w:t>lộ</w:t>
      </w:r>
      <w:proofErr w:type="spellEnd"/>
      <w:r>
        <w:t xml:space="preserve">: </w:t>
      </w:r>
      <w:proofErr w:type="spellStart"/>
      <w:r>
        <w:t>GuardDuty</w:t>
      </w:r>
      <w:proofErr w:type="spellEnd"/>
      <w:r>
        <w:t xml:space="preserve">/Security Hub + </w:t>
      </w:r>
      <w:proofErr w:type="spellStart"/>
      <w:r>
        <w:t>EventBridge</w:t>
      </w:r>
      <w:proofErr w:type="spellEnd"/>
      <w:r>
        <w:t xml:space="preserve"> + automated isolation/rotation.</w:t>
      </w:r>
    </w:p>
    <w:p w14:paraId="2262B82F" w14:textId="77777777" w:rsidR="00D25ABA" w:rsidRDefault="00000000">
      <w:pPr>
        <w:pStyle w:val="ListBullet"/>
      </w:pPr>
      <w:proofErr w:type="spellStart"/>
      <w:r>
        <w:t>Tìm</w:t>
      </w:r>
      <w:proofErr w:type="spellEnd"/>
      <w:r>
        <w:t xml:space="preserve"> S3 </w:t>
      </w:r>
      <w:proofErr w:type="spellStart"/>
      <w:r>
        <w:t>chứa</w:t>
      </w:r>
      <w:proofErr w:type="spellEnd"/>
      <w:r>
        <w:t xml:space="preserve"> PII: Macie.</w:t>
      </w:r>
    </w:p>
    <w:p w14:paraId="40409CFE" w14:textId="77777777" w:rsidR="00D25ABA" w:rsidRDefault="00000000">
      <w:pPr>
        <w:pStyle w:val="ListBullet"/>
      </w:pP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image ECR </w:t>
      </w:r>
      <w:proofErr w:type="spellStart"/>
      <w:r>
        <w:t>có</w:t>
      </w:r>
      <w:proofErr w:type="spellEnd"/>
      <w:r>
        <w:t xml:space="preserve"> CVE </w:t>
      </w:r>
      <w:proofErr w:type="spellStart"/>
      <w:r>
        <w:t>trước</w:t>
      </w:r>
      <w:proofErr w:type="spellEnd"/>
      <w:r>
        <w:t xml:space="preserve"> deployment: Inspector/ECR scan + pipeline gate.</w:t>
      </w:r>
    </w:p>
    <w:p w14:paraId="358E8193" w14:textId="77777777" w:rsidR="001B670F" w:rsidRDefault="001B670F" w:rsidP="001B670F">
      <w:pPr>
        <w:pStyle w:val="ListBullet"/>
        <w:numPr>
          <w:ilvl w:val="0"/>
          <w:numId w:val="0"/>
        </w:numPr>
        <w:ind w:left="360" w:hanging="360"/>
      </w:pPr>
    </w:p>
    <w:p w14:paraId="24A72971" w14:textId="77777777" w:rsidR="001B670F" w:rsidRDefault="001B670F" w:rsidP="001B670F">
      <w:pPr>
        <w:pStyle w:val="ListBullet"/>
        <w:numPr>
          <w:ilvl w:val="0"/>
          <w:numId w:val="0"/>
        </w:numPr>
        <w:ind w:left="360" w:hanging="360"/>
      </w:pPr>
    </w:p>
    <w:p w14:paraId="227AD775" w14:textId="77777777" w:rsidR="001B670F" w:rsidRDefault="001B670F" w:rsidP="001B670F">
      <w:pPr>
        <w:pStyle w:val="ListBullet"/>
        <w:numPr>
          <w:ilvl w:val="0"/>
          <w:numId w:val="0"/>
        </w:numPr>
        <w:ind w:left="360" w:hanging="360"/>
      </w:pPr>
    </w:p>
    <w:p w14:paraId="228FF9A5" w14:textId="77777777" w:rsidR="001B670F" w:rsidRDefault="001B670F" w:rsidP="001B670F">
      <w:pPr>
        <w:pStyle w:val="ListBullet"/>
        <w:numPr>
          <w:ilvl w:val="0"/>
          <w:numId w:val="0"/>
        </w:numPr>
        <w:ind w:left="360" w:hanging="360"/>
      </w:pPr>
    </w:p>
    <w:p w14:paraId="09D3A5C7" w14:textId="0E9FDE11" w:rsidR="00D25ABA" w:rsidRDefault="00000000">
      <w:pPr>
        <w:pStyle w:val="Heading1"/>
      </w:pPr>
      <w:r>
        <w:lastRenderedPageBreak/>
        <w:t xml:space="preserve">9. </w:t>
      </w:r>
      <w:proofErr w:type="spellStart"/>
      <w:r>
        <w:t>Bảng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AWS </w:t>
      </w:r>
      <w:proofErr w:type="spellStart"/>
      <w:r>
        <w:t>dễ</w:t>
      </w:r>
      <w:proofErr w:type="spellEnd"/>
      <w:r>
        <w:t xml:space="preserve"> </w:t>
      </w:r>
      <w:proofErr w:type="spellStart"/>
      <w:r>
        <w:t>nhầm</w:t>
      </w:r>
      <w:proofErr w:type="spellEnd"/>
      <w:r w:rsidR="00522789">
        <w:t xml:space="preserve"> (</w:t>
      </w:r>
      <w:proofErr w:type="spellStart"/>
      <w:r w:rsidR="00522789">
        <w:t>cần</w:t>
      </w:r>
      <w:proofErr w:type="spellEnd"/>
      <w:r w:rsidR="00522789">
        <w:t xml:space="preserve"> </w:t>
      </w:r>
      <w:proofErr w:type="spellStart"/>
      <w:r w:rsidR="00522789">
        <w:t>để</w:t>
      </w:r>
      <w:proofErr w:type="spellEnd"/>
      <w:r w:rsidR="00522789">
        <w:t xml:space="preserve"> ý)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57"/>
        <w:gridCol w:w="6725"/>
      </w:tblGrid>
      <w:tr w:rsidR="00D25ABA" w14:paraId="1BCA4C8C" w14:textId="77777777">
        <w:trPr>
          <w:tblHeader/>
          <w:jc w:val="center"/>
        </w:trPr>
        <w:tc>
          <w:tcPr>
            <w:tcW w:w="3744" w:type="dxa"/>
            <w:shd w:val="clear" w:color="auto" w:fill="1F4E78"/>
            <w:vAlign w:val="center"/>
          </w:tcPr>
          <w:p w14:paraId="178B6D2E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Cặp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dễ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nhầm</w:t>
            </w:r>
            <w:proofErr w:type="spellEnd"/>
          </w:p>
        </w:tc>
        <w:tc>
          <w:tcPr>
            <w:tcW w:w="6912" w:type="dxa"/>
            <w:shd w:val="clear" w:color="auto" w:fill="1F4E78"/>
            <w:vAlign w:val="center"/>
          </w:tcPr>
          <w:p w14:paraId="5AE845CA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Cách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phân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biệt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nhanh</w:t>
            </w:r>
            <w:proofErr w:type="spellEnd"/>
          </w:p>
        </w:tc>
      </w:tr>
      <w:tr w:rsidR="00D25ABA" w14:paraId="2076215D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3AE75B7F" w14:textId="77777777" w:rsidR="00D25ABA" w:rsidRDefault="00000000">
            <w:proofErr w:type="spellStart"/>
            <w:r>
              <w:rPr>
                <w:sz w:val="17"/>
              </w:rPr>
              <w:t>EventBridge</w:t>
            </w:r>
            <w:proofErr w:type="spellEnd"/>
            <w:r>
              <w:rPr>
                <w:sz w:val="17"/>
              </w:rPr>
              <w:t xml:space="preserve"> vs SNS vs SQS</w:t>
            </w:r>
          </w:p>
        </w:tc>
        <w:tc>
          <w:tcPr>
            <w:tcW w:w="6912" w:type="dxa"/>
          </w:tcPr>
          <w:p w14:paraId="58ADD94C" w14:textId="77777777" w:rsidR="00D25ABA" w:rsidRDefault="00000000">
            <w:proofErr w:type="spellStart"/>
            <w:r>
              <w:rPr>
                <w:sz w:val="17"/>
              </w:rPr>
              <w:t>EventBridge</w:t>
            </w:r>
            <w:proofErr w:type="spellEnd"/>
            <w:r>
              <w:rPr>
                <w:sz w:val="17"/>
              </w:rPr>
              <w:t xml:space="preserve"> route </w:t>
            </w:r>
            <w:proofErr w:type="spellStart"/>
            <w:r>
              <w:rPr>
                <w:sz w:val="17"/>
              </w:rPr>
              <w:t>theo</w:t>
            </w:r>
            <w:proofErr w:type="spellEnd"/>
            <w:r>
              <w:rPr>
                <w:sz w:val="17"/>
              </w:rPr>
              <w:t xml:space="preserve"> pattern; SNS fan-out push; SQS durable pull queue/decoupling.</w:t>
            </w:r>
          </w:p>
        </w:tc>
      </w:tr>
      <w:tr w:rsidR="00D25ABA" w14:paraId="6000C832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6EEA9DB6" w14:textId="77777777" w:rsidR="00D25ABA" w:rsidRDefault="00000000">
            <w:r>
              <w:rPr>
                <w:sz w:val="17"/>
              </w:rPr>
              <w:t>CloudTrail vs Config</w:t>
            </w:r>
          </w:p>
        </w:tc>
        <w:tc>
          <w:tcPr>
            <w:tcW w:w="6912" w:type="dxa"/>
          </w:tcPr>
          <w:p w14:paraId="39B14069" w14:textId="77777777" w:rsidR="00D25ABA" w:rsidRDefault="00000000">
            <w:r>
              <w:rPr>
                <w:sz w:val="17"/>
              </w:rPr>
              <w:t xml:space="preserve">CloudTrail: ai </w:t>
            </w:r>
            <w:proofErr w:type="spellStart"/>
            <w:r>
              <w:rPr>
                <w:sz w:val="17"/>
              </w:rPr>
              <w:t>đã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làm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gì</w:t>
            </w:r>
            <w:proofErr w:type="spellEnd"/>
            <w:r>
              <w:rPr>
                <w:sz w:val="17"/>
              </w:rPr>
              <w:t xml:space="preserve"> qua API; Config: resource </w:t>
            </w:r>
            <w:proofErr w:type="spellStart"/>
            <w:r>
              <w:rPr>
                <w:sz w:val="17"/>
              </w:rPr>
              <w:t>đang</w:t>
            </w:r>
            <w:proofErr w:type="spellEnd"/>
            <w:r>
              <w:rPr>
                <w:sz w:val="17"/>
              </w:rPr>
              <w:t>/</w:t>
            </w:r>
            <w:proofErr w:type="spellStart"/>
            <w:r>
              <w:rPr>
                <w:sz w:val="17"/>
              </w:rPr>
              <w:t>cã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cấu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hình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thế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compliant </w:t>
            </w:r>
            <w:proofErr w:type="spellStart"/>
            <w:r>
              <w:rPr>
                <w:sz w:val="17"/>
              </w:rPr>
              <w:t>không</w:t>
            </w:r>
            <w:proofErr w:type="spellEnd"/>
            <w:r>
              <w:rPr>
                <w:sz w:val="17"/>
              </w:rPr>
              <w:t>.</w:t>
            </w:r>
          </w:p>
        </w:tc>
      </w:tr>
      <w:tr w:rsidR="00D25ABA" w14:paraId="2D38A437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190D0E04" w14:textId="77777777" w:rsidR="00D25ABA" w:rsidRDefault="00000000">
            <w:r>
              <w:rPr>
                <w:sz w:val="17"/>
              </w:rPr>
              <w:t>CloudWatch Logs Insights vs Athena vs OpenSearch</w:t>
            </w:r>
          </w:p>
        </w:tc>
        <w:tc>
          <w:tcPr>
            <w:tcW w:w="6912" w:type="dxa"/>
          </w:tcPr>
          <w:p w14:paraId="24DF7FDA" w14:textId="77777777" w:rsidR="00D25ABA" w:rsidRDefault="00000000">
            <w:r>
              <w:rPr>
                <w:sz w:val="17"/>
              </w:rPr>
              <w:t xml:space="preserve">Insights </w:t>
            </w:r>
            <w:proofErr w:type="spellStart"/>
            <w:r>
              <w:rPr>
                <w:sz w:val="17"/>
              </w:rPr>
              <w:t>cho</w:t>
            </w:r>
            <w:proofErr w:type="spellEnd"/>
            <w:r>
              <w:rPr>
                <w:sz w:val="17"/>
              </w:rPr>
              <w:t xml:space="preserve"> CloudWatch logs; Athena SQL </w:t>
            </w:r>
            <w:proofErr w:type="spellStart"/>
            <w:r>
              <w:rPr>
                <w:sz w:val="17"/>
              </w:rPr>
              <w:t>trên</w:t>
            </w:r>
            <w:proofErr w:type="spellEnd"/>
            <w:r>
              <w:rPr>
                <w:sz w:val="17"/>
              </w:rPr>
              <w:t xml:space="preserve"> S3; OpenSearch </w:t>
            </w:r>
            <w:proofErr w:type="gramStart"/>
            <w:r>
              <w:rPr>
                <w:sz w:val="17"/>
              </w:rPr>
              <w:t>full-text</w:t>
            </w:r>
            <w:proofErr w:type="gramEnd"/>
            <w:r>
              <w:rPr>
                <w:sz w:val="17"/>
              </w:rPr>
              <w:t>/search/dashboard.</w:t>
            </w:r>
          </w:p>
        </w:tc>
      </w:tr>
      <w:tr w:rsidR="00D25ABA" w14:paraId="3EC69196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71009989" w14:textId="77777777" w:rsidR="00D25ABA" w:rsidRDefault="00000000">
            <w:r>
              <w:rPr>
                <w:sz w:val="17"/>
              </w:rPr>
              <w:t>Secrets Manager vs Parameter Store</w:t>
            </w:r>
          </w:p>
        </w:tc>
        <w:tc>
          <w:tcPr>
            <w:tcW w:w="6912" w:type="dxa"/>
          </w:tcPr>
          <w:p w14:paraId="3F0F0884" w14:textId="77777777" w:rsidR="00D25ABA" w:rsidRDefault="00000000">
            <w:r>
              <w:rPr>
                <w:sz w:val="17"/>
              </w:rPr>
              <w:t xml:space="preserve">Secrets Manager </w:t>
            </w:r>
            <w:proofErr w:type="spellStart"/>
            <w:r>
              <w:rPr>
                <w:sz w:val="17"/>
              </w:rPr>
              <w:t>có</w:t>
            </w:r>
            <w:proofErr w:type="spellEnd"/>
            <w:r>
              <w:rPr>
                <w:sz w:val="17"/>
              </w:rPr>
              <w:t xml:space="preserve"> rotation/secret lifecycle </w:t>
            </w:r>
            <w:proofErr w:type="spellStart"/>
            <w:r>
              <w:rPr>
                <w:sz w:val="17"/>
              </w:rPr>
              <w:t>mạnh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hơn</w:t>
            </w:r>
            <w:proofErr w:type="spellEnd"/>
            <w:r>
              <w:rPr>
                <w:sz w:val="17"/>
              </w:rPr>
              <w:t xml:space="preserve">; Parameter Store </w:t>
            </w:r>
            <w:proofErr w:type="spellStart"/>
            <w:r>
              <w:rPr>
                <w:sz w:val="17"/>
              </w:rPr>
              <w:t>đơn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giản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tích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hợp</w:t>
            </w:r>
            <w:proofErr w:type="spellEnd"/>
            <w:r>
              <w:rPr>
                <w:sz w:val="17"/>
              </w:rPr>
              <w:t xml:space="preserve"> SSM.</w:t>
            </w:r>
          </w:p>
        </w:tc>
      </w:tr>
      <w:tr w:rsidR="00D25ABA" w14:paraId="190619A8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62CBF4F7" w14:textId="77777777" w:rsidR="00D25ABA" w:rsidRDefault="00000000">
            <w:proofErr w:type="spellStart"/>
            <w:proofErr w:type="gramStart"/>
            <w:r>
              <w:rPr>
                <w:sz w:val="17"/>
              </w:rPr>
              <w:t>GuardDuty</w:t>
            </w:r>
            <w:proofErr w:type="spellEnd"/>
            <w:proofErr w:type="gramEnd"/>
            <w:r>
              <w:rPr>
                <w:sz w:val="17"/>
              </w:rPr>
              <w:t xml:space="preserve"> vs Inspector vs Macie</w:t>
            </w:r>
          </w:p>
        </w:tc>
        <w:tc>
          <w:tcPr>
            <w:tcW w:w="6912" w:type="dxa"/>
          </w:tcPr>
          <w:p w14:paraId="4581A0E4" w14:textId="77777777" w:rsidR="00D25ABA" w:rsidRDefault="00000000">
            <w:r>
              <w:rPr>
                <w:sz w:val="17"/>
              </w:rPr>
              <w:t>Threat activity; vulnerability; sensitive data discovery.</w:t>
            </w:r>
          </w:p>
        </w:tc>
      </w:tr>
      <w:tr w:rsidR="00D25ABA" w14:paraId="78107D21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1A12F8CE" w14:textId="77777777" w:rsidR="00D25ABA" w:rsidRDefault="00000000">
            <w:r>
              <w:rPr>
                <w:sz w:val="17"/>
              </w:rPr>
              <w:t>Security Hub vs Detective</w:t>
            </w:r>
          </w:p>
        </w:tc>
        <w:tc>
          <w:tcPr>
            <w:tcW w:w="6912" w:type="dxa"/>
          </w:tcPr>
          <w:p w14:paraId="64DFC835" w14:textId="77777777" w:rsidR="00D25ABA" w:rsidRDefault="00000000">
            <w:r>
              <w:rPr>
                <w:sz w:val="17"/>
              </w:rPr>
              <w:t xml:space="preserve">Hub </w:t>
            </w:r>
            <w:proofErr w:type="spellStart"/>
            <w:r>
              <w:rPr>
                <w:sz w:val="17"/>
              </w:rPr>
              <w:t>tổng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hợp</w:t>
            </w:r>
            <w:proofErr w:type="spellEnd"/>
            <w:r>
              <w:rPr>
                <w:sz w:val="17"/>
              </w:rPr>
              <w:t xml:space="preserve"> finding/compliance; Detective </w:t>
            </w:r>
            <w:proofErr w:type="spellStart"/>
            <w:r>
              <w:rPr>
                <w:sz w:val="17"/>
              </w:rPr>
              <w:t>điều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sâu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quan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hệ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timeline.</w:t>
            </w:r>
          </w:p>
        </w:tc>
      </w:tr>
      <w:tr w:rsidR="00D25ABA" w14:paraId="3F24363D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2B9D6010" w14:textId="77777777" w:rsidR="00D25ABA" w:rsidRDefault="00000000">
            <w:proofErr w:type="spellStart"/>
            <w:r>
              <w:rPr>
                <w:sz w:val="17"/>
              </w:rPr>
              <w:t>CodeDeploy</w:t>
            </w:r>
            <w:proofErr w:type="spellEnd"/>
            <w:r>
              <w:rPr>
                <w:sz w:val="17"/>
              </w:rPr>
              <w:t xml:space="preserve"> vs CloudFormation</w:t>
            </w:r>
          </w:p>
        </w:tc>
        <w:tc>
          <w:tcPr>
            <w:tcW w:w="6912" w:type="dxa"/>
          </w:tcPr>
          <w:p w14:paraId="4F7B1011" w14:textId="77777777" w:rsidR="00D25ABA" w:rsidRDefault="00000000">
            <w:proofErr w:type="spellStart"/>
            <w:r>
              <w:rPr>
                <w:sz w:val="17"/>
              </w:rPr>
              <w:t>CodeDeploy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triển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khai</w:t>
            </w:r>
            <w:proofErr w:type="spellEnd"/>
            <w:r>
              <w:rPr>
                <w:sz w:val="17"/>
              </w:rPr>
              <w:t xml:space="preserve"> application revision; CloudFormation provision infrastructure.</w:t>
            </w:r>
          </w:p>
        </w:tc>
      </w:tr>
      <w:tr w:rsidR="00D25ABA" w14:paraId="1B465A4A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6B41A8BC" w14:textId="77777777" w:rsidR="00D25ABA" w:rsidRDefault="00000000">
            <w:proofErr w:type="spellStart"/>
            <w:r>
              <w:rPr>
                <w:sz w:val="17"/>
              </w:rPr>
              <w:t>CodeArtifact</w:t>
            </w:r>
            <w:proofErr w:type="spellEnd"/>
            <w:r>
              <w:rPr>
                <w:sz w:val="17"/>
              </w:rPr>
              <w:t xml:space="preserve"> vs ECR vs S3</w:t>
            </w:r>
          </w:p>
        </w:tc>
        <w:tc>
          <w:tcPr>
            <w:tcW w:w="6912" w:type="dxa"/>
          </w:tcPr>
          <w:p w14:paraId="50F327B0" w14:textId="77777777" w:rsidR="00D25ABA" w:rsidRDefault="00000000">
            <w:r>
              <w:rPr>
                <w:sz w:val="17"/>
              </w:rPr>
              <w:t>Package repo; container registry; generic object/artifact.</w:t>
            </w:r>
          </w:p>
        </w:tc>
      </w:tr>
      <w:tr w:rsidR="00D25ABA" w14:paraId="7391CF2C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75028A11" w14:textId="77777777" w:rsidR="00D25ABA" w:rsidRDefault="00000000">
            <w:proofErr w:type="spellStart"/>
            <w:r>
              <w:rPr>
                <w:sz w:val="17"/>
              </w:rPr>
              <w:t>AppConfig</w:t>
            </w:r>
            <w:proofErr w:type="spellEnd"/>
            <w:r>
              <w:rPr>
                <w:sz w:val="17"/>
              </w:rPr>
              <w:t xml:space="preserve"> vs Parameter Store</w:t>
            </w:r>
          </w:p>
        </w:tc>
        <w:tc>
          <w:tcPr>
            <w:tcW w:w="6912" w:type="dxa"/>
          </w:tcPr>
          <w:p w14:paraId="7D77AF6C" w14:textId="77777777" w:rsidR="00D25ABA" w:rsidRDefault="00000000">
            <w:proofErr w:type="spellStart"/>
            <w:r>
              <w:rPr>
                <w:sz w:val="17"/>
              </w:rPr>
              <w:t>AppConfig</w:t>
            </w:r>
            <w:proofErr w:type="spellEnd"/>
            <w:r>
              <w:rPr>
                <w:sz w:val="17"/>
              </w:rPr>
              <w:t xml:space="preserve"> rollout/validation application config; Parameter Store </w:t>
            </w:r>
            <w:proofErr w:type="spellStart"/>
            <w:r>
              <w:rPr>
                <w:sz w:val="17"/>
              </w:rPr>
              <w:t>lưu</w:t>
            </w:r>
            <w:proofErr w:type="spellEnd"/>
            <w:r>
              <w:rPr>
                <w:sz w:val="17"/>
              </w:rPr>
              <w:t xml:space="preserve"> parameter.</w:t>
            </w:r>
          </w:p>
        </w:tc>
      </w:tr>
      <w:tr w:rsidR="00D25ABA" w14:paraId="19341406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3BC5BE73" w14:textId="77777777" w:rsidR="00D25ABA" w:rsidRDefault="00000000">
            <w:proofErr w:type="spellStart"/>
            <w:r>
              <w:rPr>
                <w:sz w:val="17"/>
              </w:rPr>
              <w:t>StackSets</w:t>
            </w:r>
            <w:proofErr w:type="spellEnd"/>
            <w:r>
              <w:rPr>
                <w:sz w:val="17"/>
              </w:rPr>
              <w:t xml:space="preserve"> vs Service Catalog</w:t>
            </w:r>
          </w:p>
        </w:tc>
        <w:tc>
          <w:tcPr>
            <w:tcW w:w="6912" w:type="dxa"/>
          </w:tcPr>
          <w:p w14:paraId="2C28182C" w14:textId="77777777" w:rsidR="00D25ABA" w:rsidRDefault="00000000">
            <w:proofErr w:type="spellStart"/>
            <w:r>
              <w:rPr>
                <w:sz w:val="17"/>
              </w:rPr>
              <w:t>StackSets</w:t>
            </w:r>
            <w:proofErr w:type="spellEnd"/>
            <w:r>
              <w:rPr>
                <w:sz w:val="17"/>
              </w:rPr>
              <w:t xml:space="preserve"> push stacks </w:t>
            </w:r>
            <w:proofErr w:type="spellStart"/>
            <w:r>
              <w:rPr>
                <w:sz w:val="17"/>
              </w:rPr>
              <w:t>nhiều</w:t>
            </w:r>
            <w:proofErr w:type="spellEnd"/>
            <w:r>
              <w:rPr>
                <w:sz w:val="17"/>
              </w:rPr>
              <w:t xml:space="preserve"> account/Region; Service Catalog </w:t>
            </w:r>
            <w:proofErr w:type="spellStart"/>
            <w:r>
              <w:rPr>
                <w:sz w:val="17"/>
              </w:rPr>
              <w:t>cung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cấp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sản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phẩm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đã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phê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duyệt</w:t>
            </w:r>
            <w:proofErr w:type="spellEnd"/>
            <w:r>
              <w:rPr>
                <w:sz w:val="17"/>
              </w:rPr>
              <w:t>.</w:t>
            </w:r>
          </w:p>
        </w:tc>
      </w:tr>
      <w:tr w:rsidR="00D25ABA" w14:paraId="3208B9DE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7DF0DAF4" w14:textId="77777777" w:rsidR="00D25ABA" w:rsidRDefault="00000000">
            <w:r>
              <w:rPr>
                <w:sz w:val="17"/>
              </w:rPr>
              <w:t>Control Tower vs Organizations</w:t>
            </w:r>
          </w:p>
        </w:tc>
        <w:tc>
          <w:tcPr>
            <w:tcW w:w="6912" w:type="dxa"/>
          </w:tcPr>
          <w:p w14:paraId="1C0CCC5D" w14:textId="77777777" w:rsidR="00D25ABA" w:rsidRDefault="00000000">
            <w:r>
              <w:rPr>
                <w:sz w:val="17"/>
              </w:rPr>
              <w:t xml:space="preserve">Control Tower </w:t>
            </w:r>
            <w:proofErr w:type="spellStart"/>
            <w:r>
              <w:rPr>
                <w:sz w:val="17"/>
              </w:rPr>
              <w:t>xây</w:t>
            </w:r>
            <w:proofErr w:type="spellEnd"/>
            <w:r>
              <w:rPr>
                <w:sz w:val="17"/>
              </w:rPr>
              <w:t xml:space="preserve"> landing zone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controls; Organizations </w:t>
            </w:r>
            <w:proofErr w:type="spellStart"/>
            <w:r>
              <w:rPr>
                <w:sz w:val="17"/>
              </w:rPr>
              <w:t>là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nền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tảng</w:t>
            </w:r>
            <w:proofErr w:type="spellEnd"/>
            <w:r>
              <w:rPr>
                <w:sz w:val="17"/>
              </w:rPr>
              <w:t xml:space="preserve"> account/OU/SCP.</w:t>
            </w:r>
          </w:p>
        </w:tc>
      </w:tr>
      <w:tr w:rsidR="00D25ABA" w14:paraId="0087C150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13CF4853" w14:textId="77777777" w:rsidR="00D25ABA" w:rsidRDefault="00000000">
            <w:r>
              <w:rPr>
                <w:sz w:val="17"/>
              </w:rPr>
              <w:t>Multi-AZ vs multi-Region</w:t>
            </w:r>
          </w:p>
        </w:tc>
        <w:tc>
          <w:tcPr>
            <w:tcW w:w="6912" w:type="dxa"/>
          </w:tcPr>
          <w:p w14:paraId="1216675B" w14:textId="77777777" w:rsidR="00D25ABA" w:rsidRDefault="00000000">
            <w:r>
              <w:rPr>
                <w:sz w:val="17"/>
              </w:rPr>
              <w:t xml:space="preserve">HA </w:t>
            </w:r>
            <w:proofErr w:type="spellStart"/>
            <w:r>
              <w:rPr>
                <w:sz w:val="17"/>
              </w:rPr>
              <w:t>trong</w:t>
            </w:r>
            <w:proofErr w:type="spellEnd"/>
            <w:r>
              <w:rPr>
                <w:sz w:val="17"/>
              </w:rPr>
              <w:t xml:space="preserve"> Region; DR/global resilience qua </w:t>
            </w:r>
            <w:proofErr w:type="spellStart"/>
            <w:r>
              <w:rPr>
                <w:sz w:val="17"/>
              </w:rPr>
              <w:t>nhiều</w:t>
            </w:r>
            <w:proofErr w:type="spellEnd"/>
            <w:r>
              <w:rPr>
                <w:sz w:val="17"/>
              </w:rPr>
              <w:t xml:space="preserve"> Region.</w:t>
            </w:r>
          </w:p>
        </w:tc>
      </w:tr>
      <w:tr w:rsidR="00D25ABA" w14:paraId="4E0D2635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730FD6D4" w14:textId="77777777" w:rsidR="00D25ABA" w:rsidRDefault="00000000">
            <w:r>
              <w:rPr>
                <w:sz w:val="17"/>
              </w:rPr>
              <w:t>X-Ray vs CloudWatch</w:t>
            </w:r>
          </w:p>
        </w:tc>
        <w:tc>
          <w:tcPr>
            <w:tcW w:w="6912" w:type="dxa"/>
          </w:tcPr>
          <w:p w14:paraId="41B168C5" w14:textId="77777777" w:rsidR="00D25ABA" w:rsidRDefault="00000000">
            <w:r>
              <w:rPr>
                <w:sz w:val="17"/>
              </w:rPr>
              <w:t>Distributed tracing; metrics/logs/alarms.</w:t>
            </w:r>
          </w:p>
        </w:tc>
      </w:tr>
      <w:tr w:rsidR="00D25ABA" w14:paraId="492B3D63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697F9485" w14:textId="77777777" w:rsidR="00D25ABA" w:rsidRDefault="00000000">
            <w:r>
              <w:rPr>
                <w:sz w:val="17"/>
              </w:rPr>
              <w:t>WAF vs Shield vs Network Firewall</w:t>
            </w:r>
          </w:p>
        </w:tc>
        <w:tc>
          <w:tcPr>
            <w:tcW w:w="6912" w:type="dxa"/>
          </w:tcPr>
          <w:p w14:paraId="5E71A747" w14:textId="77777777" w:rsidR="00D25ABA" w:rsidRDefault="00000000">
            <w:r>
              <w:rPr>
                <w:sz w:val="17"/>
              </w:rPr>
              <w:t xml:space="preserve">Layer 7 </w:t>
            </w:r>
            <w:proofErr w:type="gramStart"/>
            <w:r>
              <w:rPr>
                <w:sz w:val="17"/>
              </w:rPr>
              <w:t>web</w:t>
            </w:r>
            <w:proofErr w:type="gramEnd"/>
            <w:r>
              <w:rPr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rules</w:t>
            </w:r>
            <w:proofErr w:type="gramEnd"/>
            <w:r>
              <w:rPr>
                <w:sz w:val="17"/>
              </w:rPr>
              <w:t xml:space="preserve">; DDoS </w:t>
            </w:r>
            <w:proofErr w:type="gramStart"/>
            <w:r>
              <w:rPr>
                <w:sz w:val="17"/>
              </w:rPr>
              <w:t>protection</w:t>
            </w:r>
            <w:proofErr w:type="gramEnd"/>
            <w:r>
              <w:rPr>
                <w:sz w:val="17"/>
              </w:rPr>
              <w:t xml:space="preserve">; </w:t>
            </w:r>
            <w:proofErr w:type="gramStart"/>
            <w:r>
              <w:rPr>
                <w:sz w:val="17"/>
              </w:rPr>
              <w:t>stateful</w:t>
            </w:r>
            <w:proofErr w:type="gramEnd"/>
            <w:r>
              <w:rPr>
                <w:sz w:val="17"/>
              </w:rPr>
              <w:t xml:space="preserve"> network firewall.</w:t>
            </w:r>
          </w:p>
        </w:tc>
      </w:tr>
      <w:tr w:rsidR="00D25ABA" w14:paraId="22DC5EEF" w14:textId="77777777">
        <w:trPr>
          <w:jc w:val="center"/>
        </w:trPr>
        <w:tc>
          <w:tcPr>
            <w:tcW w:w="3744" w:type="dxa"/>
            <w:shd w:val="clear" w:color="auto" w:fill="D9EAF7"/>
          </w:tcPr>
          <w:p w14:paraId="1ADEDCB4" w14:textId="77777777" w:rsidR="00D25ABA" w:rsidRDefault="00000000">
            <w:r>
              <w:rPr>
                <w:sz w:val="17"/>
              </w:rPr>
              <w:t>Security group vs NACL</w:t>
            </w:r>
          </w:p>
        </w:tc>
        <w:tc>
          <w:tcPr>
            <w:tcW w:w="6912" w:type="dxa"/>
          </w:tcPr>
          <w:p w14:paraId="72C5A1C8" w14:textId="77777777" w:rsidR="00D25ABA" w:rsidRDefault="00000000">
            <w:r>
              <w:rPr>
                <w:sz w:val="17"/>
              </w:rPr>
              <w:t>Stateful instance/ENI boundary; stateless subnet boundary.</w:t>
            </w:r>
          </w:p>
        </w:tc>
      </w:tr>
    </w:tbl>
    <w:p w14:paraId="7B32B23D" w14:textId="77777777" w:rsidR="00D25ABA" w:rsidRDefault="00D25ABA"/>
    <w:p w14:paraId="03368721" w14:textId="77777777" w:rsidR="00E51CE1" w:rsidRDefault="00E51CE1"/>
    <w:p w14:paraId="106F432B" w14:textId="77777777" w:rsidR="00E51CE1" w:rsidRDefault="00E51CE1"/>
    <w:p w14:paraId="54FEB298" w14:textId="77777777" w:rsidR="00E51CE1" w:rsidRDefault="00E51CE1"/>
    <w:p w14:paraId="541C5230" w14:textId="77777777" w:rsidR="00E51CE1" w:rsidRDefault="00E51CE1"/>
    <w:p w14:paraId="0FD867A7" w14:textId="77777777" w:rsidR="00E51CE1" w:rsidRDefault="00E51CE1"/>
    <w:p w14:paraId="1FEC4764" w14:textId="77777777" w:rsidR="00E51CE1" w:rsidRDefault="00E51CE1"/>
    <w:p w14:paraId="0C78E79D" w14:textId="77777777" w:rsidR="00E51CE1" w:rsidRDefault="00E51CE1"/>
    <w:p w14:paraId="3C52BBCD" w14:textId="77777777" w:rsidR="00E51CE1" w:rsidRDefault="00E51CE1"/>
    <w:p w14:paraId="64F64A41" w14:textId="77777777" w:rsidR="00E51CE1" w:rsidRDefault="00E51CE1"/>
    <w:p w14:paraId="1EB35250" w14:textId="77777777" w:rsidR="00E51CE1" w:rsidRDefault="00E51CE1"/>
    <w:p w14:paraId="4B43BE26" w14:textId="77777777" w:rsidR="00E51CE1" w:rsidRDefault="00E51CE1"/>
    <w:p w14:paraId="0D060F1F" w14:textId="77777777" w:rsidR="00E51CE1" w:rsidRDefault="00E51CE1"/>
    <w:p w14:paraId="6583840A" w14:textId="77777777" w:rsidR="00E51CE1" w:rsidRDefault="00E51CE1"/>
    <w:p w14:paraId="585CB4F4" w14:textId="77777777" w:rsidR="00E51CE1" w:rsidRDefault="00E51CE1"/>
    <w:p w14:paraId="726D3478" w14:textId="77777777" w:rsidR="00E51CE1" w:rsidRDefault="00E51CE1"/>
    <w:p w14:paraId="62ECCFEF" w14:textId="77777777" w:rsidR="00D25ABA" w:rsidRDefault="00000000">
      <w:pPr>
        <w:pStyle w:val="Heading1"/>
      </w:pPr>
      <w:r>
        <w:lastRenderedPageBreak/>
        <w:t xml:space="preserve">10.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duy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huống</w:t>
      </w:r>
      <w:proofErr w:type="spellEnd"/>
    </w:p>
    <w:p w14:paraId="31F1F4BE" w14:textId="77777777" w:rsidR="00D25ABA" w:rsidRDefault="00000000">
      <w:pPr>
        <w:pStyle w:val="Heading2"/>
      </w:pPr>
      <w:r>
        <w:t xml:space="preserve">10.1 Quy </w:t>
      </w:r>
      <w:proofErr w:type="spellStart"/>
      <w:r>
        <w:t>trình</w:t>
      </w:r>
      <w:proofErr w:type="spellEnd"/>
      <w:r>
        <w:t xml:space="preserve"> 6 </w:t>
      </w:r>
      <w:proofErr w:type="spellStart"/>
      <w:r>
        <w:t>bước</w:t>
      </w:r>
      <w:proofErr w:type="spellEnd"/>
    </w:p>
    <w:p w14:paraId="2A46EC99" w14:textId="77777777" w:rsidR="00D25ABA" w:rsidRDefault="00000000">
      <w:pPr>
        <w:pStyle w:val="ListNumber"/>
      </w:pPr>
      <w:proofErr w:type="spellStart"/>
      <w:r>
        <w:t>Gạch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chính</w:t>
      </w:r>
      <w:proofErr w:type="spellEnd"/>
      <w:r>
        <w:t>: availability, security, automation, cost hay speed.</w:t>
      </w:r>
    </w:p>
    <w:p w14:paraId="7DEF7FAC" w14:textId="77777777" w:rsidR="00D25ABA" w:rsidRDefault="00000000">
      <w:pPr>
        <w:pStyle w:val="ListNumber"/>
      </w:pPr>
      <w:proofErr w:type="spellStart"/>
      <w:r>
        <w:t>Gạch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buộc</w:t>
      </w:r>
      <w:proofErr w:type="spellEnd"/>
      <w:r>
        <w:t>: multi-account, no downtime, RTO/RPO, managed service, no code changes.</w:t>
      </w:r>
    </w:p>
    <w:p w14:paraId="6801DE5F" w14:textId="77777777" w:rsidR="00D25ABA" w:rsidRDefault="00000000">
      <w:pPr>
        <w:pStyle w:val="ListNumber"/>
      </w:pPr>
      <w:proofErr w:type="spellStart"/>
      <w:r>
        <w:t>Xác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source -&gt; processing -&gt; destination -&gt; control plane.</w:t>
      </w:r>
    </w:p>
    <w:p w14:paraId="2ABCCA24" w14:textId="77777777" w:rsidR="00D25ABA" w:rsidRDefault="00000000">
      <w:pPr>
        <w:pStyle w:val="ListNumber"/>
      </w:pPr>
      <w:proofErr w:type="spellStart"/>
      <w:r>
        <w:t>Loại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, hard-coded credential, single point of failure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scale.</w:t>
      </w:r>
    </w:p>
    <w:p w14:paraId="27A38293" w14:textId="77777777" w:rsidR="00D25ABA" w:rsidRDefault="00000000">
      <w:pPr>
        <w:pStyle w:val="ListNumber"/>
      </w:pPr>
      <w:r>
        <w:t xml:space="preserve">So </w:t>
      </w:r>
      <w:proofErr w:type="spellStart"/>
      <w:r>
        <w:t>sánh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“MOST”, “LEAST”, “MINIMUM”.</w:t>
      </w:r>
    </w:p>
    <w:p w14:paraId="46D4FD6B" w14:textId="77777777" w:rsidR="00D25ABA" w:rsidRDefault="00000000">
      <w:pPr>
        <w:pStyle w:val="ListNumber"/>
      </w:pP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IAM/KMS, retry/rollback </w:t>
      </w:r>
      <w:proofErr w:type="spellStart"/>
      <w:r>
        <w:t>và</w:t>
      </w:r>
      <w:proofErr w:type="spellEnd"/>
      <w:r>
        <w:t xml:space="preserve"> observability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chốt</w:t>
      </w:r>
      <w:proofErr w:type="spellEnd"/>
      <w:r>
        <w:t>.</w:t>
      </w:r>
    </w:p>
    <w:p w14:paraId="740ADEAA" w14:textId="77777777" w:rsidR="00D25ABA" w:rsidRDefault="00000000">
      <w:pPr>
        <w:pStyle w:val="Heading2"/>
      </w:pPr>
      <w:r>
        <w:t xml:space="preserve">10.2 </w:t>
      </w:r>
      <w:proofErr w:type="spellStart"/>
      <w:r>
        <w:t>Mẫu</w:t>
      </w:r>
      <w:proofErr w:type="spellEnd"/>
      <w:r>
        <w:t xml:space="preserve"> scenario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7114832F" w14:textId="77777777">
        <w:trPr>
          <w:jc w:val="center"/>
        </w:trPr>
        <w:tc>
          <w:tcPr>
            <w:tcW w:w="10166" w:type="dxa"/>
            <w:shd w:val="clear" w:color="auto" w:fill="F3F6FA"/>
          </w:tcPr>
          <w:p w14:paraId="600D1611" w14:textId="77777777" w:rsidR="00D25ABA" w:rsidRDefault="00000000">
            <w:r>
              <w:rPr>
                <w:b/>
                <w:color w:val="2F75B5"/>
              </w:rPr>
              <w:t>Cross-account pipeline</w:t>
            </w:r>
            <w:r>
              <w:br/>
              <w:t xml:space="preserve">Central </w:t>
            </w:r>
            <w:proofErr w:type="spellStart"/>
            <w:r>
              <w:t>CodePipeline</w:t>
            </w:r>
            <w:proofErr w:type="spellEnd"/>
            <w:r>
              <w:t xml:space="preserve"> </w:t>
            </w:r>
            <w:proofErr w:type="spellStart"/>
            <w:r>
              <w:t>lấy</w:t>
            </w:r>
            <w:proofErr w:type="spellEnd"/>
            <w:r>
              <w:t xml:space="preserve"> source, </w:t>
            </w:r>
            <w:proofErr w:type="spellStart"/>
            <w:r>
              <w:t>CodeBuild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artifact, S3 artifact bucket </w:t>
            </w:r>
            <w:proofErr w:type="spellStart"/>
            <w:r>
              <w:t>mã</w:t>
            </w:r>
            <w:proofErr w:type="spellEnd"/>
            <w:r>
              <w:t xml:space="preserve"> </w:t>
            </w:r>
            <w:proofErr w:type="spellStart"/>
            <w:r>
              <w:t>hóa</w:t>
            </w:r>
            <w:proofErr w:type="spellEnd"/>
            <w:r>
              <w:t xml:space="preserve"> KMS; pipeline role assume deployment role </w:t>
            </w:r>
            <w:proofErr w:type="spellStart"/>
            <w:r>
              <w:t>tại</w:t>
            </w:r>
            <w:proofErr w:type="spellEnd"/>
            <w:r>
              <w:t xml:space="preserve"> target account; key/bucket policy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role; </w:t>
            </w:r>
            <w:proofErr w:type="spellStart"/>
            <w:r>
              <w:t>CodeDeploy</w:t>
            </w:r>
            <w:proofErr w:type="spellEnd"/>
            <w:r>
              <w:t xml:space="preserve">/CloudFormation </w:t>
            </w:r>
            <w:proofErr w:type="spellStart"/>
            <w:r>
              <w:t>triển</w:t>
            </w:r>
            <w:proofErr w:type="spellEnd"/>
            <w:r>
              <w:t xml:space="preserve"> </w:t>
            </w:r>
            <w:proofErr w:type="spellStart"/>
            <w:r>
              <w:t>khai</w:t>
            </w:r>
            <w:proofErr w:type="spellEnd"/>
            <w:r>
              <w:t>; CloudWatch alarm rollback.</w:t>
            </w:r>
          </w:p>
        </w:tc>
      </w:tr>
    </w:tbl>
    <w:p w14:paraId="3AF98953" w14:textId="77777777" w:rsidR="00D25ABA" w:rsidRDefault="00D25AB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750A63C4" w14:textId="77777777">
        <w:trPr>
          <w:jc w:val="center"/>
        </w:trPr>
        <w:tc>
          <w:tcPr>
            <w:tcW w:w="10166" w:type="dxa"/>
            <w:shd w:val="clear" w:color="auto" w:fill="F3F6FA"/>
          </w:tcPr>
          <w:p w14:paraId="12161AAF" w14:textId="77777777" w:rsidR="00D25ABA" w:rsidRDefault="00000000">
            <w:r>
              <w:rPr>
                <w:b/>
                <w:color w:val="2F75B5"/>
              </w:rPr>
              <w:t>Automated compliance</w:t>
            </w:r>
            <w:r>
              <w:br/>
              <w:t xml:space="preserve">Config rule </w:t>
            </w:r>
            <w:proofErr w:type="spellStart"/>
            <w:r>
              <w:t>phát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noncompliant -&gt; </w:t>
            </w:r>
            <w:proofErr w:type="spellStart"/>
            <w:r>
              <w:t>EventBridge</w:t>
            </w:r>
            <w:proofErr w:type="spellEnd"/>
            <w:r>
              <w:t xml:space="preserve">/Config remediation -&gt; SSM Automation runbook -&gt; SNS/Security Hub finding; logs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quyền</w:t>
            </w:r>
            <w:proofErr w:type="spellEnd"/>
            <w:r>
              <w:t xml:space="preserve"> delegated admin.</w:t>
            </w:r>
          </w:p>
        </w:tc>
      </w:tr>
    </w:tbl>
    <w:p w14:paraId="2AA25F40" w14:textId="77777777" w:rsidR="00D25ABA" w:rsidRDefault="00D25AB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7D24DB7F" w14:textId="77777777">
        <w:trPr>
          <w:jc w:val="center"/>
        </w:trPr>
        <w:tc>
          <w:tcPr>
            <w:tcW w:w="10166" w:type="dxa"/>
            <w:shd w:val="clear" w:color="auto" w:fill="F3F6FA"/>
          </w:tcPr>
          <w:p w14:paraId="322CD645" w14:textId="77777777" w:rsidR="00D25ABA" w:rsidRDefault="00000000">
            <w:r>
              <w:rPr>
                <w:b/>
                <w:color w:val="2F75B5"/>
              </w:rPr>
              <w:t>Production safe release</w:t>
            </w:r>
            <w:r>
              <w:br/>
              <w:t xml:space="preserve">Blue/green </w:t>
            </w:r>
            <w:proofErr w:type="spellStart"/>
            <w:r>
              <w:t>hoặc</w:t>
            </w:r>
            <w:proofErr w:type="spellEnd"/>
            <w:r>
              <w:t xml:space="preserve"> canary; health check + synthetic test; CloudWatch alarm; automatic rollback; immutable artifact; approval </w:t>
            </w:r>
            <w:proofErr w:type="spellStart"/>
            <w:r>
              <w:t>trước</w:t>
            </w:r>
            <w:proofErr w:type="spellEnd"/>
            <w:r>
              <w:t xml:space="preserve"> production.</w:t>
            </w:r>
          </w:p>
        </w:tc>
      </w:tr>
    </w:tbl>
    <w:p w14:paraId="0A058D74" w14:textId="77777777" w:rsidR="00D25ABA" w:rsidRDefault="00D25AB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1590E17D" w14:textId="77777777">
        <w:trPr>
          <w:jc w:val="center"/>
        </w:trPr>
        <w:tc>
          <w:tcPr>
            <w:tcW w:w="10166" w:type="dxa"/>
            <w:shd w:val="clear" w:color="auto" w:fill="F3F6FA"/>
          </w:tcPr>
          <w:p w14:paraId="1210476D" w14:textId="77777777" w:rsidR="00D25ABA" w:rsidRDefault="00000000">
            <w:r>
              <w:rPr>
                <w:b/>
                <w:color w:val="2F75B5"/>
              </w:rPr>
              <w:t>Centralized logging</w:t>
            </w:r>
            <w:r>
              <w:br/>
              <w:t xml:space="preserve">Organization trail </w:t>
            </w:r>
            <w:proofErr w:type="spellStart"/>
            <w:r>
              <w:t>và</w:t>
            </w:r>
            <w:proofErr w:type="spellEnd"/>
            <w:r>
              <w:t xml:space="preserve"> service logs -&gt; central account; S3/KMS, bucket policy, lifecycle/Object Lock </w:t>
            </w:r>
            <w:proofErr w:type="spellStart"/>
            <w:r>
              <w:t>khi</w:t>
            </w:r>
            <w:proofErr w:type="spellEnd"/>
            <w:r>
              <w:t xml:space="preserve"> </w:t>
            </w:r>
            <w:proofErr w:type="spellStart"/>
            <w:r>
              <w:t>cần</w:t>
            </w:r>
            <w:proofErr w:type="spellEnd"/>
            <w:r>
              <w:t xml:space="preserve">; Athena/OpenSearch/Logs Insights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; alerts qua </w:t>
            </w:r>
            <w:proofErr w:type="spellStart"/>
            <w:r>
              <w:t>EventBridge</w:t>
            </w:r>
            <w:proofErr w:type="spellEnd"/>
            <w:r>
              <w:t>/SNS.</w:t>
            </w:r>
          </w:p>
        </w:tc>
      </w:tr>
    </w:tbl>
    <w:p w14:paraId="7227376C" w14:textId="77777777" w:rsidR="00D25ABA" w:rsidRDefault="00D25AB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65B54C44" w14:textId="77777777">
        <w:trPr>
          <w:jc w:val="center"/>
        </w:trPr>
        <w:tc>
          <w:tcPr>
            <w:tcW w:w="10166" w:type="dxa"/>
            <w:shd w:val="clear" w:color="auto" w:fill="F3F6FA"/>
          </w:tcPr>
          <w:p w14:paraId="65862138" w14:textId="77777777" w:rsidR="00D25ABA" w:rsidRDefault="00000000">
            <w:r>
              <w:rPr>
                <w:b/>
                <w:color w:val="2F75B5"/>
              </w:rPr>
              <w:t>DR with strict RTO</w:t>
            </w:r>
            <w:r>
              <w:br/>
              <w:t xml:space="preserve">Warm standby </w:t>
            </w:r>
            <w:proofErr w:type="spellStart"/>
            <w:r>
              <w:t>hoặc</w:t>
            </w:r>
            <w:proofErr w:type="spellEnd"/>
            <w:r>
              <w:t xml:space="preserve"> active/active </w:t>
            </w:r>
            <w:proofErr w:type="spellStart"/>
            <w:r>
              <w:t>tùy</w:t>
            </w:r>
            <w:proofErr w:type="spellEnd"/>
            <w:r>
              <w:t xml:space="preserve"> RTO/RPO; data cross-Region replication; Route 53/Global Accelerator failover; backup copy; regular failover testing </w:t>
            </w:r>
            <w:proofErr w:type="spellStart"/>
            <w:r>
              <w:t>bằng</w:t>
            </w:r>
            <w:proofErr w:type="spellEnd"/>
            <w:r>
              <w:t xml:space="preserve"> runbook/FIS.</w:t>
            </w:r>
          </w:p>
        </w:tc>
      </w:tr>
    </w:tbl>
    <w:p w14:paraId="773BAE42" w14:textId="77777777" w:rsidR="00D25ABA" w:rsidRDefault="00D25ABA"/>
    <w:p w14:paraId="02DD181A" w14:textId="77777777" w:rsidR="006758FC" w:rsidRDefault="006758FC"/>
    <w:p w14:paraId="4A702FE4" w14:textId="77777777" w:rsidR="006758FC" w:rsidRDefault="006758FC"/>
    <w:p w14:paraId="49E020B5" w14:textId="77777777" w:rsidR="006758FC" w:rsidRDefault="006758FC"/>
    <w:p w14:paraId="43460AB7" w14:textId="77777777" w:rsidR="006758FC" w:rsidRDefault="006758FC"/>
    <w:p w14:paraId="479906D9" w14:textId="77777777" w:rsidR="00D25ABA" w:rsidRDefault="00000000">
      <w:pPr>
        <w:pStyle w:val="Heading1"/>
      </w:pPr>
      <w:r>
        <w:lastRenderedPageBreak/>
        <w:t xml:space="preserve">11. Checklist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kỳ</w:t>
      </w:r>
      <w:proofErr w:type="spellEnd"/>
    </w:p>
    <w:p w14:paraId="54A889D3" w14:textId="42EDBE99" w:rsidR="00D25ABA" w:rsidRDefault="00347FDB">
      <w:r>
        <w:rPr>
          <w:b/>
        </w:rPr>
        <w:t xml:space="preserve">†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pipeline </w:t>
      </w:r>
      <w:proofErr w:type="spellStart"/>
      <w:r>
        <w:t>từ</w:t>
      </w:r>
      <w:proofErr w:type="spellEnd"/>
      <w:r>
        <w:t xml:space="preserve"> commit </w:t>
      </w:r>
      <w:proofErr w:type="spellStart"/>
      <w:r>
        <w:t>đến</w:t>
      </w:r>
      <w:proofErr w:type="spellEnd"/>
      <w:r>
        <w:t xml:space="preserve"> production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cross-account.</w:t>
      </w:r>
    </w:p>
    <w:p w14:paraId="60BC3912" w14:textId="3B08633A" w:rsidR="00D25ABA" w:rsidRDefault="00347FDB">
      <w:r>
        <w:rPr>
          <w:b/>
        </w:rPr>
        <w:t xml:space="preserve">†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blue/green, canary, rolling, immutable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buộc</w:t>
      </w:r>
      <w:proofErr w:type="spellEnd"/>
      <w:r>
        <w:t>.</w:t>
      </w:r>
    </w:p>
    <w:p w14:paraId="2FE64414" w14:textId="0AA1CB0A" w:rsidR="00D25ABA" w:rsidRDefault="00347FDB">
      <w:r>
        <w:rPr>
          <w:b/>
        </w:rPr>
        <w:t xml:space="preserve">†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CodeArtifact</w:t>
      </w:r>
      <w:proofErr w:type="spellEnd"/>
      <w:r>
        <w:t xml:space="preserve">, ECR, S3 </w:t>
      </w:r>
      <w:proofErr w:type="spellStart"/>
      <w:r>
        <w:t>và</w:t>
      </w:r>
      <w:proofErr w:type="spellEnd"/>
      <w:r>
        <w:t xml:space="preserve"> EC2 Image Builder.</w:t>
      </w:r>
    </w:p>
    <w:p w14:paraId="2FCE7341" w14:textId="280E0504" w:rsidR="00D25ABA" w:rsidRDefault="00347FDB">
      <w:r>
        <w:rPr>
          <w:b/>
        </w:rPr>
        <w:t xml:space="preserve">† </w:t>
      </w:r>
      <w:proofErr w:type="spellStart"/>
      <w:r>
        <w:t>Dùng</w:t>
      </w:r>
      <w:proofErr w:type="spellEnd"/>
      <w:r>
        <w:t xml:space="preserve"> CloudFormation change sets, drift detection, </w:t>
      </w:r>
      <w:proofErr w:type="spellStart"/>
      <w:r>
        <w:t>StackSets</w:t>
      </w:r>
      <w:proofErr w:type="spellEnd"/>
      <w:r>
        <w:t>, Service Catalog.</w:t>
      </w:r>
    </w:p>
    <w:p w14:paraId="1E28631A" w14:textId="37DA43D8" w:rsidR="00D25ABA" w:rsidRDefault="00347FDB">
      <w:r>
        <w:rPr>
          <w:b/>
        </w:rPr>
        <w:t xml:space="preserve">†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SCP, permission boundary, identity policy, resource policy </w:t>
      </w:r>
      <w:proofErr w:type="spellStart"/>
      <w:r>
        <w:t>và</w:t>
      </w:r>
      <w:proofErr w:type="spellEnd"/>
      <w:r>
        <w:t xml:space="preserve"> session policy.</w:t>
      </w:r>
    </w:p>
    <w:p w14:paraId="0E6E91CC" w14:textId="0D9ED317" w:rsidR="00D25ABA" w:rsidRDefault="00347FDB">
      <w:r>
        <w:rPr>
          <w:b/>
        </w:rPr>
        <w:t xml:space="preserve">†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Control Tower/Organizations </w:t>
      </w:r>
      <w:proofErr w:type="spellStart"/>
      <w:r>
        <w:t>cho</w:t>
      </w:r>
      <w:proofErr w:type="spellEnd"/>
      <w:r>
        <w:t xml:space="preserve"> account onboarding.</w:t>
      </w:r>
    </w:p>
    <w:p w14:paraId="42DBFF2C" w14:textId="56DE3DDB" w:rsidR="00D25ABA" w:rsidRDefault="00347FDB">
      <w:r>
        <w:rPr>
          <w:b/>
        </w:rPr>
        <w:t xml:space="preserve">† </w:t>
      </w:r>
      <w:proofErr w:type="spellStart"/>
      <w:r>
        <w:t>Chọn</w:t>
      </w:r>
      <w:proofErr w:type="spellEnd"/>
      <w:r>
        <w:t xml:space="preserve"> metric scaling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CPU.</w:t>
      </w:r>
    </w:p>
    <w:p w14:paraId="0CD92071" w14:textId="5A806CCA" w:rsidR="00D25ABA" w:rsidRDefault="00347FDB">
      <w:r>
        <w:rPr>
          <w:b/>
        </w:rPr>
        <w:t xml:space="preserve">† </w:t>
      </w:r>
      <w:proofErr w:type="spellStart"/>
      <w:r>
        <w:t>Tính</w:t>
      </w:r>
      <w:proofErr w:type="spellEnd"/>
      <w:r>
        <w:t xml:space="preserve"> logic RTO/RPO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DR pattern.</w:t>
      </w:r>
    </w:p>
    <w:p w14:paraId="00BE4048" w14:textId="1895B6C4" w:rsidR="00D25ABA" w:rsidRDefault="00347FDB">
      <w:r>
        <w:rPr>
          <w:b/>
        </w:rPr>
        <w:t xml:space="preserve">†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log/metric/trace pipeline </w:t>
      </w:r>
      <w:proofErr w:type="spellStart"/>
      <w:r>
        <w:t>và</w:t>
      </w:r>
      <w:proofErr w:type="spellEnd"/>
      <w:r>
        <w:t xml:space="preserve"> retention/encryption.</w:t>
      </w:r>
    </w:p>
    <w:p w14:paraId="1DB4CA99" w14:textId="22CC040F" w:rsidR="00D25ABA" w:rsidRDefault="00347FDB">
      <w:r>
        <w:rPr>
          <w:b/>
        </w:rPr>
        <w:t xml:space="preserve">†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EventBridge</w:t>
      </w:r>
      <w:proofErr w:type="spellEnd"/>
      <w:r>
        <w:t xml:space="preserve">, SNS, SQS, Step Functions </w:t>
      </w:r>
      <w:proofErr w:type="spellStart"/>
      <w:r>
        <w:t>và</w:t>
      </w:r>
      <w:proofErr w:type="spellEnd"/>
      <w:r>
        <w:t xml:space="preserve"> Kinesis.</w:t>
      </w:r>
    </w:p>
    <w:p w14:paraId="3BCD0B27" w14:textId="41F901E4" w:rsidR="00D25ABA" w:rsidRDefault="00347FDB">
      <w:r>
        <w:rPr>
          <w:b/>
        </w:rPr>
        <w:t xml:space="preserve">† </w:t>
      </w:r>
      <w:proofErr w:type="spellStart"/>
      <w:r>
        <w:t>Xử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failed deployment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CodePipeline</w:t>
      </w:r>
      <w:proofErr w:type="spellEnd"/>
      <w:r>
        <w:t>/</w:t>
      </w:r>
      <w:proofErr w:type="spellStart"/>
      <w:r>
        <w:t>CodeBuild</w:t>
      </w:r>
      <w:proofErr w:type="spellEnd"/>
      <w:r>
        <w:t>/</w:t>
      </w:r>
      <w:proofErr w:type="spellStart"/>
      <w:r>
        <w:t>CodeDeploy</w:t>
      </w:r>
      <w:proofErr w:type="spellEnd"/>
      <w:r>
        <w:t>/CloudFormation.</w:t>
      </w:r>
    </w:p>
    <w:p w14:paraId="4431A5A8" w14:textId="6CA8BCA9" w:rsidR="00D25ABA" w:rsidRDefault="00347FDB">
      <w:r>
        <w:rPr>
          <w:b/>
        </w:rPr>
        <w:t xml:space="preserve">† </w:t>
      </w:r>
      <w:proofErr w:type="spellStart"/>
      <w:r>
        <w:t>Dùng</w:t>
      </w:r>
      <w:proofErr w:type="spellEnd"/>
      <w:r>
        <w:t xml:space="preserve"> Systems Manager </w:t>
      </w:r>
      <w:proofErr w:type="spellStart"/>
      <w:r>
        <w:t>cho</w:t>
      </w:r>
      <w:proofErr w:type="spellEnd"/>
      <w:r>
        <w:t xml:space="preserve"> patch, desired state, runbook </w:t>
      </w:r>
      <w:proofErr w:type="spellStart"/>
      <w:r>
        <w:t>và</w:t>
      </w:r>
      <w:proofErr w:type="spellEnd"/>
      <w:r>
        <w:t xml:space="preserve"> incident operations.</w:t>
      </w:r>
    </w:p>
    <w:p w14:paraId="3FACEEF4" w14:textId="7196ED06" w:rsidR="00D25ABA" w:rsidRDefault="00347FDB">
      <w:r>
        <w:rPr>
          <w:b/>
        </w:rPr>
        <w:t xml:space="preserve">†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GuardDuty</w:t>
      </w:r>
      <w:proofErr w:type="spellEnd"/>
      <w:r>
        <w:t>, Security Hub, Inspector, Macie, Detective, Access Analyzer.</w:t>
      </w:r>
    </w:p>
    <w:p w14:paraId="6857E712" w14:textId="27409CBB" w:rsidR="00D25ABA" w:rsidRDefault="00347FDB">
      <w:r>
        <w:rPr>
          <w:b/>
        </w:rPr>
        <w:t xml:space="preserve">†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KMS, Secrets Manager, rotation </w:t>
      </w:r>
      <w:proofErr w:type="spellStart"/>
      <w:r>
        <w:t>và</w:t>
      </w:r>
      <w:proofErr w:type="spellEnd"/>
      <w:r>
        <w:t xml:space="preserve"> least privilege.</w:t>
      </w:r>
    </w:p>
    <w:p w14:paraId="0F4894FA" w14:textId="7352DED9" w:rsidR="00D25ABA" w:rsidRDefault="00347FDB">
      <w:r>
        <w:rPr>
          <w:b/>
        </w:rPr>
        <w:t xml:space="preserve">†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remediation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retry, DLQ, idempotency </w:t>
      </w:r>
      <w:proofErr w:type="spellStart"/>
      <w:r>
        <w:t>và</w:t>
      </w:r>
      <w:proofErr w:type="spellEnd"/>
      <w:r>
        <w:t xml:space="preserve"> audit trail.</w:t>
      </w:r>
    </w:p>
    <w:p w14:paraId="6F2B32B8" w14:textId="77777777" w:rsidR="006758FC" w:rsidRDefault="006758FC"/>
    <w:p w14:paraId="7783DD59" w14:textId="77777777" w:rsidR="006758FC" w:rsidRDefault="006758FC"/>
    <w:p w14:paraId="6E1FD3FF" w14:textId="77777777" w:rsidR="006758FC" w:rsidRDefault="006758FC"/>
    <w:p w14:paraId="78618081" w14:textId="77777777" w:rsidR="006758FC" w:rsidRDefault="006758FC"/>
    <w:p w14:paraId="405A7771" w14:textId="77777777" w:rsidR="006758FC" w:rsidRDefault="006758FC"/>
    <w:p w14:paraId="78964A63" w14:textId="77777777" w:rsidR="006758FC" w:rsidRDefault="006758FC"/>
    <w:p w14:paraId="6E98FB29" w14:textId="77777777" w:rsidR="006758FC" w:rsidRDefault="006758FC"/>
    <w:p w14:paraId="543FBCCB" w14:textId="77777777" w:rsidR="006758FC" w:rsidRDefault="006758FC"/>
    <w:p w14:paraId="5D65FF5F" w14:textId="77777777" w:rsidR="006758FC" w:rsidRDefault="006758FC"/>
    <w:p w14:paraId="5D6239CC" w14:textId="77777777" w:rsidR="006758FC" w:rsidRDefault="006758FC"/>
    <w:p w14:paraId="4946595D" w14:textId="77777777" w:rsidR="006758FC" w:rsidRDefault="006758FC"/>
    <w:p w14:paraId="6E8802D3" w14:textId="312FF114" w:rsidR="00D25ABA" w:rsidRDefault="00000000">
      <w:pPr>
        <w:pStyle w:val="Heading1"/>
      </w:pPr>
      <w:r>
        <w:lastRenderedPageBreak/>
        <w:t xml:space="preserve">12. </w:t>
      </w:r>
      <w:proofErr w:type="spellStart"/>
      <w:r>
        <w:t>Lộ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ôn</w:t>
      </w:r>
      <w:proofErr w:type="spellEnd"/>
      <w:r>
        <w:t xml:space="preserve"> </w:t>
      </w:r>
      <w:proofErr w:type="spellStart"/>
      <w:r>
        <w:t>tập</w:t>
      </w:r>
      <w:proofErr w:type="spellEnd"/>
      <w:r>
        <w:t xml:space="preserve"> </w:t>
      </w:r>
      <w:proofErr w:type="spellStart"/>
      <w:r w:rsidR="006834A7">
        <w:t>hơn</w:t>
      </w:r>
      <w:proofErr w:type="spellEnd"/>
      <w:r w:rsidR="006834A7">
        <w:t xml:space="preserve"> 6</w:t>
      </w:r>
      <w:r>
        <w:t xml:space="preserve"> </w:t>
      </w:r>
      <w:proofErr w:type="spellStart"/>
      <w:r>
        <w:t>tuần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685"/>
        <w:gridCol w:w="4188"/>
        <w:gridCol w:w="3521"/>
      </w:tblGrid>
      <w:tr w:rsidR="00D25ABA" w14:paraId="3395679F" w14:textId="77777777">
        <w:trPr>
          <w:tblHeader/>
          <w:jc w:val="center"/>
        </w:trPr>
        <w:tc>
          <w:tcPr>
            <w:tcW w:w="1008" w:type="dxa"/>
            <w:shd w:val="clear" w:color="auto" w:fill="1F4E78"/>
            <w:vAlign w:val="center"/>
          </w:tcPr>
          <w:p w14:paraId="72E147D8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Tuần</w:t>
            </w:r>
            <w:proofErr w:type="spellEnd"/>
          </w:p>
        </w:tc>
        <w:tc>
          <w:tcPr>
            <w:tcW w:w="1728" w:type="dxa"/>
            <w:shd w:val="clear" w:color="auto" w:fill="1F4E78"/>
            <w:vAlign w:val="center"/>
          </w:tcPr>
          <w:p w14:paraId="478E1896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Trọng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tâm</w:t>
            </w:r>
            <w:proofErr w:type="spellEnd"/>
          </w:p>
        </w:tc>
        <w:tc>
          <w:tcPr>
            <w:tcW w:w="4320" w:type="dxa"/>
            <w:shd w:val="clear" w:color="auto" w:fill="1F4E78"/>
            <w:vAlign w:val="center"/>
          </w:tcPr>
          <w:p w14:paraId="31521AB8" w14:textId="77777777" w:rsidR="00D25ABA" w:rsidRDefault="00000000">
            <w:r>
              <w:rPr>
                <w:b/>
                <w:color w:val="FFFFFF"/>
                <w:sz w:val="17"/>
              </w:rPr>
              <w:t xml:space="preserve">Lý </w:t>
            </w:r>
            <w:proofErr w:type="spellStart"/>
            <w:r>
              <w:rPr>
                <w:b/>
                <w:color w:val="FFFFFF"/>
                <w:sz w:val="17"/>
              </w:rPr>
              <w:t>thuyết</w:t>
            </w:r>
            <w:proofErr w:type="spellEnd"/>
          </w:p>
        </w:tc>
        <w:tc>
          <w:tcPr>
            <w:tcW w:w="3600" w:type="dxa"/>
            <w:shd w:val="clear" w:color="auto" w:fill="1F4E78"/>
            <w:vAlign w:val="center"/>
          </w:tcPr>
          <w:p w14:paraId="35D7D1B9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Đầu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ra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bắt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buộc</w:t>
            </w:r>
            <w:proofErr w:type="spellEnd"/>
          </w:p>
        </w:tc>
      </w:tr>
      <w:tr w:rsidR="00D25ABA" w14:paraId="4ABB1C9D" w14:textId="77777777">
        <w:trPr>
          <w:jc w:val="center"/>
        </w:trPr>
        <w:tc>
          <w:tcPr>
            <w:tcW w:w="1008" w:type="dxa"/>
            <w:shd w:val="clear" w:color="auto" w:fill="D9EAF7"/>
          </w:tcPr>
          <w:p w14:paraId="05B50832" w14:textId="77777777" w:rsidR="00D25ABA" w:rsidRDefault="00000000">
            <w:proofErr w:type="spellStart"/>
            <w:r>
              <w:rPr>
                <w:sz w:val="17"/>
              </w:rPr>
              <w:t>Tuần</w:t>
            </w:r>
            <w:proofErr w:type="spellEnd"/>
            <w:r>
              <w:rPr>
                <w:sz w:val="17"/>
              </w:rPr>
              <w:t xml:space="preserve"> 1</w:t>
            </w:r>
          </w:p>
        </w:tc>
        <w:tc>
          <w:tcPr>
            <w:tcW w:w="1728" w:type="dxa"/>
          </w:tcPr>
          <w:p w14:paraId="0D0819F1" w14:textId="77777777" w:rsidR="00D25ABA" w:rsidRDefault="00000000">
            <w:r>
              <w:rPr>
                <w:sz w:val="17"/>
              </w:rPr>
              <w:t>Domain 1</w:t>
            </w:r>
          </w:p>
        </w:tc>
        <w:tc>
          <w:tcPr>
            <w:tcW w:w="4320" w:type="dxa"/>
          </w:tcPr>
          <w:p w14:paraId="0AD7F9BC" w14:textId="77777777" w:rsidR="00D25ABA" w:rsidRDefault="00000000">
            <w:r>
              <w:rPr>
                <w:sz w:val="17"/>
              </w:rPr>
              <w:t>CI/CD, testing, artifacts, deployment strategies</w:t>
            </w:r>
          </w:p>
        </w:tc>
        <w:tc>
          <w:tcPr>
            <w:tcW w:w="3600" w:type="dxa"/>
          </w:tcPr>
          <w:p w14:paraId="1A946A34" w14:textId="77777777" w:rsidR="00D25ABA" w:rsidRDefault="00000000">
            <w:proofErr w:type="spellStart"/>
            <w:r>
              <w:rPr>
                <w:sz w:val="17"/>
              </w:rPr>
              <w:t>Vẽ</w:t>
            </w:r>
            <w:proofErr w:type="spellEnd"/>
            <w:r>
              <w:rPr>
                <w:sz w:val="17"/>
              </w:rPr>
              <w:t xml:space="preserve"> 3 pipeline: EC2, ECS, Lambda</w:t>
            </w:r>
          </w:p>
        </w:tc>
      </w:tr>
      <w:tr w:rsidR="00D25ABA" w14:paraId="1D3CDBC2" w14:textId="77777777">
        <w:trPr>
          <w:jc w:val="center"/>
        </w:trPr>
        <w:tc>
          <w:tcPr>
            <w:tcW w:w="1008" w:type="dxa"/>
            <w:shd w:val="clear" w:color="auto" w:fill="D9EAF7"/>
          </w:tcPr>
          <w:p w14:paraId="07459711" w14:textId="77777777" w:rsidR="00D25ABA" w:rsidRDefault="00000000">
            <w:proofErr w:type="spellStart"/>
            <w:r>
              <w:rPr>
                <w:sz w:val="17"/>
              </w:rPr>
              <w:t>Tuần</w:t>
            </w:r>
            <w:proofErr w:type="spellEnd"/>
            <w:r>
              <w:rPr>
                <w:sz w:val="17"/>
              </w:rPr>
              <w:t xml:space="preserve"> 2</w:t>
            </w:r>
          </w:p>
        </w:tc>
        <w:tc>
          <w:tcPr>
            <w:tcW w:w="1728" w:type="dxa"/>
          </w:tcPr>
          <w:p w14:paraId="13C12D76" w14:textId="77777777" w:rsidR="00D25ABA" w:rsidRDefault="00000000">
            <w:r>
              <w:rPr>
                <w:sz w:val="17"/>
              </w:rPr>
              <w:t>Domain 2</w:t>
            </w:r>
          </w:p>
        </w:tc>
        <w:tc>
          <w:tcPr>
            <w:tcW w:w="4320" w:type="dxa"/>
          </w:tcPr>
          <w:p w14:paraId="74F9C9E0" w14:textId="77777777" w:rsidR="00D25ABA" w:rsidRDefault="00000000">
            <w:r>
              <w:rPr>
                <w:sz w:val="17"/>
              </w:rPr>
              <w:t xml:space="preserve">CloudFormation, </w:t>
            </w:r>
            <w:proofErr w:type="spellStart"/>
            <w:r>
              <w:rPr>
                <w:sz w:val="17"/>
              </w:rPr>
              <w:t>StackSets</w:t>
            </w:r>
            <w:proofErr w:type="spellEnd"/>
            <w:r>
              <w:rPr>
                <w:sz w:val="17"/>
              </w:rPr>
              <w:t>, SSM, Organizations, Control Tower</w:t>
            </w:r>
          </w:p>
        </w:tc>
        <w:tc>
          <w:tcPr>
            <w:tcW w:w="3600" w:type="dxa"/>
          </w:tcPr>
          <w:p w14:paraId="2DC2978E" w14:textId="77777777" w:rsidR="00D25ABA" w:rsidRDefault="00000000">
            <w:proofErr w:type="spellStart"/>
            <w:r>
              <w:rPr>
                <w:sz w:val="17"/>
              </w:rPr>
              <w:t>Tạo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bảng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IaC</w:t>
            </w:r>
            <w:proofErr w:type="spellEnd"/>
            <w:r>
              <w:rPr>
                <w:sz w:val="17"/>
              </w:rPr>
              <w:t>/config/governance</w:t>
            </w:r>
          </w:p>
        </w:tc>
      </w:tr>
      <w:tr w:rsidR="00D25ABA" w14:paraId="291DBEB5" w14:textId="77777777">
        <w:trPr>
          <w:jc w:val="center"/>
        </w:trPr>
        <w:tc>
          <w:tcPr>
            <w:tcW w:w="1008" w:type="dxa"/>
            <w:shd w:val="clear" w:color="auto" w:fill="D9EAF7"/>
          </w:tcPr>
          <w:p w14:paraId="42C76BA8" w14:textId="77777777" w:rsidR="00D25ABA" w:rsidRDefault="00000000">
            <w:proofErr w:type="spellStart"/>
            <w:r>
              <w:rPr>
                <w:sz w:val="17"/>
              </w:rPr>
              <w:t>Tuần</w:t>
            </w:r>
            <w:proofErr w:type="spellEnd"/>
            <w:r>
              <w:rPr>
                <w:sz w:val="17"/>
              </w:rPr>
              <w:t xml:space="preserve"> 3</w:t>
            </w:r>
          </w:p>
        </w:tc>
        <w:tc>
          <w:tcPr>
            <w:tcW w:w="1728" w:type="dxa"/>
          </w:tcPr>
          <w:p w14:paraId="7779DF20" w14:textId="77777777" w:rsidR="00D25ABA" w:rsidRDefault="00000000">
            <w:r>
              <w:rPr>
                <w:sz w:val="17"/>
              </w:rPr>
              <w:t>Domain 3</w:t>
            </w:r>
          </w:p>
        </w:tc>
        <w:tc>
          <w:tcPr>
            <w:tcW w:w="4320" w:type="dxa"/>
          </w:tcPr>
          <w:p w14:paraId="1971B953" w14:textId="77777777" w:rsidR="00D25ABA" w:rsidRDefault="00000000">
            <w:r>
              <w:rPr>
                <w:sz w:val="17"/>
              </w:rPr>
              <w:t>HA, scaling, DR, RTO/RPO</w:t>
            </w:r>
          </w:p>
        </w:tc>
        <w:tc>
          <w:tcPr>
            <w:tcW w:w="3600" w:type="dxa"/>
          </w:tcPr>
          <w:p w14:paraId="3ADF71CE" w14:textId="77777777" w:rsidR="00D25ABA" w:rsidRDefault="00000000">
            <w:proofErr w:type="spellStart"/>
            <w:r>
              <w:rPr>
                <w:sz w:val="17"/>
              </w:rPr>
              <w:t>Giải</w:t>
            </w:r>
            <w:proofErr w:type="spellEnd"/>
            <w:r>
              <w:rPr>
                <w:sz w:val="17"/>
              </w:rPr>
              <w:t xml:space="preserve"> 20 scenario resilience</w:t>
            </w:r>
          </w:p>
        </w:tc>
      </w:tr>
      <w:tr w:rsidR="00D25ABA" w14:paraId="4686B3DE" w14:textId="77777777">
        <w:trPr>
          <w:jc w:val="center"/>
        </w:trPr>
        <w:tc>
          <w:tcPr>
            <w:tcW w:w="1008" w:type="dxa"/>
            <w:shd w:val="clear" w:color="auto" w:fill="D9EAF7"/>
          </w:tcPr>
          <w:p w14:paraId="7529FB8B" w14:textId="77777777" w:rsidR="00D25ABA" w:rsidRDefault="00000000">
            <w:proofErr w:type="spellStart"/>
            <w:r>
              <w:rPr>
                <w:sz w:val="17"/>
              </w:rPr>
              <w:t>Tuần</w:t>
            </w:r>
            <w:proofErr w:type="spellEnd"/>
            <w:r>
              <w:rPr>
                <w:sz w:val="17"/>
              </w:rPr>
              <w:t xml:space="preserve"> 4</w:t>
            </w:r>
          </w:p>
        </w:tc>
        <w:tc>
          <w:tcPr>
            <w:tcW w:w="1728" w:type="dxa"/>
          </w:tcPr>
          <w:p w14:paraId="66A402DF" w14:textId="77777777" w:rsidR="00D25ABA" w:rsidRDefault="00000000">
            <w:r>
              <w:rPr>
                <w:sz w:val="17"/>
              </w:rPr>
              <w:t>Domain 4-5</w:t>
            </w:r>
          </w:p>
        </w:tc>
        <w:tc>
          <w:tcPr>
            <w:tcW w:w="4320" w:type="dxa"/>
          </w:tcPr>
          <w:p w14:paraId="3D0F1D1F" w14:textId="77777777" w:rsidR="00D25ABA" w:rsidRDefault="00000000">
            <w:r>
              <w:rPr>
                <w:sz w:val="17"/>
              </w:rPr>
              <w:t xml:space="preserve">CloudWatch, logs, X-Ray, </w:t>
            </w:r>
            <w:proofErr w:type="spellStart"/>
            <w:r>
              <w:rPr>
                <w:sz w:val="17"/>
              </w:rPr>
              <w:t>EventBridge</w:t>
            </w:r>
            <w:proofErr w:type="spellEnd"/>
            <w:r>
              <w:rPr>
                <w:sz w:val="17"/>
              </w:rPr>
              <w:t>, incident response</w:t>
            </w:r>
          </w:p>
        </w:tc>
        <w:tc>
          <w:tcPr>
            <w:tcW w:w="3600" w:type="dxa"/>
          </w:tcPr>
          <w:p w14:paraId="07DD0EA0" w14:textId="77777777" w:rsidR="00D25ABA" w:rsidRDefault="00000000">
            <w:proofErr w:type="spellStart"/>
            <w:r>
              <w:rPr>
                <w:sz w:val="17"/>
              </w:rPr>
              <w:t>Thiết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kế</w:t>
            </w:r>
            <w:proofErr w:type="spellEnd"/>
            <w:r>
              <w:rPr>
                <w:sz w:val="17"/>
              </w:rPr>
              <w:t xml:space="preserve"> 5 automation workflows</w:t>
            </w:r>
          </w:p>
        </w:tc>
      </w:tr>
      <w:tr w:rsidR="00D25ABA" w14:paraId="488D4039" w14:textId="77777777">
        <w:trPr>
          <w:jc w:val="center"/>
        </w:trPr>
        <w:tc>
          <w:tcPr>
            <w:tcW w:w="1008" w:type="dxa"/>
            <w:shd w:val="clear" w:color="auto" w:fill="D9EAF7"/>
          </w:tcPr>
          <w:p w14:paraId="38AF17C7" w14:textId="77777777" w:rsidR="00D25ABA" w:rsidRDefault="00000000">
            <w:proofErr w:type="spellStart"/>
            <w:r>
              <w:rPr>
                <w:sz w:val="17"/>
              </w:rPr>
              <w:t>Tuần</w:t>
            </w:r>
            <w:proofErr w:type="spellEnd"/>
            <w:r>
              <w:rPr>
                <w:sz w:val="17"/>
              </w:rPr>
              <w:t xml:space="preserve"> 5</w:t>
            </w:r>
          </w:p>
        </w:tc>
        <w:tc>
          <w:tcPr>
            <w:tcW w:w="1728" w:type="dxa"/>
          </w:tcPr>
          <w:p w14:paraId="302FF5C0" w14:textId="77777777" w:rsidR="00D25ABA" w:rsidRDefault="00000000">
            <w:r>
              <w:rPr>
                <w:sz w:val="17"/>
              </w:rPr>
              <w:t>Domain 6</w:t>
            </w:r>
          </w:p>
        </w:tc>
        <w:tc>
          <w:tcPr>
            <w:tcW w:w="4320" w:type="dxa"/>
          </w:tcPr>
          <w:p w14:paraId="3AF39307" w14:textId="77777777" w:rsidR="00D25ABA" w:rsidRDefault="00000000">
            <w:r>
              <w:rPr>
                <w:sz w:val="17"/>
              </w:rPr>
              <w:t>IAM at scale, security services, KMS, compliance</w:t>
            </w:r>
          </w:p>
        </w:tc>
        <w:tc>
          <w:tcPr>
            <w:tcW w:w="3600" w:type="dxa"/>
          </w:tcPr>
          <w:p w14:paraId="2D5C49F0" w14:textId="77777777" w:rsidR="00D25ABA" w:rsidRDefault="00000000">
            <w:r>
              <w:rPr>
                <w:sz w:val="17"/>
              </w:rPr>
              <w:t xml:space="preserve">So </w:t>
            </w:r>
            <w:proofErr w:type="spellStart"/>
            <w:r>
              <w:rPr>
                <w:sz w:val="17"/>
              </w:rPr>
              <w:t>sánh</w:t>
            </w:r>
            <w:proofErr w:type="spellEnd"/>
            <w:r>
              <w:rPr>
                <w:sz w:val="17"/>
              </w:rPr>
              <w:t xml:space="preserve"> 15 </w:t>
            </w:r>
            <w:proofErr w:type="spellStart"/>
            <w:r>
              <w:rPr>
                <w:sz w:val="17"/>
              </w:rPr>
              <w:t>cặp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dịch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vụ</w:t>
            </w:r>
            <w:proofErr w:type="spellEnd"/>
          </w:p>
        </w:tc>
      </w:tr>
      <w:tr w:rsidR="00D25ABA" w14:paraId="2372837F" w14:textId="77777777">
        <w:trPr>
          <w:jc w:val="center"/>
        </w:trPr>
        <w:tc>
          <w:tcPr>
            <w:tcW w:w="1008" w:type="dxa"/>
            <w:shd w:val="clear" w:color="auto" w:fill="D9EAF7"/>
          </w:tcPr>
          <w:p w14:paraId="6DE5A1D9" w14:textId="272C4040" w:rsidR="00D25ABA" w:rsidRDefault="00000000">
            <w:proofErr w:type="spellStart"/>
            <w:r>
              <w:rPr>
                <w:sz w:val="17"/>
              </w:rPr>
              <w:t>Tuần</w:t>
            </w:r>
            <w:proofErr w:type="spellEnd"/>
            <w:r>
              <w:rPr>
                <w:sz w:val="17"/>
              </w:rPr>
              <w:t xml:space="preserve"> 6</w:t>
            </w:r>
            <w:r w:rsidR="006834A7">
              <w:rPr>
                <w:sz w:val="17"/>
              </w:rPr>
              <w:t xml:space="preserve"> </w:t>
            </w:r>
            <w:proofErr w:type="spellStart"/>
            <w:r w:rsidR="006834A7">
              <w:rPr>
                <w:sz w:val="17"/>
              </w:rPr>
              <w:t>trở</w:t>
            </w:r>
            <w:proofErr w:type="spellEnd"/>
            <w:r w:rsidR="006834A7">
              <w:rPr>
                <w:sz w:val="17"/>
              </w:rPr>
              <w:t xml:space="preserve"> </w:t>
            </w:r>
            <w:proofErr w:type="spellStart"/>
            <w:r w:rsidR="006834A7">
              <w:rPr>
                <w:sz w:val="17"/>
              </w:rPr>
              <w:t>đi</w:t>
            </w:r>
            <w:proofErr w:type="spellEnd"/>
          </w:p>
        </w:tc>
        <w:tc>
          <w:tcPr>
            <w:tcW w:w="1728" w:type="dxa"/>
          </w:tcPr>
          <w:p w14:paraId="1D7EE530" w14:textId="77777777" w:rsidR="00D25ABA" w:rsidRDefault="00000000">
            <w:proofErr w:type="spellStart"/>
            <w:r>
              <w:rPr>
                <w:sz w:val="17"/>
              </w:rPr>
              <w:t>Tổng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ôn</w:t>
            </w:r>
            <w:proofErr w:type="spellEnd"/>
          </w:p>
        </w:tc>
        <w:tc>
          <w:tcPr>
            <w:tcW w:w="4320" w:type="dxa"/>
          </w:tcPr>
          <w:p w14:paraId="282B36E2" w14:textId="77777777" w:rsidR="00D25ABA" w:rsidRDefault="00000000">
            <w:r>
              <w:rPr>
                <w:sz w:val="17"/>
              </w:rPr>
              <w:t>Mock exam, error log, weak areas</w:t>
            </w:r>
          </w:p>
        </w:tc>
        <w:tc>
          <w:tcPr>
            <w:tcW w:w="3600" w:type="dxa"/>
          </w:tcPr>
          <w:p w14:paraId="1CE54AC7" w14:textId="77777777" w:rsidR="00D25ABA" w:rsidRDefault="00000000">
            <w:r>
              <w:rPr>
                <w:sz w:val="17"/>
              </w:rPr>
              <w:t xml:space="preserve">2-3 </w:t>
            </w:r>
            <w:proofErr w:type="spellStart"/>
            <w:r>
              <w:rPr>
                <w:sz w:val="17"/>
              </w:rPr>
              <w:t>đề</w:t>
            </w:r>
            <w:proofErr w:type="spellEnd"/>
            <w:r>
              <w:rPr>
                <w:sz w:val="17"/>
              </w:rPr>
              <w:t xml:space="preserve"> full length + review </w:t>
            </w:r>
            <w:proofErr w:type="spellStart"/>
            <w:r>
              <w:rPr>
                <w:sz w:val="17"/>
              </w:rPr>
              <w:t>sâu</w:t>
            </w:r>
            <w:proofErr w:type="spellEnd"/>
          </w:p>
        </w:tc>
      </w:tr>
    </w:tbl>
    <w:p w14:paraId="7B2B5262" w14:textId="77777777" w:rsidR="00D25ABA" w:rsidRDefault="00D25ABA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7026158B" w14:textId="77777777">
        <w:trPr>
          <w:jc w:val="center"/>
        </w:trPr>
        <w:tc>
          <w:tcPr>
            <w:tcW w:w="10166" w:type="dxa"/>
            <w:shd w:val="clear" w:color="auto" w:fill="E2F0D9"/>
          </w:tcPr>
          <w:p w14:paraId="48048318" w14:textId="77777777" w:rsidR="00D25ABA" w:rsidRDefault="00000000">
            <w:r>
              <w:rPr>
                <w:b/>
                <w:color w:val="548235"/>
              </w:rPr>
              <w:t xml:space="preserve">Nguyên </w:t>
            </w:r>
            <w:proofErr w:type="spellStart"/>
            <w:r>
              <w:rPr>
                <w:b/>
                <w:color w:val="548235"/>
              </w:rPr>
              <w:t>tắc</w:t>
            </w:r>
            <w:proofErr w:type="spellEnd"/>
            <w:r>
              <w:rPr>
                <w:b/>
                <w:color w:val="548235"/>
              </w:rPr>
              <w:t xml:space="preserve"> </w:t>
            </w:r>
            <w:proofErr w:type="spellStart"/>
            <w:r>
              <w:rPr>
                <w:b/>
                <w:color w:val="548235"/>
              </w:rPr>
              <w:t>học</w:t>
            </w:r>
            <w:proofErr w:type="spellEnd"/>
            <w:r>
              <w:rPr>
                <w:b/>
                <w:color w:val="548235"/>
              </w:rPr>
              <w:t xml:space="preserve"> </w:t>
            </w:r>
            <w:proofErr w:type="spellStart"/>
            <w:r>
              <w:rPr>
                <w:b/>
                <w:color w:val="548235"/>
              </w:rPr>
              <w:t>hiệu</w:t>
            </w:r>
            <w:proofErr w:type="spellEnd"/>
            <w:r>
              <w:rPr>
                <w:b/>
                <w:color w:val="548235"/>
              </w:rPr>
              <w:t xml:space="preserve"> </w:t>
            </w:r>
            <w:proofErr w:type="spellStart"/>
            <w:r>
              <w:rPr>
                <w:b/>
                <w:color w:val="548235"/>
              </w:rPr>
              <w:t>quả</w:t>
            </w:r>
            <w:proofErr w:type="spellEnd"/>
            <w:r>
              <w:br/>
            </w:r>
            <w:proofErr w:type="spellStart"/>
            <w:r>
              <w:t>Mỗi</w:t>
            </w:r>
            <w:proofErr w:type="spellEnd"/>
            <w:r>
              <w:t xml:space="preserve"> </w:t>
            </w:r>
            <w:proofErr w:type="spellStart"/>
            <w:r>
              <w:t>câu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  <w:r>
              <w:t xml:space="preserve"> </w:t>
            </w:r>
            <w:proofErr w:type="spellStart"/>
            <w:r>
              <w:t>phải</w:t>
            </w:r>
            <w:proofErr w:type="spellEnd"/>
            <w:r>
              <w:t xml:space="preserve"> </w:t>
            </w:r>
            <w:proofErr w:type="spellStart"/>
            <w:r>
              <w:t>ghi</w:t>
            </w:r>
            <w:proofErr w:type="spellEnd"/>
            <w:r>
              <w:t xml:space="preserve"> 4 </w:t>
            </w:r>
            <w:proofErr w:type="spellStart"/>
            <w:r>
              <w:t>dòng</w:t>
            </w:r>
            <w:proofErr w:type="spellEnd"/>
            <w:r>
              <w:t xml:space="preserve">: (1) </w:t>
            </w:r>
            <w:proofErr w:type="spellStart"/>
            <w:r>
              <w:t>từ</w:t>
            </w:r>
            <w:proofErr w:type="spellEnd"/>
            <w:r>
              <w:t xml:space="preserve"> </w:t>
            </w:r>
            <w:proofErr w:type="spellStart"/>
            <w:r>
              <w:t>khóa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, (2) </w:t>
            </w:r>
            <w:proofErr w:type="spellStart"/>
            <w:r>
              <w:t>đáp</w:t>
            </w:r>
            <w:proofErr w:type="spellEnd"/>
            <w:r>
              <w:t xml:space="preserve"> </w:t>
            </w:r>
            <w:proofErr w:type="spellStart"/>
            <w:r>
              <w:t>án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, (3) </w:t>
            </w:r>
            <w:proofErr w:type="spellStart"/>
            <w:r>
              <w:t>vì</w:t>
            </w:r>
            <w:proofErr w:type="spellEnd"/>
            <w:r>
              <w:t xml:space="preserve"> </w:t>
            </w:r>
            <w:proofErr w:type="spellStart"/>
            <w:r>
              <w:t>sao</w:t>
            </w:r>
            <w:proofErr w:type="spellEnd"/>
            <w:r>
              <w:t xml:space="preserve"> </w:t>
            </w:r>
            <w:proofErr w:type="spellStart"/>
            <w:r>
              <w:t>sai</w:t>
            </w:r>
            <w:proofErr w:type="spellEnd"/>
            <w:r>
              <w:t xml:space="preserve">, (4) </w:t>
            </w:r>
            <w:proofErr w:type="spellStart"/>
            <w:r>
              <w:t>quy</w:t>
            </w:r>
            <w:proofErr w:type="spellEnd"/>
            <w:r>
              <w:t xml:space="preserve"> </w:t>
            </w:r>
            <w:proofErr w:type="spellStart"/>
            <w:r>
              <w:t>tắc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lần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. </w:t>
            </w:r>
            <w:proofErr w:type="spellStart"/>
            <w:r>
              <w:t>Đừng</w:t>
            </w:r>
            <w:proofErr w:type="spellEnd"/>
            <w:r>
              <w:t xml:space="preserve"> </w:t>
            </w: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đáp</w:t>
            </w:r>
            <w:proofErr w:type="spellEnd"/>
            <w:r>
              <w:t xml:space="preserve"> </w:t>
            </w:r>
            <w:proofErr w:type="spellStart"/>
            <w:r>
              <w:t>án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>.</w:t>
            </w:r>
          </w:p>
        </w:tc>
      </w:tr>
    </w:tbl>
    <w:p w14:paraId="00156FEF" w14:textId="77777777" w:rsidR="00D25ABA" w:rsidRDefault="00D25ABA"/>
    <w:p w14:paraId="5173CFCE" w14:textId="77777777" w:rsidR="00D25ABA" w:rsidRDefault="00000000">
      <w:pPr>
        <w:pStyle w:val="Heading1"/>
      </w:pPr>
      <w:r>
        <w:t xml:space="preserve">13.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kiểm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đề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6"/>
        <w:gridCol w:w="8836"/>
      </w:tblGrid>
      <w:tr w:rsidR="00D25ABA" w14:paraId="36576C4A" w14:textId="77777777">
        <w:trPr>
          <w:tblHeader/>
          <w:jc w:val="center"/>
        </w:trPr>
        <w:tc>
          <w:tcPr>
            <w:tcW w:w="1584" w:type="dxa"/>
            <w:shd w:val="clear" w:color="auto" w:fill="1F4E78"/>
            <w:vAlign w:val="center"/>
          </w:tcPr>
          <w:p w14:paraId="62F80394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Nhóm</w:t>
            </w:r>
            <w:proofErr w:type="spellEnd"/>
          </w:p>
        </w:tc>
        <w:tc>
          <w:tcPr>
            <w:tcW w:w="9216" w:type="dxa"/>
            <w:shd w:val="clear" w:color="auto" w:fill="1F4E78"/>
            <w:vAlign w:val="center"/>
          </w:tcPr>
          <w:p w14:paraId="5FAE21E6" w14:textId="77777777" w:rsidR="00D25ABA" w:rsidRDefault="00000000">
            <w:proofErr w:type="spellStart"/>
            <w:r>
              <w:rPr>
                <w:b/>
                <w:color w:val="FFFFFF"/>
                <w:sz w:val="17"/>
              </w:rPr>
              <w:t>Câu</w:t>
            </w:r>
            <w:proofErr w:type="spellEnd"/>
            <w:r>
              <w:rPr>
                <w:b/>
                <w:color w:val="FFFFFF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hỏi</w:t>
            </w:r>
            <w:proofErr w:type="spellEnd"/>
          </w:p>
        </w:tc>
      </w:tr>
      <w:tr w:rsidR="00D25ABA" w14:paraId="1850AC7B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52E236C3" w14:textId="77777777" w:rsidR="00D25ABA" w:rsidRDefault="00000000">
            <w:r>
              <w:rPr>
                <w:sz w:val="17"/>
              </w:rPr>
              <w:t>Domain 1</w:t>
            </w:r>
          </w:p>
        </w:tc>
        <w:tc>
          <w:tcPr>
            <w:tcW w:w="9216" w:type="dxa"/>
          </w:tcPr>
          <w:p w14:paraId="4B5BB58D" w14:textId="77777777" w:rsidR="00D25ABA" w:rsidRDefault="00000000">
            <w:proofErr w:type="spellStart"/>
            <w:r>
              <w:rPr>
                <w:sz w:val="17"/>
              </w:rPr>
              <w:t>Một</w:t>
            </w:r>
            <w:proofErr w:type="spellEnd"/>
            <w:r>
              <w:rPr>
                <w:sz w:val="17"/>
              </w:rPr>
              <w:t xml:space="preserve"> pipeline ở account A </w:t>
            </w:r>
            <w:proofErr w:type="spellStart"/>
            <w:r>
              <w:rPr>
                <w:sz w:val="17"/>
              </w:rPr>
              <w:t>triển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khai</w:t>
            </w:r>
            <w:proofErr w:type="spellEnd"/>
            <w:r>
              <w:rPr>
                <w:sz w:val="17"/>
              </w:rPr>
              <w:t xml:space="preserve"> CloudFormation </w:t>
            </w:r>
            <w:proofErr w:type="spellStart"/>
            <w:r>
              <w:rPr>
                <w:sz w:val="17"/>
              </w:rPr>
              <w:t>tới</w:t>
            </w:r>
            <w:proofErr w:type="spellEnd"/>
            <w:r>
              <w:rPr>
                <w:sz w:val="17"/>
              </w:rPr>
              <w:t xml:space="preserve"> account B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dùng</w:t>
            </w:r>
            <w:proofErr w:type="spellEnd"/>
            <w:r>
              <w:rPr>
                <w:sz w:val="17"/>
              </w:rPr>
              <w:t xml:space="preserve"> artifact </w:t>
            </w:r>
            <w:proofErr w:type="spellStart"/>
            <w:r>
              <w:rPr>
                <w:sz w:val="17"/>
              </w:rPr>
              <w:t>mã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hóa</w:t>
            </w:r>
            <w:proofErr w:type="spellEnd"/>
            <w:r>
              <w:rPr>
                <w:sz w:val="17"/>
              </w:rPr>
              <w:t xml:space="preserve"> KMS. </w:t>
            </w:r>
            <w:proofErr w:type="spellStart"/>
            <w:r>
              <w:rPr>
                <w:sz w:val="17"/>
              </w:rPr>
              <w:t>Những</w:t>
            </w:r>
            <w:proofErr w:type="spellEnd"/>
            <w:r>
              <w:rPr>
                <w:sz w:val="17"/>
              </w:rPr>
              <w:t xml:space="preserve"> policy/role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phải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phối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hợp</w:t>
            </w:r>
            <w:proofErr w:type="spellEnd"/>
            <w:r>
              <w:rPr>
                <w:sz w:val="17"/>
              </w:rPr>
              <w:t>?</w:t>
            </w:r>
          </w:p>
        </w:tc>
      </w:tr>
      <w:tr w:rsidR="00D25ABA" w14:paraId="75DC3DBC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69F59E62" w14:textId="77777777" w:rsidR="00D25ABA" w:rsidRDefault="00000000">
            <w:r>
              <w:rPr>
                <w:sz w:val="17"/>
              </w:rPr>
              <w:t>Domain 1</w:t>
            </w:r>
          </w:p>
        </w:tc>
        <w:tc>
          <w:tcPr>
            <w:tcW w:w="9216" w:type="dxa"/>
          </w:tcPr>
          <w:p w14:paraId="0EC9FC2F" w14:textId="77777777" w:rsidR="00D25ABA" w:rsidRDefault="00000000">
            <w:r>
              <w:rPr>
                <w:sz w:val="17"/>
              </w:rPr>
              <w:t xml:space="preserve">Khi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 xml:space="preserve"> canary </w:t>
            </w:r>
            <w:proofErr w:type="spellStart"/>
            <w:r>
              <w:rPr>
                <w:sz w:val="17"/>
              </w:rPr>
              <w:t>tốt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hơn</w:t>
            </w:r>
            <w:proofErr w:type="spellEnd"/>
            <w:r>
              <w:rPr>
                <w:sz w:val="17"/>
              </w:rPr>
              <w:t xml:space="preserve"> blue/green? Khi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 xml:space="preserve"> immutable </w:t>
            </w:r>
            <w:proofErr w:type="spellStart"/>
            <w:r>
              <w:rPr>
                <w:sz w:val="17"/>
              </w:rPr>
              <w:t>tốt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hơn</w:t>
            </w:r>
            <w:proofErr w:type="spellEnd"/>
            <w:r>
              <w:rPr>
                <w:sz w:val="17"/>
              </w:rPr>
              <w:t xml:space="preserve"> rolling?</w:t>
            </w:r>
          </w:p>
        </w:tc>
      </w:tr>
      <w:tr w:rsidR="00D25ABA" w14:paraId="17F9258E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1D394B03" w14:textId="77777777" w:rsidR="00D25ABA" w:rsidRDefault="00000000">
            <w:r>
              <w:rPr>
                <w:sz w:val="17"/>
              </w:rPr>
              <w:t>Domain 1</w:t>
            </w:r>
          </w:p>
        </w:tc>
        <w:tc>
          <w:tcPr>
            <w:tcW w:w="9216" w:type="dxa"/>
          </w:tcPr>
          <w:p w14:paraId="39FF735A" w14:textId="77777777" w:rsidR="00D25ABA" w:rsidRDefault="00000000">
            <w:proofErr w:type="spellStart"/>
            <w:r>
              <w:rPr>
                <w:sz w:val="17"/>
              </w:rPr>
              <w:t>Làm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sao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để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động</w:t>
            </w:r>
            <w:proofErr w:type="spellEnd"/>
            <w:r>
              <w:rPr>
                <w:sz w:val="17"/>
              </w:rPr>
              <w:t xml:space="preserve"> rollback </w:t>
            </w:r>
            <w:proofErr w:type="spellStart"/>
            <w:r>
              <w:rPr>
                <w:sz w:val="17"/>
              </w:rPr>
              <w:t>nếu</w:t>
            </w:r>
            <w:proofErr w:type="spellEnd"/>
            <w:r>
              <w:rPr>
                <w:sz w:val="17"/>
              </w:rPr>
              <w:t xml:space="preserve"> ALB 5xx </w:t>
            </w:r>
            <w:proofErr w:type="spellStart"/>
            <w:r>
              <w:rPr>
                <w:sz w:val="17"/>
              </w:rPr>
              <w:t>tăng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sau</w:t>
            </w:r>
            <w:proofErr w:type="spellEnd"/>
            <w:r>
              <w:rPr>
                <w:sz w:val="17"/>
              </w:rPr>
              <w:t xml:space="preserve"> deployment?</w:t>
            </w:r>
          </w:p>
        </w:tc>
      </w:tr>
      <w:tr w:rsidR="00D25ABA" w14:paraId="11EE5CFA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4C22749A" w14:textId="77777777" w:rsidR="00D25ABA" w:rsidRDefault="00000000">
            <w:r>
              <w:rPr>
                <w:sz w:val="17"/>
              </w:rPr>
              <w:t>Domain 2</w:t>
            </w:r>
          </w:p>
        </w:tc>
        <w:tc>
          <w:tcPr>
            <w:tcW w:w="9216" w:type="dxa"/>
          </w:tcPr>
          <w:p w14:paraId="60E024BD" w14:textId="77777777" w:rsidR="00D25ABA" w:rsidRDefault="00000000">
            <w:r>
              <w:rPr>
                <w:sz w:val="17"/>
              </w:rPr>
              <w:t xml:space="preserve">SCP </w:t>
            </w:r>
            <w:proofErr w:type="spellStart"/>
            <w:r>
              <w:rPr>
                <w:sz w:val="17"/>
              </w:rPr>
              <w:t>khác</w:t>
            </w:r>
            <w:proofErr w:type="spellEnd"/>
            <w:r>
              <w:rPr>
                <w:sz w:val="17"/>
              </w:rPr>
              <w:t xml:space="preserve"> permission boundary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IAM policy ở </w:t>
            </w:r>
            <w:proofErr w:type="spellStart"/>
            <w:r>
              <w:rPr>
                <w:sz w:val="17"/>
              </w:rPr>
              <w:t>điểm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>?</w:t>
            </w:r>
          </w:p>
        </w:tc>
      </w:tr>
      <w:tr w:rsidR="00D25ABA" w14:paraId="60FF8B27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00718F08" w14:textId="77777777" w:rsidR="00D25ABA" w:rsidRDefault="00000000">
            <w:r>
              <w:rPr>
                <w:sz w:val="17"/>
              </w:rPr>
              <w:t>Domain 2</w:t>
            </w:r>
          </w:p>
        </w:tc>
        <w:tc>
          <w:tcPr>
            <w:tcW w:w="9216" w:type="dxa"/>
          </w:tcPr>
          <w:p w14:paraId="1F88DFD4" w14:textId="77777777" w:rsidR="00D25ABA" w:rsidRDefault="00000000">
            <w:r>
              <w:rPr>
                <w:sz w:val="17"/>
              </w:rPr>
              <w:t xml:space="preserve">Khi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dùng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StackSets</w:t>
            </w:r>
            <w:proofErr w:type="spellEnd"/>
            <w:r>
              <w:rPr>
                <w:sz w:val="17"/>
              </w:rPr>
              <w:t xml:space="preserve"> service-managed </w:t>
            </w:r>
            <w:proofErr w:type="spellStart"/>
            <w:r>
              <w:rPr>
                <w:sz w:val="17"/>
              </w:rPr>
              <w:t>thay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vì</w:t>
            </w:r>
            <w:proofErr w:type="spellEnd"/>
            <w:r>
              <w:rPr>
                <w:sz w:val="17"/>
              </w:rPr>
              <w:t xml:space="preserve"> self-managed?</w:t>
            </w:r>
          </w:p>
        </w:tc>
      </w:tr>
      <w:tr w:rsidR="00D25ABA" w14:paraId="55067D97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468A32EB" w14:textId="77777777" w:rsidR="00D25ABA" w:rsidRDefault="00000000">
            <w:r>
              <w:rPr>
                <w:sz w:val="17"/>
              </w:rPr>
              <w:t>Domain 2</w:t>
            </w:r>
          </w:p>
        </w:tc>
        <w:tc>
          <w:tcPr>
            <w:tcW w:w="9216" w:type="dxa"/>
          </w:tcPr>
          <w:p w14:paraId="3ED03823" w14:textId="77777777" w:rsidR="00D25ABA" w:rsidRDefault="00000000">
            <w:proofErr w:type="spellStart"/>
            <w:r>
              <w:rPr>
                <w:sz w:val="17"/>
              </w:rPr>
              <w:t>Thiết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kế</w:t>
            </w:r>
            <w:proofErr w:type="spellEnd"/>
            <w:r>
              <w:rPr>
                <w:sz w:val="17"/>
              </w:rPr>
              <w:t xml:space="preserve"> auto-remediation </w:t>
            </w:r>
            <w:proofErr w:type="spellStart"/>
            <w:r>
              <w:rPr>
                <w:sz w:val="17"/>
              </w:rPr>
              <w:t>cho</w:t>
            </w:r>
            <w:proofErr w:type="spellEnd"/>
            <w:r>
              <w:rPr>
                <w:sz w:val="17"/>
              </w:rPr>
              <w:t xml:space="preserve"> S3 public access </w:t>
            </w:r>
            <w:proofErr w:type="spellStart"/>
            <w:r>
              <w:rPr>
                <w:sz w:val="17"/>
              </w:rPr>
              <w:t>bằng</w:t>
            </w:r>
            <w:proofErr w:type="spellEnd"/>
            <w:r>
              <w:rPr>
                <w:sz w:val="17"/>
              </w:rPr>
              <w:t xml:space="preserve"> Config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SSM.</w:t>
            </w:r>
          </w:p>
        </w:tc>
      </w:tr>
      <w:tr w:rsidR="00D25ABA" w14:paraId="3224E1BB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750CF2C1" w14:textId="77777777" w:rsidR="00D25ABA" w:rsidRDefault="00000000">
            <w:r>
              <w:rPr>
                <w:sz w:val="17"/>
              </w:rPr>
              <w:t>Domain 3</w:t>
            </w:r>
          </w:p>
        </w:tc>
        <w:tc>
          <w:tcPr>
            <w:tcW w:w="9216" w:type="dxa"/>
          </w:tcPr>
          <w:p w14:paraId="0CC9BB58" w14:textId="77777777" w:rsidR="00D25ABA" w:rsidRDefault="00000000">
            <w:r>
              <w:rPr>
                <w:sz w:val="17"/>
              </w:rPr>
              <w:t xml:space="preserve">Doanh </w:t>
            </w:r>
            <w:proofErr w:type="spellStart"/>
            <w:r>
              <w:rPr>
                <w:sz w:val="17"/>
              </w:rPr>
              <w:t>nghiệp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yêu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cầu</w:t>
            </w:r>
            <w:proofErr w:type="spellEnd"/>
            <w:r>
              <w:rPr>
                <w:sz w:val="17"/>
              </w:rPr>
              <w:t xml:space="preserve"> RTO 15 </w:t>
            </w:r>
            <w:proofErr w:type="spellStart"/>
            <w:r>
              <w:rPr>
                <w:sz w:val="17"/>
              </w:rPr>
              <w:t>phút</w:t>
            </w:r>
            <w:proofErr w:type="spellEnd"/>
            <w:r>
              <w:rPr>
                <w:sz w:val="17"/>
              </w:rPr>
              <w:t xml:space="preserve">, RPO 5 </w:t>
            </w:r>
            <w:proofErr w:type="spellStart"/>
            <w:r>
              <w:rPr>
                <w:sz w:val="17"/>
              </w:rPr>
              <w:t>phút</w:t>
            </w:r>
            <w:proofErr w:type="spellEnd"/>
            <w:r>
              <w:rPr>
                <w:sz w:val="17"/>
              </w:rPr>
              <w:t xml:space="preserve">: </w:t>
            </w:r>
            <w:proofErr w:type="spellStart"/>
            <w:r>
              <w:rPr>
                <w:sz w:val="17"/>
              </w:rPr>
              <w:t>loại</w:t>
            </w:r>
            <w:proofErr w:type="spellEnd"/>
            <w:r>
              <w:rPr>
                <w:sz w:val="17"/>
              </w:rPr>
              <w:t xml:space="preserve"> DR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hợp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lý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vì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sao</w:t>
            </w:r>
            <w:proofErr w:type="spellEnd"/>
            <w:r>
              <w:rPr>
                <w:sz w:val="17"/>
              </w:rPr>
              <w:t>?</w:t>
            </w:r>
          </w:p>
        </w:tc>
      </w:tr>
      <w:tr w:rsidR="00D25ABA" w14:paraId="02145132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4BF496B4" w14:textId="77777777" w:rsidR="00D25ABA" w:rsidRDefault="00000000">
            <w:r>
              <w:rPr>
                <w:sz w:val="17"/>
              </w:rPr>
              <w:t>Domain 3</w:t>
            </w:r>
          </w:p>
        </w:tc>
        <w:tc>
          <w:tcPr>
            <w:tcW w:w="9216" w:type="dxa"/>
          </w:tcPr>
          <w:p w14:paraId="01465415" w14:textId="77777777" w:rsidR="00D25ABA" w:rsidRDefault="00000000">
            <w:r>
              <w:rPr>
                <w:sz w:val="17"/>
              </w:rPr>
              <w:t xml:space="preserve">SQS backlog </w:t>
            </w:r>
            <w:proofErr w:type="spellStart"/>
            <w:r>
              <w:rPr>
                <w:sz w:val="17"/>
              </w:rPr>
              <w:t>tăng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nhưng</w:t>
            </w:r>
            <w:proofErr w:type="spellEnd"/>
            <w:r>
              <w:rPr>
                <w:sz w:val="17"/>
              </w:rPr>
              <w:t xml:space="preserve"> CPU worker </w:t>
            </w:r>
            <w:proofErr w:type="spellStart"/>
            <w:r>
              <w:rPr>
                <w:sz w:val="17"/>
              </w:rPr>
              <w:t>thấp</w:t>
            </w:r>
            <w:proofErr w:type="spellEnd"/>
            <w:r>
              <w:rPr>
                <w:sz w:val="17"/>
              </w:rPr>
              <w:t xml:space="preserve">: </w:t>
            </w:r>
            <w:proofErr w:type="spellStart"/>
            <w:r>
              <w:rPr>
                <w:sz w:val="17"/>
              </w:rPr>
              <w:t>chọn</w:t>
            </w:r>
            <w:proofErr w:type="spellEnd"/>
            <w:r>
              <w:rPr>
                <w:sz w:val="17"/>
              </w:rPr>
              <w:t xml:space="preserve"> scaling metric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>?</w:t>
            </w:r>
          </w:p>
        </w:tc>
      </w:tr>
      <w:tr w:rsidR="00D25ABA" w14:paraId="3FE47A12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607B9B0B" w14:textId="77777777" w:rsidR="00D25ABA" w:rsidRDefault="00000000">
            <w:r>
              <w:rPr>
                <w:sz w:val="17"/>
              </w:rPr>
              <w:t>Domain 3</w:t>
            </w:r>
          </w:p>
        </w:tc>
        <w:tc>
          <w:tcPr>
            <w:tcW w:w="9216" w:type="dxa"/>
          </w:tcPr>
          <w:p w14:paraId="00F7DCF6" w14:textId="77777777" w:rsidR="00D25ABA" w:rsidRDefault="00000000">
            <w:proofErr w:type="spellStart"/>
            <w:r>
              <w:rPr>
                <w:sz w:val="17"/>
              </w:rPr>
              <w:t>Phân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biệt</w:t>
            </w:r>
            <w:proofErr w:type="spellEnd"/>
            <w:r>
              <w:rPr>
                <w:sz w:val="17"/>
              </w:rPr>
              <w:t xml:space="preserve"> RDS Multi-AZ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read replica </w:t>
            </w:r>
            <w:proofErr w:type="spellStart"/>
            <w:r>
              <w:rPr>
                <w:sz w:val="17"/>
              </w:rPr>
              <w:t>trong</w:t>
            </w:r>
            <w:proofErr w:type="spellEnd"/>
            <w:r>
              <w:rPr>
                <w:sz w:val="17"/>
              </w:rPr>
              <w:t xml:space="preserve"> HA/scaling.</w:t>
            </w:r>
          </w:p>
        </w:tc>
      </w:tr>
      <w:tr w:rsidR="00D25ABA" w14:paraId="24E4A088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3B2BE0ED" w14:textId="77777777" w:rsidR="00D25ABA" w:rsidRDefault="00000000">
            <w:r>
              <w:rPr>
                <w:sz w:val="17"/>
              </w:rPr>
              <w:t>Domain 4</w:t>
            </w:r>
          </w:p>
        </w:tc>
        <w:tc>
          <w:tcPr>
            <w:tcW w:w="9216" w:type="dxa"/>
          </w:tcPr>
          <w:p w14:paraId="1D60C7FB" w14:textId="77777777" w:rsidR="00D25ABA" w:rsidRDefault="00000000">
            <w:r>
              <w:rPr>
                <w:sz w:val="17"/>
              </w:rPr>
              <w:t xml:space="preserve">Metric filter, subscription filter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Logs Insights </w:t>
            </w:r>
            <w:proofErr w:type="spellStart"/>
            <w:r>
              <w:rPr>
                <w:sz w:val="17"/>
              </w:rPr>
              <w:t>khác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nhau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thế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>?</w:t>
            </w:r>
          </w:p>
        </w:tc>
      </w:tr>
      <w:tr w:rsidR="00D25ABA" w14:paraId="36EBAB3B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71EF4BA8" w14:textId="77777777" w:rsidR="00D25ABA" w:rsidRDefault="00000000">
            <w:r>
              <w:rPr>
                <w:sz w:val="17"/>
              </w:rPr>
              <w:t>Domain 4</w:t>
            </w:r>
          </w:p>
        </w:tc>
        <w:tc>
          <w:tcPr>
            <w:tcW w:w="9216" w:type="dxa"/>
          </w:tcPr>
          <w:p w14:paraId="04366C76" w14:textId="77777777" w:rsidR="00D25ABA" w:rsidRDefault="00000000">
            <w:r>
              <w:rPr>
                <w:sz w:val="17"/>
              </w:rPr>
              <w:t xml:space="preserve">Khi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dùng</w:t>
            </w:r>
            <w:proofErr w:type="spellEnd"/>
            <w:r>
              <w:rPr>
                <w:sz w:val="17"/>
              </w:rPr>
              <w:t xml:space="preserve"> X-Ray </w:t>
            </w:r>
            <w:proofErr w:type="spellStart"/>
            <w:r>
              <w:rPr>
                <w:sz w:val="17"/>
              </w:rPr>
              <w:t>thay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vì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chỉ</w:t>
            </w:r>
            <w:proofErr w:type="spellEnd"/>
            <w:r>
              <w:rPr>
                <w:sz w:val="17"/>
              </w:rPr>
              <w:t xml:space="preserve"> CloudWatch logs?</w:t>
            </w:r>
          </w:p>
        </w:tc>
      </w:tr>
      <w:tr w:rsidR="00D25ABA" w14:paraId="5649F632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0A14D166" w14:textId="77777777" w:rsidR="00D25ABA" w:rsidRDefault="00000000">
            <w:r>
              <w:rPr>
                <w:sz w:val="17"/>
              </w:rPr>
              <w:t>Domain 4</w:t>
            </w:r>
          </w:p>
        </w:tc>
        <w:tc>
          <w:tcPr>
            <w:tcW w:w="9216" w:type="dxa"/>
          </w:tcPr>
          <w:p w14:paraId="5BB1FD29" w14:textId="77777777" w:rsidR="00D25ABA" w:rsidRDefault="00000000">
            <w:proofErr w:type="spellStart"/>
            <w:r>
              <w:rPr>
                <w:sz w:val="17"/>
              </w:rPr>
              <w:t>Thiết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kế</w:t>
            </w:r>
            <w:proofErr w:type="spellEnd"/>
            <w:r>
              <w:rPr>
                <w:sz w:val="17"/>
              </w:rPr>
              <w:t xml:space="preserve"> centralized logging </w:t>
            </w:r>
            <w:proofErr w:type="spellStart"/>
            <w:r>
              <w:rPr>
                <w:sz w:val="17"/>
              </w:rPr>
              <w:t>nhiều</w:t>
            </w:r>
            <w:proofErr w:type="spellEnd"/>
            <w:r>
              <w:rPr>
                <w:sz w:val="17"/>
              </w:rPr>
              <w:t xml:space="preserve"> account </w:t>
            </w:r>
            <w:proofErr w:type="spellStart"/>
            <w:r>
              <w:rPr>
                <w:sz w:val="17"/>
              </w:rPr>
              <w:t>có</w:t>
            </w:r>
            <w:proofErr w:type="spellEnd"/>
            <w:r>
              <w:rPr>
                <w:sz w:val="17"/>
              </w:rPr>
              <w:t xml:space="preserve"> encryption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retention.</w:t>
            </w:r>
          </w:p>
        </w:tc>
      </w:tr>
      <w:tr w:rsidR="00D25ABA" w14:paraId="0F26198F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6E76B002" w14:textId="77777777" w:rsidR="00D25ABA" w:rsidRDefault="00000000">
            <w:r>
              <w:rPr>
                <w:sz w:val="17"/>
              </w:rPr>
              <w:t>Domain 5</w:t>
            </w:r>
          </w:p>
        </w:tc>
        <w:tc>
          <w:tcPr>
            <w:tcW w:w="9216" w:type="dxa"/>
          </w:tcPr>
          <w:p w14:paraId="5A4B2061" w14:textId="77777777" w:rsidR="00D25ABA" w:rsidRDefault="00000000">
            <w:proofErr w:type="spellStart"/>
            <w:r>
              <w:rPr>
                <w:sz w:val="17"/>
              </w:rPr>
              <w:t>EventBridge</w:t>
            </w:r>
            <w:proofErr w:type="spellEnd"/>
            <w:r>
              <w:rPr>
                <w:sz w:val="17"/>
              </w:rPr>
              <w:t xml:space="preserve">, SNS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SQS </w:t>
            </w:r>
            <w:proofErr w:type="spellStart"/>
            <w:r>
              <w:rPr>
                <w:sz w:val="17"/>
              </w:rPr>
              <w:t>phối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hợp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thế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trong</w:t>
            </w:r>
            <w:proofErr w:type="spellEnd"/>
            <w:r>
              <w:rPr>
                <w:sz w:val="17"/>
              </w:rPr>
              <w:t xml:space="preserve"> incident automation?</w:t>
            </w:r>
          </w:p>
        </w:tc>
      </w:tr>
      <w:tr w:rsidR="00D25ABA" w14:paraId="2B3CE7D3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43AF4124" w14:textId="77777777" w:rsidR="00D25ABA" w:rsidRDefault="00000000">
            <w:r>
              <w:rPr>
                <w:sz w:val="17"/>
              </w:rPr>
              <w:t>Domain 5</w:t>
            </w:r>
          </w:p>
        </w:tc>
        <w:tc>
          <w:tcPr>
            <w:tcW w:w="9216" w:type="dxa"/>
          </w:tcPr>
          <w:p w14:paraId="3562D2C7" w14:textId="77777777" w:rsidR="00D25ABA" w:rsidRDefault="00000000">
            <w:r>
              <w:rPr>
                <w:sz w:val="17"/>
              </w:rPr>
              <w:t xml:space="preserve">Quy </w:t>
            </w:r>
            <w:proofErr w:type="spellStart"/>
            <w:r>
              <w:rPr>
                <w:sz w:val="17"/>
              </w:rPr>
              <w:t>trình</w:t>
            </w:r>
            <w:proofErr w:type="spellEnd"/>
            <w:r>
              <w:rPr>
                <w:sz w:val="17"/>
              </w:rPr>
              <w:t xml:space="preserve"> troubleshoot </w:t>
            </w:r>
            <w:proofErr w:type="spellStart"/>
            <w:r>
              <w:rPr>
                <w:sz w:val="17"/>
              </w:rPr>
              <w:t>CodeDeploy</w:t>
            </w:r>
            <w:proofErr w:type="spellEnd"/>
            <w:r>
              <w:rPr>
                <w:sz w:val="17"/>
              </w:rPr>
              <w:t xml:space="preserve"> lifecycle hook failure.</w:t>
            </w:r>
          </w:p>
        </w:tc>
      </w:tr>
      <w:tr w:rsidR="00D25ABA" w14:paraId="4EBEC389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5A9640B9" w14:textId="77777777" w:rsidR="00D25ABA" w:rsidRDefault="00000000">
            <w:r>
              <w:rPr>
                <w:sz w:val="17"/>
              </w:rPr>
              <w:t>Domain 5</w:t>
            </w:r>
          </w:p>
        </w:tc>
        <w:tc>
          <w:tcPr>
            <w:tcW w:w="9216" w:type="dxa"/>
          </w:tcPr>
          <w:p w14:paraId="513DE674" w14:textId="77777777" w:rsidR="00D25ABA" w:rsidRDefault="00000000">
            <w:proofErr w:type="spellStart"/>
            <w:r>
              <w:rPr>
                <w:sz w:val="17"/>
              </w:rPr>
              <w:t>Làm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sao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tránh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xử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lý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trùng</w:t>
            </w:r>
            <w:proofErr w:type="spellEnd"/>
            <w:r>
              <w:rPr>
                <w:sz w:val="17"/>
              </w:rPr>
              <w:t xml:space="preserve"> event </w:t>
            </w:r>
            <w:proofErr w:type="spellStart"/>
            <w:r>
              <w:rPr>
                <w:sz w:val="17"/>
              </w:rPr>
              <w:t>trong</w:t>
            </w:r>
            <w:proofErr w:type="spellEnd"/>
            <w:r>
              <w:rPr>
                <w:sz w:val="17"/>
              </w:rPr>
              <w:t xml:space="preserve"> Lambda remediation?</w:t>
            </w:r>
          </w:p>
        </w:tc>
      </w:tr>
      <w:tr w:rsidR="00D25ABA" w14:paraId="0FF15411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07603EFB" w14:textId="77777777" w:rsidR="00D25ABA" w:rsidRDefault="00000000">
            <w:r>
              <w:rPr>
                <w:sz w:val="17"/>
              </w:rPr>
              <w:t>Domain 6</w:t>
            </w:r>
          </w:p>
        </w:tc>
        <w:tc>
          <w:tcPr>
            <w:tcW w:w="9216" w:type="dxa"/>
          </w:tcPr>
          <w:p w14:paraId="125CDF5B" w14:textId="77777777" w:rsidR="00D25ABA" w:rsidRDefault="00000000">
            <w:proofErr w:type="spellStart"/>
            <w:r>
              <w:rPr>
                <w:sz w:val="17"/>
              </w:rPr>
              <w:t>GuardDuty</w:t>
            </w:r>
            <w:proofErr w:type="spellEnd"/>
            <w:r>
              <w:rPr>
                <w:sz w:val="17"/>
              </w:rPr>
              <w:t xml:space="preserve">, Inspector, Macie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Security Hub </w:t>
            </w:r>
            <w:proofErr w:type="spellStart"/>
            <w:r>
              <w:rPr>
                <w:sz w:val="17"/>
              </w:rPr>
              <w:t>khác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nhau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thế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>?</w:t>
            </w:r>
          </w:p>
        </w:tc>
      </w:tr>
      <w:tr w:rsidR="00D25ABA" w14:paraId="7AFF2478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3832D7E2" w14:textId="77777777" w:rsidR="00D25ABA" w:rsidRDefault="00000000">
            <w:r>
              <w:rPr>
                <w:sz w:val="17"/>
              </w:rPr>
              <w:t>Domain 6</w:t>
            </w:r>
          </w:p>
        </w:tc>
        <w:tc>
          <w:tcPr>
            <w:tcW w:w="9216" w:type="dxa"/>
          </w:tcPr>
          <w:p w14:paraId="1190CC6D" w14:textId="77777777" w:rsidR="00D25ABA" w:rsidRDefault="00000000">
            <w:proofErr w:type="spellStart"/>
            <w:r>
              <w:rPr>
                <w:sz w:val="17"/>
              </w:rPr>
              <w:t>Vì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sao</w:t>
            </w:r>
            <w:proofErr w:type="spellEnd"/>
            <w:r>
              <w:rPr>
                <w:sz w:val="17"/>
              </w:rPr>
              <w:t xml:space="preserve"> IAM allow </w:t>
            </w:r>
            <w:proofErr w:type="spellStart"/>
            <w:r>
              <w:rPr>
                <w:sz w:val="17"/>
              </w:rPr>
              <w:t>đôi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khi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vẫn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không</w:t>
            </w:r>
            <w:proofErr w:type="spellEnd"/>
            <w:r>
              <w:rPr>
                <w:sz w:val="17"/>
              </w:rPr>
              <w:t xml:space="preserve"> decrypt </w:t>
            </w:r>
            <w:proofErr w:type="spellStart"/>
            <w:r>
              <w:rPr>
                <w:sz w:val="17"/>
              </w:rPr>
              <w:t>được</w:t>
            </w:r>
            <w:proofErr w:type="spellEnd"/>
            <w:r>
              <w:rPr>
                <w:sz w:val="17"/>
              </w:rPr>
              <w:t xml:space="preserve"> KMS key?</w:t>
            </w:r>
          </w:p>
        </w:tc>
      </w:tr>
      <w:tr w:rsidR="00D25ABA" w14:paraId="6A6C0B17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29271C9C" w14:textId="77777777" w:rsidR="00D25ABA" w:rsidRDefault="00000000">
            <w:r>
              <w:rPr>
                <w:sz w:val="17"/>
              </w:rPr>
              <w:t>Domain 6</w:t>
            </w:r>
          </w:p>
        </w:tc>
        <w:tc>
          <w:tcPr>
            <w:tcW w:w="9216" w:type="dxa"/>
          </w:tcPr>
          <w:p w14:paraId="5C8160D1" w14:textId="77777777" w:rsidR="00D25ABA" w:rsidRDefault="00000000">
            <w:proofErr w:type="spellStart"/>
            <w:r>
              <w:rPr>
                <w:sz w:val="17"/>
              </w:rPr>
              <w:t>Thiết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kế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quyền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cho</w:t>
            </w:r>
            <w:proofErr w:type="spellEnd"/>
            <w:r>
              <w:rPr>
                <w:sz w:val="17"/>
              </w:rPr>
              <w:t xml:space="preserve"> developer </w:t>
            </w:r>
            <w:proofErr w:type="spellStart"/>
            <w:r>
              <w:rPr>
                <w:sz w:val="17"/>
              </w:rPr>
              <w:t>tự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tạo</w:t>
            </w:r>
            <w:proofErr w:type="spellEnd"/>
            <w:r>
              <w:rPr>
                <w:sz w:val="17"/>
              </w:rPr>
              <w:t xml:space="preserve"> role </w:t>
            </w:r>
            <w:proofErr w:type="spellStart"/>
            <w:r>
              <w:rPr>
                <w:sz w:val="17"/>
              </w:rPr>
              <w:t>nhưng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không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được</w:t>
            </w:r>
            <w:proofErr w:type="spellEnd"/>
            <w:r>
              <w:rPr>
                <w:sz w:val="17"/>
              </w:rPr>
              <w:t xml:space="preserve"> privilege escalation.</w:t>
            </w:r>
          </w:p>
        </w:tc>
      </w:tr>
      <w:tr w:rsidR="00D25ABA" w14:paraId="1857C49B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4DF2510A" w14:textId="77777777" w:rsidR="00D25ABA" w:rsidRDefault="00000000">
            <w:proofErr w:type="spellStart"/>
            <w:r>
              <w:rPr>
                <w:sz w:val="17"/>
              </w:rPr>
              <w:t>Tổng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hợp</w:t>
            </w:r>
            <w:proofErr w:type="spellEnd"/>
          </w:p>
        </w:tc>
        <w:tc>
          <w:tcPr>
            <w:tcW w:w="9216" w:type="dxa"/>
          </w:tcPr>
          <w:p w14:paraId="641BC4BF" w14:textId="77777777" w:rsidR="00D25ABA" w:rsidRDefault="00000000">
            <w:proofErr w:type="spellStart"/>
            <w:r>
              <w:rPr>
                <w:sz w:val="17"/>
              </w:rPr>
              <w:t>Giải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pháp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ít</w:t>
            </w:r>
            <w:proofErr w:type="spellEnd"/>
            <w:r>
              <w:rPr>
                <w:sz w:val="17"/>
              </w:rPr>
              <w:t xml:space="preserve"> operational overhead </w:t>
            </w:r>
            <w:proofErr w:type="spellStart"/>
            <w:r>
              <w:rPr>
                <w:sz w:val="17"/>
              </w:rPr>
              <w:t>nhất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nhưng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vẫn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đáp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ứng</w:t>
            </w:r>
            <w:proofErr w:type="spellEnd"/>
            <w:r>
              <w:rPr>
                <w:sz w:val="17"/>
              </w:rPr>
              <w:t xml:space="preserve"> audit </w:t>
            </w:r>
            <w:proofErr w:type="spellStart"/>
            <w:r>
              <w:rPr>
                <w:sz w:val="17"/>
              </w:rPr>
              <w:t>và</w:t>
            </w:r>
            <w:proofErr w:type="spellEnd"/>
            <w:r>
              <w:rPr>
                <w:sz w:val="17"/>
              </w:rPr>
              <w:t xml:space="preserve"> rollback?</w:t>
            </w:r>
          </w:p>
        </w:tc>
      </w:tr>
      <w:tr w:rsidR="00D25ABA" w14:paraId="5308AD12" w14:textId="77777777">
        <w:trPr>
          <w:jc w:val="center"/>
        </w:trPr>
        <w:tc>
          <w:tcPr>
            <w:tcW w:w="1584" w:type="dxa"/>
            <w:shd w:val="clear" w:color="auto" w:fill="D9EAF7"/>
          </w:tcPr>
          <w:p w14:paraId="7A1E3364" w14:textId="77777777" w:rsidR="00D25ABA" w:rsidRDefault="00000000">
            <w:proofErr w:type="spellStart"/>
            <w:r>
              <w:rPr>
                <w:sz w:val="17"/>
              </w:rPr>
              <w:t>Tổng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hợp</w:t>
            </w:r>
            <w:proofErr w:type="spellEnd"/>
          </w:p>
        </w:tc>
        <w:tc>
          <w:tcPr>
            <w:tcW w:w="9216" w:type="dxa"/>
          </w:tcPr>
          <w:p w14:paraId="73A66F4C" w14:textId="77777777" w:rsidR="00D25ABA" w:rsidRDefault="00000000">
            <w:r>
              <w:rPr>
                <w:sz w:val="17"/>
              </w:rPr>
              <w:t xml:space="preserve">Trong </w:t>
            </w:r>
            <w:proofErr w:type="spellStart"/>
            <w:r>
              <w:rPr>
                <w:sz w:val="17"/>
              </w:rPr>
              <w:t>một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đáp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án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dấu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hiệu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nào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cho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thấy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giải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pháp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không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phù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hợp</w:t>
            </w:r>
            <w:proofErr w:type="spellEnd"/>
            <w:r>
              <w:rPr>
                <w:sz w:val="17"/>
              </w:rPr>
              <w:t xml:space="preserve"> Professional level?</w:t>
            </w:r>
          </w:p>
        </w:tc>
      </w:tr>
    </w:tbl>
    <w:p w14:paraId="0EE46C20" w14:textId="77777777" w:rsidR="00D25ABA" w:rsidRDefault="00D25ABA"/>
    <w:p w14:paraId="716576CE" w14:textId="77777777" w:rsidR="003753A5" w:rsidRDefault="003753A5"/>
    <w:p w14:paraId="74174609" w14:textId="77777777" w:rsidR="003753A5" w:rsidRDefault="003753A5"/>
    <w:p w14:paraId="1CECFC66" w14:textId="77777777" w:rsidR="003753A5" w:rsidRDefault="003753A5"/>
    <w:p w14:paraId="6A13921E" w14:textId="77777777" w:rsidR="003753A5" w:rsidRDefault="003753A5"/>
    <w:p w14:paraId="3298C5B0" w14:textId="77777777" w:rsidR="003753A5" w:rsidRDefault="003753A5"/>
    <w:p w14:paraId="6C14C045" w14:textId="77777777" w:rsidR="00D25ABA" w:rsidRDefault="00000000">
      <w:pPr>
        <w:pStyle w:val="Heading1"/>
      </w:pPr>
      <w:r>
        <w:lastRenderedPageBreak/>
        <w:t xml:space="preserve">14.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</w:p>
    <w:p w14:paraId="7320FD31" w14:textId="77777777" w:rsidR="00D25ABA" w:rsidRDefault="00000000">
      <w:pPr>
        <w:pStyle w:val="ListBullet"/>
      </w:pPr>
      <w:r>
        <w:t xml:space="preserve">AWS Certified DevOps Engineer - Professional Exam Guide (DOP-C02),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AWS 2026, file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>.</w:t>
      </w:r>
    </w:p>
    <w:p w14:paraId="539E30D1" w14:textId="3D059353" w:rsidR="00D25ABA" w:rsidRDefault="00000000">
      <w:pPr>
        <w:pStyle w:val="ListBullet"/>
      </w:pPr>
      <w:r>
        <w:t xml:space="preserve">AWS documentation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in-scope, </w:t>
      </w: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User Guide, Developer Guide </w:t>
      </w:r>
      <w:proofErr w:type="spellStart"/>
      <w:r>
        <w:t>và</w:t>
      </w:r>
      <w:proofErr w:type="spellEnd"/>
      <w:r>
        <w:t xml:space="preserve"> Best Practices</w:t>
      </w:r>
      <w:r w:rsidR="00EA6EFE">
        <w:t xml:space="preserve"> (</w:t>
      </w:r>
      <w:proofErr w:type="spellStart"/>
      <w:r w:rsidR="00EA6EFE">
        <w:t>có</w:t>
      </w:r>
      <w:proofErr w:type="spellEnd"/>
      <w:r w:rsidR="00EA6EFE">
        <w:t xml:space="preserve"> </w:t>
      </w:r>
      <w:proofErr w:type="spellStart"/>
      <w:r w:rsidR="00EA6EFE">
        <w:t>thể</w:t>
      </w:r>
      <w:proofErr w:type="spellEnd"/>
      <w:r w:rsidR="00EA6EFE">
        <w:t xml:space="preserve"> </w:t>
      </w:r>
      <w:proofErr w:type="spellStart"/>
      <w:r w:rsidR="00EA6EFE">
        <w:t>đọc</w:t>
      </w:r>
      <w:proofErr w:type="spellEnd"/>
      <w:r w:rsidR="00EA6EFE">
        <w:t xml:space="preserve"> </w:t>
      </w:r>
      <w:proofErr w:type="spellStart"/>
      <w:r w:rsidR="00EA6EFE">
        <w:t>tài</w:t>
      </w:r>
      <w:proofErr w:type="spellEnd"/>
      <w:r w:rsidR="00EA6EFE">
        <w:t xml:space="preserve"> </w:t>
      </w:r>
      <w:proofErr w:type="spellStart"/>
      <w:r w:rsidR="00EA6EFE">
        <w:t>liệu</w:t>
      </w:r>
      <w:proofErr w:type="spellEnd"/>
      <w:r w:rsidR="00EA6EFE">
        <w:t xml:space="preserve"> </w:t>
      </w:r>
      <w:proofErr w:type="spellStart"/>
      <w:r w:rsidR="00EA6EFE">
        <w:t>từ</w:t>
      </w:r>
      <w:proofErr w:type="spellEnd"/>
      <w:r w:rsidR="00EA6EFE">
        <w:t xml:space="preserve"> </w:t>
      </w:r>
      <w:proofErr w:type="spellStart"/>
      <w:proofErr w:type="gramStart"/>
      <w:r w:rsidR="00EA6EFE">
        <w:t>StackOverflow</w:t>
      </w:r>
      <w:proofErr w:type="spellEnd"/>
      <w:r w:rsidR="00EA6EFE">
        <w:t xml:space="preserve"> ,</w:t>
      </w:r>
      <w:proofErr w:type="gramEnd"/>
      <w:r w:rsidR="00EA6EFE">
        <w:t xml:space="preserve"> </w:t>
      </w:r>
      <w:proofErr w:type="spellStart"/>
      <w:r w:rsidR="00EA6EFE">
        <w:t>một</w:t>
      </w:r>
      <w:proofErr w:type="spellEnd"/>
      <w:r w:rsidR="00EA6EFE">
        <w:t xml:space="preserve"> </w:t>
      </w:r>
      <w:proofErr w:type="spellStart"/>
      <w:r w:rsidR="00EA6EFE">
        <w:t>số</w:t>
      </w:r>
      <w:proofErr w:type="spellEnd"/>
      <w:r w:rsidR="00EA6EFE">
        <w:t xml:space="preserve"> DevOps </w:t>
      </w:r>
      <w:proofErr w:type="spellStart"/>
      <w:r w:rsidR="00EA6EFE">
        <w:t>khác</w:t>
      </w:r>
      <w:proofErr w:type="spellEnd"/>
      <w:r w:rsidR="00EA6EFE">
        <w:t xml:space="preserve"> chia </w:t>
      </w:r>
      <w:proofErr w:type="spellStart"/>
      <w:r w:rsidR="00EA6EFE">
        <w:t>sẻ</w:t>
      </w:r>
      <w:proofErr w:type="spellEnd"/>
      <w:r w:rsidR="00EA6EFE">
        <w:t xml:space="preserve"> </w:t>
      </w:r>
      <w:proofErr w:type="spellStart"/>
      <w:r w:rsidR="00EA6EFE">
        <w:t>hoặc</w:t>
      </w:r>
      <w:proofErr w:type="spellEnd"/>
      <w:r w:rsidR="00EA6EFE">
        <w:t xml:space="preserve"> </w:t>
      </w:r>
      <w:proofErr w:type="spellStart"/>
      <w:r w:rsidR="00EA6EFE">
        <w:t>lý</w:t>
      </w:r>
      <w:proofErr w:type="spellEnd"/>
      <w:r w:rsidR="00EA6EFE">
        <w:t xml:space="preserve"> </w:t>
      </w:r>
      <w:proofErr w:type="spellStart"/>
      <w:r w:rsidR="00EA6EFE">
        <w:t>thuyết</w:t>
      </w:r>
      <w:proofErr w:type="spellEnd"/>
      <w:r w:rsidR="00EA6EFE">
        <w:t xml:space="preserve"> </w:t>
      </w:r>
      <w:proofErr w:type="spellStart"/>
      <w:r w:rsidR="00EA6EFE">
        <w:t>chỗ</w:t>
      </w:r>
      <w:proofErr w:type="spellEnd"/>
      <w:r w:rsidR="00EA6EFE">
        <w:t xml:space="preserve"> </w:t>
      </w:r>
      <w:proofErr w:type="spellStart"/>
      <w:r w:rsidR="00EA6EFE">
        <w:t>nào</w:t>
      </w:r>
      <w:proofErr w:type="spellEnd"/>
      <w:r w:rsidR="00EA6EFE">
        <w:t xml:space="preserve"> </w:t>
      </w:r>
      <w:proofErr w:type="spellStart"/>
      <w:r w:rsidR="00EA6EFE">
        <w:t>nếu</w:t>
      </w:r>
      <w:proofErr w:type="spellEnd"/>
      <w:r w:rsidR="00EA6EFE">
        <w:t xml:space="preserve"> </w:t>
      </w:r>
      <w:proofErr w:type="spellStart"/>
      <w:r w:rsidR="00EA6EFE">
        <w:t>không</w:t>
      </w:r>
      <w:proofErr w:type="spellEnd"/>
      <w:r w:rsidR="00EA6EFE">
        <w:t xml:space="preserve"> </w:t>
      </w:r>
      <w:proofErr w:type="spellStart"/>
      <w:r w:rsidR="00EA6EFE">
        <w:t>hiểu</w:t>
      </w:r>
      <w:proofErr w:type="spellEnd"/>
      <w:r w:rsidR="00EA6EFE">
        <w:t>)</w:t>
      </w:r>
    </w:p>
    <w:p w14:paraId="65A48E86" w14:textId="77AF1B25" w:rsidR="00EA6EFE" w:rsidRDefault="00F36F9B">
      <w:pPr>
        <w:pStyle w:val="ListBullet"/>
      </w:pPr>
      <w:proofErr w:type="spellStart"/>
      <w:r w:rsidRPr="00F36F9B">
        <w:rPr>
          <w:b/>
          <w:bCs/>
        </w:rPr>
        <w:t>Khuyến</w:t>
      </w:r>
      <w:proofErr w:type="spellEnd"/>
      <w:r w:rsidRPr="00F36F9B">
        <w:rPr>
          <w:b/>
          <w:bCs/>
        </w:rPr>
        <w:t xml:space="preserve"> </w:t>
      </w:r>
      <w:proofErr w:type="spellStart"/>
      <w:r w:rsidRPr="00F36F9B">
        <w:rPr>
          <w:b/>
          <w:bCs/>
        </w:rPr>
        <w:t>khích</w:t>
      </w:r>
      <w:proofErr w:type="spellEnd"/>
      <w:r w:rsidRPr="00F36F9B">
        <w:rPr>
          <w:b/>
          <w:bCs/>
        </w:rPr>
        <w:t xml:space="preserve"> </w:t>
      </w:r>
      <w:proofErr w:type="spellStart"/>
      <w:r w:rsidRPr="00F36F9B">
        <w:rPr>
          <w:b/>
          <w:bCs/>
        </w:rPr>
        <w:t>nếu</w:t>
      </w:r>
      <w:proofErr w:type="spellEnd"/>
      <w:r w:rsidRPr="00F36F9B">
        <w:rPr>
          <w:b/>
          <w:bCs/>
        </w:rPr>
        <w:t xml:space="preserve"> </w:t>
      </w:r>
      <w:proofErr w:type="spellStart"/>
      <w:r w:rsidRPr="00F36F9B">
        <w:rPr>
          <w:b/>
          <w:bCs/>
        </w:rPr>
        <w:t>có</w:t>
      </w:r>
      <w:proofErr w:type="spellEnd"/>
      <w:r w:rsidRPr="00F36F9B">
        <w:rPr>
          <w:b/>
          <w:bCs/>
        </w:rPr>
        <w:t>:</w:t>
      </w:r>
      <w:r>
        <w:t xml:space="preserve"> </w:t>
      </w:r>
      <w:proofErr w:type="spellStart"/>
      <w:r w:rsidR="00EA6EFE">
        <w:t>Sử</w:t>
      </w:r>
      <w:proofErr w:type="spellEnd"/>
      <w:r w:rsidR="00EA6EFE">
        <w:t xml:space="preserve"> </w:t>
      </w:r>
      <w:proofErr w:type="spellStart"/>
      <w:r w:rsidR="00EA6EFE">
        <w:t>dụng</w:t>
      </w:r>
      <w:proofErr w:type="spellEnd"/>
      <w:r w:rsidR="00F15722">
        <w:t xml:space="preserve"> model</w:t>
      </w:r>
      <w:r w:rsidR="00EA6EFE">
        <w:t xml:space="preserve"> GPT</w:t>
      </w:r>
      <w:r w:rsidR="00F15722">
        <w:t xml:space="preserve"> 5.6 Sol – High</w:t>
      </w:r>
      <w:r>
        <w:t xml:space="preserve"> </w:t>
      </w:r>
      <w:proofErr w:type="spellStart"/>
      <w:r w:rsidR="00EA6EFE">
        <w:t>để</w:t>
      </w:r>
      <w:proofErr w:type="spellEnd"/>
      <w:r w:rsidR="00EA6EFE">
        <w:t xml:space="preserve"> generate </w:t>
      </w:r>
      <w:proofErr w:type="spellStart"/>
      <w:r w:rsidR="00EA6EFE">
        <w:t>bộ</w:t>
      </w:r>
      <w:proofErr w:type="spellEnd"/>
      <w:r w:rsidR="00EA6EFE">
        <w:t xml:space="preserve"> </w:t>
      </w:r>
      <w:proofErr w:type="spellStart"/>
      <w:r w:rsidR="00EA6EFE">
        <w:t>câu</w:t>
      </w:r>
      <w:proofErr w:type="spellEnd"/>
      <w:r w:rsidR="00EA6EFE">
        <w:t xml:space="preserve"> </w:t>
      </w:r>
      <w:proofErr w:type="spellStart"/>
      <w:r w:rsidR="00EA6EFE">
        <w:t>hỏi</w:t>
      </w:r>
      <w:proofErr w:type="spellEnd"/>
      <w:r w:rsidR="00EA6EFE">
        <w:t xml:space="preserve"> – </w:t>
      </w:r>
      <w:proofErr w:type="spellStart"/>
      <w:r w:rsidR="00EA6EFE">
        <w:t>cho</w:t>
      </w:r>
      <w:proofErr w:type="spellEnd"/>
      <w:r w:rsidR="00EA6EFE">
        <w:t xml:space="preserve"> </w:t>
      </w:r>
      <w:proofErr w:type="spellStart"/>
      <w:r w:rsidR="00EA6EFE">
        <w:t>học</w:t>
      </w:r>
      <w:proofErr w:type="spellEnd"/>
      <w:r w:rsidR="00EA6EFE">
        <w:t xml:space="preserve"> </w:t>
      </w:r>
      <w:proofErr w:type="spellStart"/>
      <w:r w:rsidR="00EA6EFE">
        <w:t>theo</w:t>
      </w:r>
      <w:proofErr w:type="spellEnd"/>
      <w:r w:rsidR="00EA6EFE">
        <w:t xml:space="preserve"> </w:t>
      </w:r>
      <w:proofErr w:type="spellStart"/>
      <w:r w:rsidR="00EA6EFE">
        <w:t>tài</w:t>
      </w:r>
      <w:proofErr w:type="spellEnd"/>
      <w:r w:rsidR="00EA6EFE">
        <w:t xml:space="preserve"> </w:t>
      </w:r>
      <w:proofErr w:type="spellStart"/>
      <w:r w:rsidR="00EA6EFE">
        <w:t>liệu</w:t>
      </w:r>
      <w:proofErr w:type="spellEnd"/>
      <w:r w:rsidR="00EA6EFE">
        <w:t xml:space="preserve"> </w:t>
      </w:r>
      <w:proofErr w:type="spellStart"/>
      <w:r w:rsidR="00EA6EFE">
        <w:t>để</w:t>
      </w:r>
      <w:proofErr w:type="spellEnd"/>
      <w:r w:rsidR="00EA6EFE">
        <w:t xml:space="preserve"> </w:t>
      </w:r>
      <w:proofErr w:type="spellStart"/>
      <w:r w:rsidR="00EA6EFE">
        <w:t>tập</w:t>
      </w:r>
      <w:proofErr w:type="spellEnd"/>
      <w:r w:rsidR="00EA6EFE">
        <w:t xml:space="preserve"> </w:t>
      </w:r>
      <w:proofErr w:type="spellStart"/>
      <w:r w:rsidR="00EA6EFE">
        <w:t>làm</w:t>
      </w:r>
      <w:proofErr w:type="spellEnd"/>
      <w:r w:rsidR="00EA6EFE">
        <w:t xml:space="preserve"> </w:t>
      </w:r>
      <w:proofErr w:type="spellStart"/>
      <w:r w:rsidR="00EA6EFE">
        <w:t>quen</w:t>
      </w:r>
      <w:proofErr w:type="spellEnd"/>
      <w:r w:rsidR="00EA6EFE">
        <w:t xml:space="preserve">. Generate </w:t>
      </w:r>
      <w:proofErr w:type="spellStart"/>
      <w:r w:rsidR="00EA6EFE">
        <w:t>tầm</w:t>
      </w:r>
      <w:proofErr w:type="spellEnd"/>
      <w:r w:rsidR="00EA6EFE">
        <w:t xml:space="preserve"> 75 </w:t>
      </w:r>
      <w:proofErr w:type="spellStart"/>
      <w:proofErr w:type="gramStart"/>
      <w:r w:rsidR="00EA6EFE">
        <w:t>câu</w:t>
      </w:r>
      <w:proofErr w:type="spellEnd"/>
      <w:r w:rsidR="00EA6EFE">
        <w:t xml:space="preserve"> ,</w:t>
      </w:r>
      <w:proofErr w:type="gramEnd"/>
      <w:r w:rsidR="00EA6EFE">
        <w:t xml:space="preserve"> </w:t>
      </w:r>
      <w:proofErr w:type="spellStart"/>
      <w:r w:rsidR="00EA6EFE">
        <w:t>ra</w:t>
      </w:r>
      <w:proofErr w:type="spellEnd"/>
      <w:r w:rsidR="00EA6EFE">
        <w:t xml:space="preserve"> file *.docx</w:t>
      </w:r>
      <w:r w:rsidR="00BF0ED4">
        <w:t>.</w:t>
      </w:r>
    </w:p>
    <w:p w14:paraId="17790BE6" w14:textId="473188B2" w:rsidR="00BF0ED4" w:rsidRDefault="00BF0ED4">
      <w:pPr>
        <w:pStyle w:val="ListBullet"/>
      </w:pPr>
      <w:proofErr w:type="spellStart"/>
      <w:r>
        <w:rPr>
          <w:b/>
          <w:bCs/>
        </w:rPr>
        <w:t>Một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tài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khoản</w:t>
      </w:r>
      <w:proofErr w:type="spellEnd"/>
      <w:r>
        <w:rPr>
          <w:b/>
          <w:bCs/>
        </w:rPr>
        <w:t xml:space="preserve"> AWS </w:t>
      </w:r>
      <w:proofErr w:type="spellStart"/>
      <w:r>
        <w:rPr>
          <w:b/>
          <w:bCs/>
        </w:rPr>
        <w:t>có</w:t>
      </w:r>
      <w:proofErr w:type="spellEnd"/>
      <w:r>
        <w:rPr>
          <w:b/>
          <w:bCs/>
        </w:rPr>
        <w:t xml:space="preserve"> charge </w:t>
      </w:r>
      <w:proofErr w:type="spellStart"/>
      <w:r>
        <w:rPr>
          <w:b/>
          <w:bCs/>
        </w:rPr>
        <w:t>phí</w:t>
      </w:r>
      <w:proofErr w:type="spellEnd"/>
      <w:r>
        <w:rPr>
          <w:b/>
          <w:bCs/>
        </w:rPr>
        <w:t xml:space="preserve"> </w:t>
      </w:r>
      <w:r w:rsidRPr="00BF0ED4">
        <w:t>(</w:t>
      </w:r>
      <w:proofErr w:type="spellStart"/>
      <w:r w:rsidRPr="00BF0ED4">
        <w:t>có</w:t>
      </w:r>
      <w:proofErr w:type="spellEnd"/>
      <w:r w:rsidRPr="00BF0ED4">
        <w:t xml:space="preserve"> </w:t>
      </w:r>
      <w:proofErr w:type="spellStart"/>
      <w:r w:rsidRPr="00BF0ED4">
        <w:t>thể</w:t>
      </w:r>
      <w:proofErr w:type="spellEnd"/>
      <w:r w:rsidRPr="00BF0ED4">
        <w:t xml:space="preserve"> </w:t>
      </w:r>
      <w:proofErr w:type="spellStart"/>
      <w:r w:rsidRPr="00BF0ED4">
        <w:t>mua</w:t>
      </w:r>
      <w:proofErr w:type="spellEnd"/>
      <w:r w:rsidRPr="00BF0ED4">
        <w:t xml:space="preserve"> </w:t>
      </w:r>
      <w:proofErr w:type="spellStart"/>
      <w:r w:rsidRPr="00BF0ED4">
        <w:t>rẻ</w:t>
      </w:r>
      <w:proofErr w:type="spellEnd"/>
      <w:r w:rsidRPr="00BF0ED4">
        <w:t xml:space="preserve"> </w:t>
      </w:r>
      <w:proofErr w:type="spellStart"/>
      <w:r w:rsidRPr="00BF0ED4">
        <w:t>một</w:t>
      </w:r>
      <w:proofErr w:type="spellEnd"/>
      <w:r w:rsidRPr="00BF0ED4">
        <w:t xml:space="preserve"> </w:t>
      </w:r>
      <w:proofErr w:type="spellStart"/>
      <w:r w:rsidRPr="00BF0ED4">
        <w:t>số</w:t>
      </w:r>
      <w:proofErr w:type="spellEnd"/>
      <w:r w:rsidRPr="00BF0ED4">
        <w:t xml:space="preserve"> </w:t>
      </w:r>
      <w:proofErr w:type="spellStart"/>
      <w:r w:rsidRPr="00BF0ED4">
        <w:t>tài</w:t>
      </w:r>
      <w:proofErr w:type="spellEnd"/>
      <w:r w:rsidRPr="00BF0ED4">
        <w:t xml:space="preserve"> </w:t>
      </w:r>
      <w:proofErr w:type="spellStart"/>
      <w:r w:rsidRPr="00BF0ED4">
        <w:t>khoản</w:t>
      </w:r>
      <w:proofErr w:type="spellEnd"/>
      <w:r w:rsidRPr="00BF0ED4">
        <w:t xml:space="preserve"> Edu </w:t>
      </w:r>
      <w:proofErr w:type="spellStart"/>
      <w:r w:rsidRPr="00BF0ED4">
        <w:t>hoặc</w:t>
      </w:r>
      <w:proofErr w:type="spellEnd"/>
      <w:r w:rsidRPr="00BF0ED4">
        <w:t xml:space="preserve"> </w:t>
      </w:r>
      <w:proofErr w:type="spellStart"/>
      <w:r w:rsidRPr="00BF0ED4">
        <w:t>là</w:t>
      </w:r>
      <w:proofErr w:type="spellEnd"/>
      <w:r w:rsidRPr="00BF0ED4">
        <w:t xml:space="preserve"> </w:t>
      </w:r>
      <w:proofErr w:type="spellStart"/>
      <w:r w:rsidRPr="00BF0ED4">
        <w:t>sử</w:t>
      </w:r>
      <w:proofErr w:type="spellEnd"/>
      <w:r w:rsidRPr="00BF0ED4">
        <w:t xml:space="preserve"> </w:t>
      </w:r>
      <w:proofErr w:type="spellStart"/>
      <w:r w:rsidRPr="00BF0ED4">
        <w:t>dụng</w:t>
      </w:r>
      <w:proofErr w:type="spellEnd"/>
      <w:r w:rsidRPr="00BF0ED4">
        <w:t xml:space="preserve"> </w:t>
      </w:r>
      <w:proofErr w:type="spellStart"/>
      <w:r w:rsidRPr="00BF0ED4">
        <w:t>chung</w:t>
      </w:r>
      <w:proofErr w:type="spellEnd"/>
      <w:r w:rsidRPr="00BF0ED4">
        <w:t xml:space="preserve"> </w:t>
      </w:r>
      <w:proofErr w:type="spellStart"/>
      <w:r w:rsidRPr="00BF0ED4">
        <w:t>tài</w:t>
      </w:r>
      <w:proofErr w:type="spellEnd"/>
      <w:r w:rsidRPr="00BF0ED4">
        <w:t xml:space="preserve"> </w:t>
      </w:r>
      <w:proofErr w:type="spellStart"/>
      <w:r w:rsidRPr="00BF0ED4">
        <w:t>khoản</w:t>
      </w:r>
      <w:proofErr w:type="spellEnd"/>
      <w:r w:rsidRPr="00BF0ED4">
        <w:t xml:space="preserve"> </w:t>
      </w:r>
      <w:proofErr w:type="spellStart"/>
      <w:r w:rsidRPr="00BF0ED4">
        <w:t>với</w:t>
      </w:r>
      <w:proofErr w:type="spellEnd"/>
      <w:r w:rsidRPr="00BF0ED4">
        <w:t xml:space="preserve"> ai </w:t>
      </w:r>
      <w:proofErr w:type="spellStart"/>
      <w:r w:rsidRPr="00BF0ED4">
        <w:t>đó</w:t>
      </w:r>
      <w:proofErr w:type="spellEnd"/>
      <w:proofErr w:type="gramStart"/>
      <w:r w:rsidRPr="00BF0ED4">
        <w:t>) .</w:t>
      </w:r>
      <w:proofErr w:type="gramEnd"/>
      <w:r>
        <w:t xml:space="preserve"> Khi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services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dựng</w:t>
      </w:r>
      <w:proofErr w:type="spellEnd"/>
      <w:r>
        <w:t xml:space="preserve"> </w:t>
      </w:r>
      <w:proofErr w:type="spellStart"/>
      <w:proofErr w:type="gramStart"/>
      <w:r>
        <w:t>xong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delete / disable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charge </w:t>
      </w:r>
      <w:proofErr w:type="spellStart"/>
      <w:r>
        <w:t>phí</w:t>
      </w:r>
      <w:proofErr w:type="spellEnd"/>
      <w:r>
        <w:t>.</w:t>
      </w:r>
    </w:p>
    <w:p w14:paraId="60C306DC" w14:textId="1ED9CC14" w:rsidR="00D25ABA" w:rsidRDefault="00EA6EFE">
      <w:pPr>
        <w:pStyle w:val="ListBullet"/>
      </w:pPr>
      <w:r>
        <w:t xml:space="preserve">Udemy </w:t>
      </w:r>
      <w:proofErr w:type="gramStart"/>
      <w:r>
        <w:t>courses :</w:t>
      </w:r>
      <w:proofErr w:type="gramEnd"/>
      <w:r>
        <w:t xml:space="preserve"> </w:t>
      </w:r>
    </w:p>
    <w:p w14:paraId="588BCBF4" w14:textId="55364C5F" w:rsidR="00EA6EFE" w:rsidRDefault="00EA6EFE" w:rsidP="00EA6EFE">
      <w:pPr>
        <w:pStyle w:val="ListBullet"/>
        <w:tabs>
          <w:tab w:val="clear" w:pos="360"/>
          <w:tab w:val="num" w:pos="720"/>
        </w:tabs>
        <w:ind w:left="720"/>
      </w:pPr>
      <w:r w:rsidRPr="00EA6EFE">
        <w:t>AWS Certified DevOps Engineer Professional 2026 - DOP-C</w:t>
      </w:r>
      <w:proofErr w:type="gramStart"/>
      <w:r w:rsidRPr="00EA6EFE">
        <w:t>02</w:t>
      </w:r>
      <w:r>
        <w:t xml:space="preserve"> :</w:t>
      </w:r>
      <w:proofErr w:type="gramEnd"/>
      <w:r>
        <w:t xml:space="preserve"> </w:t>
      </w:r>
      <w:hyperlink r:id="rId8" w:history="1">
        <w:r w:rsidRPr="00AC497D">
          <w:rPr>
            <w:rStyle w:val="Hyperlink"/>
          </w:rPr>
          <w:t>https://www.udemy.com/course/aws-certified-devops-engineer-professional-hands-on/</w:t>
        </w:r>
      </w:hyperlink>
      <w:r>
        <w:tab/>
      </w:r>
    </w:p>
    <w:p w14:paraId="3732DC7D" w14:textId="5F05E5A7" w:rsidR="00EA6EFE" w:rsidRDefault="00EA6EFE" w:rsidP="00EA6EFE">
      <w:pPr>
        <w:pStyle w:val="ListBullet"/>
        <w:tabs>
          <w:tab w:val="clear" w:pos="360"/>
          <w:tab w:val="num" w:pos="720"/>
        </w:tabs>
        <w:ind w:left="720"/>
      </w:pPr>
      <w:r w:rsidRPr="00EA6EFE">
        <w:t xml:space="preserve">AWS Certified DevOps Engineer Professional Practice </w:t>
      </w:r>
      <w:proofErr w:type="gramStart"/>
      <w:r w:rsidRPr="00EA6EFE">
        <w:t>Exams</w:t>
      </w:r>
      <w:r>
        <w:t xml:space="preserve"> :</w:t>
      </w:r>
      <w:proofErr w:type="gramEnd"/>
      <w:r>
        <w:t xml:space="preserve"> </w:t>
      </w:r>
      <w:hyperlink r:id="rId9" w:history="1">
        <w:r w:rsidRPr="00EA6EFE">
          <w:rPr>
            <w:rStyle w:val="Hyperlink"/>
          </w:rPr>
          <w:t>AWS Certified DevOps Engineer Professional Practice Exams</w:t>
        </w:r>
      </w:hyperlink>
    </w:p>
    <w:p w14:paraId="50237B3E" w14:textId="3FE07587" w:rsidR="00EA6EFE" w:rsidRDefault="00EA6EFE" w:rsidP="00EA6EFE">
      <w:pPr>
        <w:pStyle w:val="ListBullet"/>
        <w:numPr>
          <w:ilvl w:val="0"/>
          <w:numId w:val="0"/>
        </w:numPr>
        <w:ind w:left="3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D25ABA" w14:paraId="3B2E164A" w14:textId="77777777">
        <w:trPr>
          <w:jc w:val="center"/>
        </w:trPr>
        <w:tc>
          <w:tcPr>
            <w:tcW w:w="10166" w:type="dxa"/>
            <w:shd w:val="clear" w:color="auto" w:fill="FFF2CC"/>
          </w:tcPr>
          <w:p w14:paraId="34EB1FC2" w14:textId="77777777" w:rsidR="00D25ABA" w:rsidRDefault="00000000">
            <w:r>
              <w:rPr>
                <w:b/>
                <w:color w:val="C55A11"/>
              </w:rPr>
              <w:t xml:space="preserve">Phạm vi </w:t>
            </w:r>
            <w:proofErr w:type="spellStart"/>
            <w:r>
              <w:rPr>
                <w:b/>
                <w:color w:val="C55A11"/>
              </w:rPr>
              <w:t>tài</w:t>
            </w:r>
            <w:proofErr w:type="spellEnd"/>
            <w:r>
              <w:rPr>
                <w:b/>
                <w:color w:val="C55A11"/>
              </w:rPr>
              <w:t xml:space="preserve"> </w:t>
            </w:r>
            <w:proofErr w:type="spellStart"/>
            <w:r>
              <w:rPr>
                <w:b/>
                <w:color w:val="C55A11"/>
              </w:rPr>
              <w:t>liệu</w:t>
            </w:r>
            <w:proofErr w:type="spellEnd"/>
            <w:r>
              <w:br/>
              <w:t xml:space="preserve">Exam guide </w:t>
            </w:r>
            <w:proofErr w:type="spellStart"/>
            <w:r>
              <w:t>chính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liệt</w:t>
            </w:r>
            <w:proofErr w:type="spellEnd"/>
            <w:r>
              <w:t xml:space="preserve"> </w:t>
            </w:r>
            <w:proofErr w:type="spellStart"/>
            <w:r>
              <w:t>kê</w:t>
            </w:r>
            <w:proofErr w:type="spellEnd"/>
            <w:r>
              <w:t xml:space="preserve"> 6 domain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nhiều</w:t>
            </w:r>
            <w:proofErr w:type="spellEnd"/>
            <w:r>
              <w:t xml:space="preserve"> </w:t>
            </w:r>
            <w:proofErr w:type="spellStart"/>
            <w:r>
              <w:t>dịch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in-scope </w:t>
            </w:r>
            <w:proofErr w:type="spellStart"/>
            <w:r>
              <w:t>nhưng</w:t>
            </w:r>
            <w:proofErr w:type="spellEnd"/>
            <w:r>
              <w:t xml:space="preserve"> </w:t>
            </w:r>
            <w:proofErr w:type="spellStart"/>
            <w:r>
              <w:t>nói</w:t>
            </w:r>
            <w:proofErr w:type="spellEnd"/>
            <w:r>
              <w:t xml:space="preserve"> </w:t>
            </w:r>
            <w:proofErr w:type="spellStart"/>
            <w:r>
              <w:t>rõ</w:t>
            </w:r>
            <w:proofErr w:type="spellEnd"/>
            <w:r>
              <w:t xml:space="preserve"> </w:t>
            </w:r>
            <w:proofErr w:type="spellStart"/>
            <w:r>
              <w:t>danh</w:t>
            </w:r>
            <w:proofErr w:type="spellEnd"/>
            <w:r>
              <w:t xml:space="preserve"> </w:t>
            </w:r>
            <w:proofErr w:type="spellStart"/>
            <w:r>
              <w:t>sách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toàn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</w:t>
            </w:r>
            <w:proofErr w:type="spellStart"/>
            <w:r>
              <w:t>thay</w:t>
            </w:r>
            <w:proofErr w:type="spellEnd"/>
            <w:r>
              <w:t xml:space="preserve"> </w:t>
            </w:r>
            <w:proofErr w:type="spellStart"/>
            <w:r>
              <w:t>đổi</w:t>
            </w:r>
            <w:proofErr w:type="spellEnd"/>
            <w:r>
              <w:t xml:space="preserve">. Do </w:t>
            </w:r>
            <w:proofErr w:type="spellStart"/>
            <w:r>
              <w:t>đó</w:t>
            </w:r>
            <w:proofErr w:type="spellEnd"/>
            <w:r>
              <w:t xml:space="preserve">, </w:t>
            </w:r>
            <w:proofErr w:type="spellStart"/>
            <w:r>
              <w:t>tài</w:t>
            </w:r>
            <w:proofErr w:type="spellEnd"/>
            <w:r>
              <w:t xml:space="preserve"> </w:t>
            </w:r>
            <w:proofErr w:type="spellStart"/>
            <w:r>
              <w:t>liệu</w:t>
            </w:r>
            <w:proofErr w:type="spellEnd"/>
            <w:r>
              <w:t xml:space="preserve"> </w:t>
            </w:r>
            <w:proofErr w:type="spellStart"/>
            <w:r>
              <w:t>này</w:t>
            </w:r>
            <w:proofErr w:type="spellEnd"/>
            <w:r>
              <w:t xml:space="preserve"> </w:t>
            </w:r>
            <w:proofErr w:type="spellStart"/>
            <w:r>
              <w:t>tập</w:t>
            </w:r>
            <w:proofErr w:type="spellEnd"/>
            <w:r>
              <w:t xml:space="preserve"> </w:t>
            </w:r>
            <w:proofErr w:type="spellStart"/>
            <w:r>
              <w:t>trung</w:t>
            </w:r>
            <w:proofErr w:type="spellEnd"/>
            <w:r>
              <w:t xml:space="preserve"> </w:t>
            </w:r>
            <w:proofErr w:type="spellStart"/>
            <w:r>
              <w:t>vào</w:t>
            </w:r>
            <w:proofErr w:type="spellEnd"/>
            <w:r>
              <w:t xml:space="preserve"> </w:t>
            </w:r>
            <w:proofErr w:type="spellStart"/>
            <w:r>
              <w:t>kiến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lý</w:t>
            </w:r>
            <w:proofErr w:type="spellEnd"/>
            <w:r>
              <w:t xml:space="preserve"> </w:t>
            </w:r>
            <w:proofErr w:type="spellStart"/>
            <w:r>
              <w:t>thuyết</w:t>
            </w:r>
            <w:proofErr w:type="spellEnd"/>
            <w:r>
              <w:t xml:space="preserve">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suất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, </w:t>
            </w:r>
            <w:proofErr w:type="spellStart"/>
            <w:r>
              <w:t>đồng</w:t>
            </w:r>
            <w:proofErr w:type="spellEnd"/>
            <w:r>
              <w:t xml:space="preserve"> </w:t>
            </w:r>
            <w:proofErr w:type="spellStart"/>
            <w:r>
              <w:t>thời</w:t>
            </w:r>
            <w:proofErr w:type="spellEnd"/>
            <w:r>
              <w:t xml:space="preserve"> </w:t>
            </w:r>
            <w:proofErr w:type="spellStart"/>
            <w:r>
              <w:t>vẫn</w:t>
            </w:r>
            <w:proofErr w:type="spellEnd"/>
            <w:r>
              <w:t xml:space="preserve"> </w:t>
            </w:r>
            <w:proofErr w:type="spellStart"/>
            <w:r>
              <w:t>giữ</w:t>
            </w:r>
            <w:proofErr w:type="spellEnd"/>
            <w:r>
              <w:t xml:space="preserve"> </w:t>
            </w:r>
            <w:proofErr w:type="spellStart"/>
            <w:r>
              <w:t>phần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diện</w:t>
            </w:r>
            <w:proofErr w:type="spellEnd"/>
            <w:r>
              <w:t xml:space="preserve"> </w:t>
            </w:r>
            <w:proofErr w:type="spellStart"/>
            <w:r>
              <w:t>cho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dịch</w:t>
            </w:r>
            <w:proofErr w:type="spellEnd"/>
            <w:r>
              <w:t xml:space="preserve"> </w:t>
            </w:r>
            <w:proofErr w:type="spellStart"/>
            <w:r>
              <w:t>vụ</w:t>
            </w:r>
            <w:proofErr w:type="spellEnd"/>
            <w:r>
              <w:t xml:space="preserve"> </w:t>
            </w:r>
            <w:proofErr w:type="spellStart"/>
            <w:r>
              <w:t>ít</w:t>
            </w:r>
            <w:proofErr w:type="spellEnd"/>
            <w:r>
              <w:t xml:space="preserve"> </w:t>
            </w:r>
            <w:proofErr w:type="spellStart"/>
            <w:r>
              <w:t>gặp</w:t>
            </w:r>
            <w:proofErr w:type="spellEnd"/>
            <w:r>
              <w:t>.</w:t>
            </w:r>
          </w:p>
        </w:tc>
      </w:tr>
    </w:tbl>
    <w:p w14:paraId="7219F34A" w14:textId="77777777" w:rsidR="00D25ABA" w:rsidRDefault="00D25ABA"/>
    <w:p w14:paraId="689758FD" w14:textId="77777777" w:rsidR="00D25ABA" w:rsidRDefault="00000000">
      <w:pPr>
        <w:pStyle w:val="Heading1"/>
      </w:pPr>
      <w:r>
        <w:t xml:space="preserve">PHỤ LỤC A -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in-scope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nhóm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44"/>
        <w:gridCol w:w="8138"/>
      </w:tblGrid>
      <w:tr w:rsidR="00D25ABA" w14:paraId="44C65E22" w14:textId="77777777">
        <w:trPr>
          <w:tblHeader/>
          <w:jc w:val="center"/>
        </w:trPr>
        <w:tc>
          <w:tcPr>
            <w:tcW w:w="2304" w:type="dxa"/>
            <w:shd w:val="clear" w:color="auto" w:fill="1F4E78"/>
            <w:vAlign w:val="center"/>
          </w:tcPr>
          <w:p w14:paraId="113DCC89" w14:textId="77777777" w:rsidR="00D25ABA" w:rsidRDefault="00000000">
            <w:proofErr w:type="spellStart"/>
            <w:r>
              <w:rPr>
                <w:b/>
                <w:color w:val="FFFFFF"/>
                <w:sz w:val="16"/>
              </w:rPr>
              <w:t>Nhóm</w:t>
            </w:r>
            <w:proofErr w:type="spellEnd"/>
          </w:p>
        </w:tc>
        <w:tc>
          <w:tcPr>
            <w:tcW w:w="8496" w:type="dxa"/>
            <w:shd w:val="clear" w:color="auto" w:fill="1F4E78"/>
            <w:vAlign w:val="center"/>
          </w:tcPr>
          <w:p w14:paraId="0ADC6975" w14:textId="77777777" w:rsidR="00D25ABA" w:rsidRDefault="00000000">
            <w:proofErr w:type="spellStart"/>
            <w:r>
              <w:rPr>
                <w:b/>
                <w:color w:val="FFFFFF"/>
                <w:sz w:val="16"/>
              </w:rPr>
              <w:t>Dịch</w:t>
            </w:r>
            <w:proofErr w:type="spellEnd"/>
            <w:r>
              <w:rPr>
                <w:b/>
                <w:color w:val="FFFFFF"/>
                <w:sz w:val="16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</w:rPr>
              <w:t>vụ</w:t>
            </w:r>
            <w:proofErr w:type="spellEnd"/>
          </w:p>
        </w:tc>
      </w:tr>
      <w:tr w:rsidR="00D25ABA" w14:paraId="5F5E50CC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091613C6" w14:textId="77777777" w:rsidR="00D25ABA" w:rsidRDefault="00000000">
            <w:r>
              <w:rPr>
                <w:sz w:val="16"/>
              </w:rPr>
              <w:t>Analytics</w:t>
            </w:r>
          </w:p>
        </w:tc>
        <w:tc>
          <w:tcPr>
            <w:tcW w:w="8496" w:type="dxa"/>
          </w:tcPr>
          <w:p w14:paraId="2F01491B" w14:textId="77777777" w:rsidR="00D25ABA" w:rsidRDefault="00000000">
            <w:r>
              <w:rPr>
                <w:sz w:val="16"/>
              </w:rPr>
              <w:t xml:space="preserve">Athena, EMR, Kinesis Data Firehose, Kinesis Data Streams, OpenSearch Service, </w:t>
            </w:r>
            <w:proofErr w:type="spellStart"/>
            <w:r>
              <w:rPr>
                <w:sz w:val="16"/>
              </w:rPr>
              <w:t>QuickSight</w:t>
            </w:r>
            <w:proofErr w:type="spellEnd"/>
          </w:p>
        </w:tc>
      </w:tr>
      <w:tr w:rsidR="00D25ABA" w14:paraId="3350EAE4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404E8098" w14:textId="77777777" w:rsidR="00D25ABA" w:rsidRDefault="00000000">
            <w:r>
              <w:rPr>
                <w:sz w:val="16"/>
              </w:rPr>
              <w:t>Application Integration</w:t>
            </w:r>
          </w:p>
        </w:tc>
        <w:tc>
          <w:tcPr>
            <w:tcW w:w="8496" w:type="dxa"/>
          </w:tcPr>
          <w:p w14:paraId="1EA822EF" w14:textId="77777777" w:rsidR="00D25ABA" w:rsidRDefault="00000000">
            <w:proofErr w:type="spellStart"/>
            <w:r>
              <w:rPr>
                <w:sz w:val="16"/>
              </w:rPr>
              <w:t>AppFlow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EventBridge</w:t>
            </w:r>
            <w:proofErr w:type="spellEnd"/>
          </w:p>
        </w:tc>
      </w:tr>
      <w:tr w:rsidR="00D25ABA" w14:paraId="03F95D2C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424FEBEB" w14:textId="77777777" w:rsidR="00D25ABA" w:rsidRDefault="00000000">
            <w:r>
              <w:rPr>
                <w:sz w:val="16"/>
              </w:rPr>
              <w:t>Compute</w:t>
            </w:r>
          </w:p>
        </w:tc>
        <w:tc>
          <w:tcPr>
            <w:tcW w:w="8496" w:type="dxa"/>
          </w:tcPr>
          <w:p w14:paraId="0F1A6DF7" w14:textId="77777777" w:rsidR="00D25ABA" w:rsidRDefault="00000000">
            <w:r>
              <w:rPr>
                <w:sz w:val="16"/>
              </w:rPr>
              <w:t>App Runner, EC2, EC2 Auto Scaling, EC2 Image Builder, Elastic Beanstalk, Serverless Application Repository</w:t>
            </w:r>
          </w:p>
        </w:tc>
      </w:tr>
      <w:tr w:rsidR="00D25ABA" w14:paraId="02F667B8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10781C8E" w14:textId="77777777" w:rsidR="00D25ABA" w:rsidRDefault="00000000">
            <w:r>
              <w:rPr>
                <w:sz w:val="16"/>
              </w:rPr>
              <w:t>Containers</w:t>
            </w:r>
          </w:p>
        </w:tc>
        <w:tc>
          <w:tcPr>
            <w:tcW w:w="8496" w:type="dxa"/>
          </w:tcPr>
          <w:p w14:paraId="6AEC3692" w14:textId="77777777" w:rsidR="00D25ABA" w:rsidRDefault="00000000">
            <w:r>
              <w:rPr>
                <w:sz w:val="16"/>
              </w:rPr>
              <w:t>App2Container, Copilot, ECR, ECS, EKS, EKS Distro, Fargate, ROSA</w:t>
            </w:r>
          </w:p>
        </w:tc>
      </w:tr>
      <w:tr w:rsidR="00D25ABA" w14:paraId="232C490A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41F5A7E1" w14:textId="77777777" w:rsidR="00D25ABA" w:rsidRDefault="00000000">
            <w:r>
              <w:rPr>
                <w:sz w:val="16"/>
              </w:rPr>
              <w:t>Database</w:t>
            </w:r>
          </w:p>
        </w:tc>
        <w:tc>
          <w:tcPr>
            <w:tcW w:w="8496" w:type="dxa"/>
          </w:tcPr>
          <w:p w14:paraId="083638C3" w14:textId="77777777" w:rsidR="00D25ABA" w:rsidRDefault="00000000">
            <w:r>
              <w:rPr>
                <w:sz w:val="16"/>
              </w:rPr>
              <w:t xml:space="preserve">Aurora, Aurora Serverless v2, DMS, </w:t>
            </w:r>
            <w:proofErr w:type="spellStart"/>
            <w:r>
              <w:rPr>
                <w:sz w:val="16"/>
              </w:rPr>
              <w:t>DocumentDB</w:t>
            </w:r>
            <w:proofErr w:type="spellEnd"/>
            <w:r>
              <w:rPr>
                <w:sz w:val="16"/>
              </w:rPr>
              <w:t xml:space="preserve">, DynamoDB, </w:t>
            </w:r>
            <w:proofErr w:type="spellStart"/>
            <w:r>
              <w:rPr>
                <w:sz w:val="16"/>
              </w:rPr>
              <w:t>ElastiCache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MemoryDB</w:t>
            </w:r>
            <w:proofErr w:type="spellEnd"/>
            <w:r>
              <w:rPr>
                <w:sz w:val="16"/>
              </w:rPr>
              <w:t xml:space="preserve"> for Redis, RDS, Redshift</w:t>
            </w:r>
          </w:p>
        </w:tc>
      </w:tr>
      <w:tr w:rsidR="00D25ABA" w14:paraId="05F495F6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74FAC0F2" w14:textId="77777777" w:rsidR="00D25ABA" w:rsidRDefault="00000000">
            <w:r>
              <w:rPr>
                <w:sz w:val="16"/>
              </w:rPr>
              <w:t>Developer Tools</w:t>
            </w:r>
          </w:p>
        </w:tc>
        <w:tc>
          <w:tcPr>
            <w:tcW w:w="8496" w:type="dxa"/>
          </w:tcPr>
          <w:p w14:paraId="52C90C95" w14:textId="77777777" w:rsidR="00D25ABA" w:rsidRDefault="00000000">
            <w:r>
              <w:rPr>
                <w:sz w:val="16"/>
              </w:rPr>
              <w:t xml:space="preserve">CLI, CDK, </w:t>
            </w:r>
            <w:proofErr w:type="spellStart"/>
            <w:r>
              <w:rPr>
                <w:sz w:val="16"/>
              </w:rPr>
              <w:t>CloudShell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CodeArtifact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CodeBuild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CodeDeploy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CodeGuru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CodePipeline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CodeStar</w:t>
            </w:r>
            <w:proofErr w:type="spellEnd"/>
            <w:r>
              <w:rPr>
                <w:sz w:val="16"/>
              </w:rPr>
              <w:t>, FIS, SDKs, X-Ray</w:t>
            </w:r>
          </w:p>
        </w:tc>
      </w:tr>
      <w:tr w:rsidR="00D25ABA" w14:paraId="66D7CDE2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1329AC14" w14:textId="77777777" w:rsidR="00D25ABA" w:rsidRDefault="00000000">
            <w:r>
              <w:rPr>
                <w:sz w:val="16"/>
              </w:rPr>
              <w:t>Management &amp; Governance</w:t>
            </w:r>
          </w:p>
        </w:tc>
        <w:tc>
          <w:tcPr>
            <w:tcW w:w="8496" w:type="dxa"/>
          </w:tcPr>
          <w:p w14:paraId="40BB2719" w14:textId="77777777" w:rsidR="00D25ABA" w:rsidRDefault="00000000">
            <w:r>
              <w:rPr>
                <w:sz w:val="16"/>
              </w:rPr>
              <w:t xml:space="preserve">Auto Scaling, CloudFormation, CloudTrail, CloudWatch, CloudWatch Logs, Compute Optimizer, Config, Control Tower, Health, License Manager, Managed Grafana, Managed Prometheus, </w:t>
            </w:r>
            <w:proofErr w:type="spellStart"/>
            <w:r>
              <w:rPr>
                <w:sz w:val="16"/>
              </w:rPr>
              <w:t>OpsWorks</w:t>
            </w:r>
            <w:proofErr w:type="spellEnd"/>
            <w:r>
              <w:rPr>
                <w:sz w:val="16"/>
              </w:rPr>
              <w:t>, Organizations, Proton, Resilience Hub, Service Catalog, Systems Manager, Trusted Advisor</w:t>
            </w:r>
          </w:p>
        </w:tc>
      </w:tr>
      <w:tr w:rsidR="00D25ABA" w14:paraId="2B9E1A2E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00025536" w14:textId="77777777" w:rsidR="00D25ABA" w:rsidRDefault="00000000">
            <w:r>
              <w:rPr>
                <w:sz w:val="16"/>
              </w:rPr>
              <w:t>Networking &amp; CDN</w:t>
            </w:r>
          </w:p>
        </w:tc>
        <w:tc>
          <w:tcPr>
            <w:tcW w:w="8496" w:type="dxa"/>
          </w:tcPr>
          <w:p w14:paraId="748BA0A0" w14:textId="77777777" w:rsidR="00D25ABA" w:rsidRDefault="00000000">
            <w:r>
              <w:rPr>
                <w:sz w:val="16"/>
              </w:rPr>
              <w:t xml:space="preserve">API Gateway, Client VPN, CloudFront, ELB, </w:t>
            </w:r>
            <w:proofErr w:type="spellStart"/>
            <w:r>
              <w:rPr>
                <w:sz w:val="16"/>
              </w:rPr>
              <w:t>PrivateLink</w:t>
            </w:r>
            <w:proofErr w:type="spellEnd"/>
            <w:r>
              <w:rPr>
                <w:sz w:val="16"/>
              </w:rPr>
              <w:t>, Route 53, Site-to-Site VPN, Transit Gateway, VPC</w:t>
            </w:r>
          </w:p>
        </w:tc>
      </w:tr>
      <w:tr w:rsidR="00D25ABA" w14:paraId="025B449D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6B5F284E" w14:textId="77777777" w:rsidR="00D25ABA" w:rsidRDefault="00000000">
            <w:r>
              <w:rPr>
                <w:sz w:val="16"/>
              </w:rPr>
              <w:t>Security</w:t>
            </w:r>
          </w:p>
        </w:tc>
        <w:tc>
          <w:tcPr>
            <w:tcW w:w="8496" w:type="dxa"/>
          </w:tcPr>
          <w:p w14:paraId="3C9A311F" w14:textId="77777777" w:rsidR="00D25ABA" w:rsidRDefault="00000000">
            <w:r>
              <w:rPr>
                <w:sz w:val="16"/>
              </w:rPr>
              <w:t xml:space="preserve">ACM, </w:t>
            </w:r>
            <w:proofErr w:type="spellStart"/>
            <w:r>
              <w:rPr>
                <w:sz w:val="16"/>
              </w:rPr>
              <w:t>CloudHSM</w:t>
            </w:r>
            <w:proofErr w:type="spellEnd"/>
            <w:r>
              <w:rPr>
                <w:sz w:val="16"/>
              </w:rPr>
              <w:t xml:space="preserve">, Cognito, Detective, Directory Service, </w:t>
            </w:r>
            <w:proofErr w:type="spellStart"/>
            <w:r>
              <w:rPr>
                <w:sz w:val="16"/>
              </w:rPr>
              <w:t>GuardDuty</w:t>
            </w:r>
            <w:proofErr w:type="spellEnd"/>
            <w:r>
              <w:rPr>
                <w:sz w:val="16"/>
              </w:rPr>
              <w:t>, IAM Identity Center, IAM, Inspector, KMS, Macie, Network Firewall, RAM, Secrets Manager, Security Hub, STS, Shield, WAF</w:t>
            </w:r>
          </w:p>
        </w:tc>
      </w:tr>
      <w:tr w:rsidR="00D25ABA" w14:paraId="5D08CAD4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0263E00E" w14:textId="77777777" w:rsidR="00D25ABA" w:rsidRDefault="00000000">
            <w:r>
              <w:rPr>
                <w:sz w:val="16"/>
              </w:rPr>
              <w:t>Serverless</w:t>
            </w:r>
          </w:p>
        </w:tc>
        <w:tc>
          <w:tcPr>
            <w:tcW w:w="8496" w:type="dxa"/>
          </w:tcPr>
          <w:p w14:paraId="4C972239" w14:textId="77777777" w:rsidR="00D25ABA" w:rsidRDefault="00000000">
            <w:r>
              <w:rPr>
                <w:sz w:val="16"/>
              </w:rPr>
              <w:t>Lambda, SAM, SNS, SQS, Step Functions</w:t>
            </w:r>
          </w:p>
        </w:tc>
      </w:tr>
      <w:tr w:rsidR="00D25ABA" w14:paraId="399BBCB9" w14:textId="77777777">
        <w:trPr>
          <w:jc w:val="center"/>
        </w:trPr>
        <w:tc>
          <w:tcPr>
            <w:tcW w:w="2304" w:type="dxa"/>
            <w:shd w:val="clear" w:color="auto" w:fill="D9EAF7"/>
          </w:tcPr>
          <w:p w14:paraId="355A0F51" w14:textId="77777777" w:rsidR="00D25ABA" w:rsidRDefault="00000000">
            <w:r>
              <w:rPr>
                <w:sz w:val="16"/>
              </w:rPr>
              <w:t>Storage</w:t>
            </w:r>
          </w:p>
        </w:tc>
        <w:tc>
          <w:tcPr>
            <w:tcW w:w="8496" w:type="dxa"/>
          </w:tcPr>
          <w:p w14:paraId="5B0A6A45" w14:textId="77777777" w:rsidR="00D25ABA" w:rsidRDefault="00000000">
            <w:r>
              <w:rPr>
                <w:sz w:val="16"/>
              </w:rPr>
              <w:t xml:space="preserve">Backup, EBS, Elastic Disaster Recovery, EFS, </w:t>
            </w:r>
            <w:proofErr w:type="spellStart"/>
            <w:r>
              <w:rPr>
                <w:sz w:val="16"/>
              </w:rPr>
              <w:t>FSx</w:t>
            </w:r>
            <w:proofErr w:type="spellEnd"/>
            <w:r>
              <w:rPr>
                <w:sz w:val="16"/>
              </w:rPr>
              <w:t xml:space="preserve"> variants, S3, S3 Glacier, Storage Gateway</w:t>
            </w:r>
          </w:p>
        </w:tc>
      </w:tr>
    </w:tbl>
    <w:p w14:paraId="26A3CF03" w14:textId="77777777" w:rsidR="00D25ABA" w:rsidRDefault="00D25ABA"/>
    <w:p w14:paraId="75497CB4" w14:textId="77777777" w:rsidR="00D25ABA" w:rsidRDefault="00000000">
      <w:pPr>
        <w:pStyle w:val="Heading1"/>
      </w:pPr>
      <w:r>
        <w:t xml:space="preserve">PHỤ LỤC B -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“dump”</w:t>
      </w:r>
    </w:p>
    <w:p w14:paraId="1F4204B2" w14:textId="77777777" w:rsidR="00D25ABA" w:rsidRDefault="00000000">
      <w:pPr>
        <w:pStyle w:val="ListBullet"/>
      </w:pPr>
      <w:proofErr w:type="spellStart"/>
      <w:r>
        <w:t>Không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dump </w:t>
      </w:r>
      <w:proofErr w:type="spellStart"/>
      <w:r>
        <w:t>hoặc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câu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;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, </w:t>
      </w:r>
      <w:proofErr w:type="spellStart"/>
      <w:r>
        <w:t>lỗi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vi </w:t>
      </w:r>
      <w:proofErr w:type="spellStart"/>
      <w:r>
        <w:t>phạm</w:t>
      </w:r>
      <w:proofErr w:type="spellEnd"/>
      <w:r>
        <w:t xml:space="preserve"> </w:t>
      </w:r>
      <w:proofErr w:type="spellStart"/>
      <w:r>
        <w:t>thỏa</w:t>
      </w:r>
      <w:proofErr w:type="spellEnd"/>
      <w:r>
        <w:t xml:space="preserve"> </w:t>
      </w:r>
      <w:proofErr w:type="spellStart"/>
      <w:r>
        <w:t>thuận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thi</w:t>
      </w:r>
      <w:proofErr w:type="spellEnd"/>
      <w:r>
        <w:t>.</w:t>
      </w:r>
    </w:p>
    <w:p w14:paraId="42BAEB85" w14:textId="77777777" w:rsidR="00D25ABA" w:rsidRDefault="00000000">
      <w:pPr>
        <w:pStyle w:val="ListBullet"/>
      </w:pPr>
      <w:proofErr w:type="spellStart"/>
      <w:r>
        <w:t>Dùng</w:t>
      </w:r>
      <w:proofErr w:type="spellEnd"/>
      <w:r>
        <w:t xml:space="preserve"> practice questions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đoán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đề</w:t>
      </w:r>
      <w:proofErr w:type="spellEnd"/>
      <w:r>
        <w:t>.</w:t>
      </w:r>
    </w:p>
    <w:p w14:paraId="17EA1267" w14:textId="77777777" w:rsidR="00D25ABA" w:rsidRDefault="00000000">
      <w:pPr>
        <w:pStyle w:val="ListBullet"/>
      </w:pPr>
      <w:proofErr w:type="spellStart"/>
      <w:r>
        <w:t>Ưu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trade-off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distractor </w:t>
      </w:r>
      <w:proofErr w:type="spellStart"/>
      <w:r>
        <w:t>sai</w:t>
      </w:r>
      <w:proofErr w:type="spellEnd"/>
      <w:r>
        <w:t>.</w:t>
      </w:r>
    </w:p>
    <w:p w14:paraId="09D0BF08" w14:textId="77777777" w:rsidR="00D25ABA" w:rsidRDefault="00000000">
      <w:pPr>
        <w:pStyle w:val="ListBullet"/>
      </w:pPr>
      <w:r>
        <w:t xml:space="preserve">Khi </w:t>
      </w:r>
      <w:proofErr w:type="spellStart"/>
      <w:r>
        <w:t>gặp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ít</w:t>
      </w:r>
      <w:proofErr w:type="spellEnd"/>
      <w:r>
        <w:t xml:space="preserve"> </w:t>
      </w:r>
      <w:proofErr w:type="spellStart"/>
      <w:r>
        <w:t>quen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, trigger, integration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giới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năng</w:t>
      </w:r>
      <w:proofErr w:type="spellEnd"/>
      <w:r>
        <w:t>.</w:t>
      </w:r>
    </w:p>
    <w:sectPr w:rsidR="00D25ABA" w:rsidSect="00034616">
      <w:headerReference w:type="default" r:id="rId10"/>
      <w:footerReference w:type="default" r:id="rId11"/>
      <w:pgSz w:w="12240" w:h="15840"/>
      <w:pgMar w:top="936" w:right="1037" w:bottom="936" w:left="1037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608EB" w14:textId="77777777" w:rsidR="006B5DC5" w:rsidRDefault="006B5DC5">
      <w:pPr>
        <w:spacing w:after="0" w:line="240" w:lineRule="auto"/>
      </w:pPr>
      <w:r>
        <w:separator/>
      </w:r>
    </w:p>
  </w:endnote>
  <w:endnote w:type="continuationSeparator" w:id="0">
    <w:p w14:paraId="5D1CCF3B" w14:textId="77777777" w:rsidR="006B5DC5" w:rsidRDefault="006B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37F5" w14:textId="77777777" w:rsidR="00D25ABA" w:rsidRDefault="0000000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7737B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3B649" w14:textId="77777777" w:rsidR="006B5DC5" w:rsidRDefault="006B5DC5">
      <w:pPr>
        <w:spacing w:after="0" w:line="240" w:lineRule="auto"/>
      </w:pPr>
      <w:r>
        <w:separator/>
      </w:r>
    </w:p>
  </w:footnote>
  <w:footnote w:type="continuationSeparator" w:id="0">
    <w:p w14:paraId="29110849" w14:textId="77777777" w:rsidR="006B5DC5" w:rsidRDefault="006B5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B73F" w14:textId="7DA112ED" w:rsidR="00D25ABA" w:rsidRDefault="00000000">
    <w:pPr>
      <w:pStyle w:val="Header"/>
      <w:jc w:val="right"/>
    </w:pPr>
    <w:r>
      <w:rPr>
        <w:color w:val="5A5A5A"/>
        <w:sz w:val="16"/>
      </w:rPr>
      <w:t>AWS Certified DevOps Engineer - Professional (DOP-C02)</w:t>
    </w:r>
    <w:r w:rsidR="00FA3456">
      <w:rPr>
        <w:color w:val="5A5A5A"/>
        <w:sz w:val="16"/>
      </w:rPr>
      <w:t xml:space="preserve"> – Study Road Map</w:t>
    </w:r>
    <w:r>
      <w:rPr>
        <w:color w:val="5A5A5A"/>
        <w:sz w:val="16"/>
      </w:rPr>
      <w:t xml:space="preserve"> | </w:t>
    </w:r>
    <w:r w:rsidR="00FA3456">
      <w:rPr>
        <w:color w:val="5A5A5A"/>
        <w:sz w:val="16"/>
      </w:rPr>
      <w:t>MaX Phan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FB5FC0"/>
    <w:multiLevelType w:val="hybridMultilevel"/>
    <w:tmpl w:val="6780F052"/>
    <w:lvl w:ilvl="0" w:tplc="D042101C">
      <w:start w:val="12"/>
      <w:numFmt w:val="bullet"/>
      <w:lvlText w:val="-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552356">
    <w:abstractNumId w:val="8"/>
  </w:num>
  <w:num w:numId="2" w16cid:durableId="430783369">
    <w:abstractNumId w:val="6"/>
  </w:num>
  <w:num w:numId="3" w16cid:durableId="272321957">
    <w:abstractNumId w:val="5"/>
  </w:num>
  <w:num w:numId="4" w16cid:durableId="1526600714">
    <w:abstractNumId w:val="4"/>
  </w:num>
  <w:num w:numId="5" w16cid:durableId="844128399">
    <w:abstractNumId w:val="7"/>
  </w:num>
  <w:num w:numId="6" w16cid:durableId="432748904">
    <w:abstractNumId w:val="3"/>
  </w:num>
  <w:num w:numId="7" w16cid:durableId="1901598352">
    <w:abstractNumId w:val="2"/>
  </w:num>
  <w:num w:numId="8" w16cid:durableId="1513914026">
    <w:abstractNumId w:val="1"/>
  </w:num>
  <w:num w:numId="9" w16cid:durableId="146359205">
    <w:abstractNumId w:val="0"/>
  </w:num>
  <w:num w:numId="10" w16cid:durableId="8985907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AF7"/>
    <w:rsid w:val="0006063C"/>
    <w:rsid w:val="00072283"/>
    <w:rsid w:val="0012479C"/>
    <w:rsid w:val="0015074B"/>
    <w:rsid w:val="001B670F"/>
    <w:rsid w:val="00222393"/>
    <w:rsid w:val="002320E4"/>
    <w:rsid w:val="0029639D"/>
    <w:rsid w:val="00326F90"/>
    <w:rsid w:val="00347FDB"/>
    <w:rsid w:val="003753A5"/>
    <w:rsid w:val="003B7738"/>
    <w:rsid w:val="004448D4"/>
    <w:rsid w:val="004E7EBC"/>
    <w:rsid w:val="00522789"/>
    <w:rsid w:val="005F65B2"/>
    <w:rsid w:val="006758FC"/>
    <w:rsid w:val="006834A7"/>
    <w:rsid w:val="006B5DC5"/>
    <w:rsid w:val="007737B9"/>
    <w:rsid w:val="009430AE"/>
    <w:rsid w:val="00AA1D8D"/>
    <w:rsid w:val="00AF3FCF"/>
    <w:rsid w:val="00B47730"/>
    <w:rsid w:val="00BF0ED4"/>
    <w:rsid w:val="00C0470B"/>
    <w:rsid w:val="00C177BE"/>
    <w:rsid w:val="00C554B2"/>
    <w:rsid w:val="00C6275C"/>
    <w:rsid w:val="00CB0664"/>
    <w:rsid w:val="00D25ABA"/>
    <w:rsid w:val="00D3763B"/>
    <w:rsid w:val="00DF2E6B"/>
    <w:rsid w:val="00E51CE1"/>
    <w:rsid w:val="00EA6EFE"/>
    <w:rsid w:val="00F15722"/>
    <w:rsid w:val="00F36F9B"/>
    <w:rsid w:val="00FA345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DE109B"/>
  <w14:defaultImageDpi w14:val="300"/>
  <w15:docId w15:val="{E9EE587B-3633-4021-8A7B-72E1C5A0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bCs/>
      <w:color w:val="17365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2F75B5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40"/>
      <w:outlineLvl w:val="2"/>
    </w:pPr>
    <w:rPr>
      <w:rFonts w:asciiTheme="majorHAnsi" w:eastAsiaTheme="majorEastAsia" w:hAnsiTheme="majorHAnsi" w:cstheme="majorBidi"/>
      <w:b/>
      <w:bCs/>
      <w:color w:val="5B9BD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sz w:val="19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sz w:val="19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A6EF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demy.com/course/aws-certified-devops-engineer-professional-hands-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demy.com/course/aws-certified-devops-engineer-professional-practice-exams-amazon-dop-c0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de93b7-8949-4e3d-a08b-0d778f7f5cab}" enabled="1" method="Standard" siteId="{0b3fc178-b730-4e8b-9843-e81259237b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4128</Words>
  <Characters>23535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27608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AWS DOP-C02 Study Guide 2026</dc:title>
  <dc:subject>Tài liệu lý thuyết ôn thi AWS Certified DevOps Engineer - Professional</dc:subject>
  <dc:creator>OpenAI</dc:creator>
  <cp:keywords>AWS, DOP-C02, DevOps Engineer Professional, Study Guide</cp:keywords>
  <dc:description>generated by python-docx</dc:description>
  <cp:lastModifiedBy>Max Phan</cp:lastModifiedBy>
  <cp:revision>26</cp:revision>
  <dcterms:created xsi:type="dcterms:W3CDTF">2013-12-23T23:15:00Z</dcterms:created>
  <dcterms:modified xsi:type="dcterms:W3CDTF">2026-07-21T06:30:00Z</dcterms:modified>
  <cp:category/>
</cp:coreProperties>
</file>